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541"/>
        <w:gridCol w:w="2541"/>
        <w:gridCol w:w="2541"/>
        <w:gridCol w:w="2541"/>
      </w:tblGrid>
      <w:tr w:rsidR="00A10D04" w14:paraId="7FDB0D4A" w14:textId="77777777">
        <w:trPr>
          <w:cantSplit/>
          <w:jc w:val="center"/>
        </w:trPr>
        <w:tc>
          <w:tcPr>
            <w:tcW w:w="2541" w:type="dxa"/>
            <w:shd w:val="clear" w:color="auto" w:fill="FF1390"/>
            <w:tcMar>
              <w:top w:w="0" w:type="dxa"/>
              <w:left w:w="0" w:type="dxa"/>
              <w:bottom w:w="0" w:type="dxa"/>
              <w:right w:w="0" w:type="dxa"/>
            </w:tcMar>
          </w:tcPr>
          <w:p w14:paraId="0CAB06E8" w14:textId="77777777" w:rsidR="00A10D04" w:rsidRDefault="00A10D04"/>
        </w:tc>
        <w:tc>
          <w:tcPr>
            <w:tcW w:w="2541" w:type="dxa"/>
            <w:shd w:val="clear" w:color="auto" w:fill="FEAA1B"/>
            <w:tcMar>
              <w:top w:w="0" w:type="dxa"/>
              <w:left w:w="0" w:type="dxa"/>
              <w:bottom w:w="0" w:type="dxa"/>
              <w:right w:w="0" w:type="dxa"/>
            </w:tcMar>
          </w:tcPr>
          <w:p w14:paraId="1834B366" w14:textId="77777777" w:rsidR="00A10D04" w:rsidRDefault="00A10D04"/>
        </w:tc>
        <w:tc>
          <w:tcPr>
            <w:tcW w:w="2541" w:type="dxa"/>
            <w:shd w:val="clear" w:color="auto" w:fill="18C8AA"/>
            <w:tcMar>
              <w:top w:w="0" w:type="dxa"/>
              <w:left w:w="0" w:type="dxa"/>
              <w:bottom w:w="0" w:type="dxa"/>
              <w:right w:w="0" w:type="dxa"/>
            </w:tcMar>
          </w:tcPr>
          <w:p w14:paraId="38D2FD9D" w14:textId="77777777" w:rsidR="00A10D04" w:rsidRDefault="00A10D04"/>
        </w:tc>
        <w:tc>
          <w:tcPr>
            <w:tcW w:w="2541" w:type="dxa"/>
            <w:shd w:val="clear" w:color="auto" w:fill="6B23D8"/>
            <w:tcMar>
              <w:top w:w="0" w:type="dxa"/>
              <w:left w:w="0" w:type="dxa"/>
              <w:bottom w:w="0" w:type="dxa"/>
              <w:right w:w="0" w:type="dxa"/>
            </w:tcMar>
          </w:tcPr>
          <w:p w14:paraId="1158344C" w14:textId="77777777" w:rsidR="00A10D04" w:rsidRDefault="00A10D04"/>
        </w:tc>
      </w:tr>
    </w:tbl>
    <w:p w14:paraId="1199CD3E" w14:textId="77777777" w:rsidR="00A10D04" w:rsidRDefault="00A10D04">
      <w:pPr>
        <w:spacing w:after="240"/>
      </w:pPr>
    </w:p>
    <w:p w14:paraId="546372A7" w14:textId="77777777" w:rsidR="00A10D04" w:rsidRDefault="00F05F37">
      <w:pPr>
        <w:pStyle w:val="SmallX"/>
        <w:jc w:val="center"/>
      </w:pPr>
      <w:r>
        <w:rPr>
          <w:b/>
          <w:color w:val="18C8AA"/>
          <w:sz w:val="20"/>
        </w:rPr>
        <w:t>WORKPLACE ACTIVITY 1</w:t>
      </w:r>
    </w:p>
    <w:p w14:paraId="0632542D" w14:textId="77777777" w:rsidR="00A10D04" w:rsidRPr="00EB57FF" w:rsidRDefault="00F05F37">
      <w:pPr>
        <w:pStyle w:val="TitleX"/>
        <w:jc w:val="center"/>
        <w:rPr>
          <w:rFonts w:asciiTheme="majorHAnsi" w:hAnsiTheme="majorHAnsi"/>
        </w:rPr>
      </w:pPr>
      <w:r w:rsidRPr="00EB57FF">
        <w:rPr>
          <w:rFonts w:asciiTheme="majorHAnsi" w:hAnsiTheme="majorHAnsi"/>
        </w:rPr>
        <w:t>My Coordinator Leadership Map</w:t>
      </w:r>
    </w:p>
    <w:p w14:paraId="53D3FE37" w14:textId="77777777" w:rsidR="00A10D04" w:rsidRDefault="00F05F37">
      <w:pPr>
        <w:jc w:val="center"/>
      </w:pPr>
      <w:r>
        <w:rPr>
          <w:b/>
          <w:color w:val="25313C"/>
          <w:sz w:val="23"/>
        </w:rPr>
        <w:t>Participant Activity Sheet</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ayout w:type="fixed"/>
        <w:tblLook w:val="04A0" w:firstRow="1" w:lastRow="0" w:firstColumn="1" w:lastColumn="0" w:noHBand="0" w:noVBand="1"/>
      </w:tblPr>
      <w:tblGrid>
        <w:gridCol w:w="5083"/>
        <w:gridCol w:w="5083"/>
      </w:tblGrid>
      <w:tr w:rsidR="00A10D04" w14:paraId="03A9F76F" w14:textId="77777777">
        <w:trPr>
          <w:cantSplit/>
          <w:jc w:val="center"/>
        </w:trPr>
        <w:tc>
          <w:tcPr>
            <w:tcW w:w="5083" w:type="dxa"/>
            <w:shd w:val="clear" w:color="auto" w:fill="18C8AA"/>
            <w:tcMar>
              <w:top w:w="80" w:type="dxa"/>
              <w:left w:w="90" w:type="dxa"/>
              <w:bottom w:w="80" w:type="dxa"/>
              <w:right w:w="90" w:type="dxa"/>
            </w:tcMar>
            <w:vAlign w:val="center"/>
          </w:tcPr>
          <w:p w14:paraId="06CC62D8" w14:textId="77777777" w:rsidR="00A10D04" w:rsidRDefault="00F05F37">
            <w:pPr>
              <w:spacing w:after="0"/>
            </w:pPr>
            <w:r>
              <w:rPr>
                <w:rFonts w:ascii="Aptos" w:hAnsi="Aptos"/>
                <w:b/>
                <w:color w:val="FFFFFF"/>
                <w:sz w:val="18"/>
              </w:rPr>
              <w:t>Best for</w:t>
            </w:r>
          </w:p>
        </w:tc>
        <w:tc>
          <w:tcPr>
            <w:tcW w:w="5083" w:type="dxa"/>
            <w:shd w:val="clear" w:color="auto" w:fill="F5F7F9"/>
            <w:tcMar>
              <w:top w:w="80" w:type="dxa"/>
              <w:left w:w="90" w:type="dxa"/>
              <w:bottom w:w="80" w:type="dxa"/>
              <w:right w:w="90" w:type="dxa"/>
            </w:tcMar>
            <w:vAlign w:val="center"/>
          </w:tcPr>
          <w:p w14:paraId="69F8AA4B" w14:textId="77777777" w:rsidR="00A10D04" w:rsidRDefault="00F05F37">
            <w:pPr>
              <w:spacing w:after="0"/>
            </w:pPr>
            <w:r>
              <w:rPr>
                <w:rFonts w:ascii="Aptos" w:hAnsi="Aptos"/>
                <w:color w:val="25313C"/>
                <w:sz w:val="18"/>
              </w:rPr>
              <w:t>Role clarity, professional identity, relationships and influence</w:t>
            </w:r>
          </w:p>
        </w:tc>
      </w:tr>
      <w:tr w:rsidR="00A10D04" w14:paraId="46F48B26" w14:textId="77777777">
        <w:trPr>
          <w:cantSplit/>
          <w:jc w:val="center"/>
        </w:trPr>
        <w:tc>
          <w:tcPr>
            <w:tcW w:w="5083" w:type="dxa"/>
            <w:shd w:val="clear" w:color="auto" w:fill="FEAA1B"/>
            <w:tcMar>
              <w:top w:w="80" w:type="dxa"/>
              <w:left w:w="90" w:type="dxa"/>
              <w:bottom w:w="80" w:type="dxa"/>
              <w:right w:w="90" w:type="dxa"/>
            </w:tcMar>
            <w:vAlign w:val="center"/>
          </w:tcPr>
          <w:p w14:paraId="2A861E4A" w14:textId="77777777" w:rsidR="00A10D04" w:rsidRDefault="00F05F37">
            <w:pPr>
              <w:spacing w:after="0"/>
            </w:pPr>
            <w:r>
              <w:rPr>
                <w:rFonts w:ascii="Aptos" w:hAnsi="Aptos"/>
                <w:b/>
                <w:color w:val="FFFFFF"/>
                <w:sz w:val="18"/>
              </w:rPr>
              <w:t>Estimated time</w:t>
            </w:r>
          </w:p>
        </w:tc>
        <w:tc>
          <w:tcPr>
            <w:tcW w:w="5083" w:type="dxa"/>
            <w:shd w:val="clear" w:color="auto" w:fill="F5F7F9"/>
            <w:tcMar>
              <w:top w:w="80" w:type="dxa"/>
              <w:left w:w="90" w:type="dxa"/>
              <w:bottom w:w="80" w:type="dxa"/>
              <w:right w:w="90" w:type="dxa"/>
            </w:tcMar>
            <w:vAlign w:val="center"/>
          </w:tcPr>
          <w:p w14:paraId="7644C2DD" w14:textId="77777777" w:rsidR="00A10D04" w:rsidRDefault="00F05F37">
            <w:pPr>
              <w:spacing w:after="0"/>
            </w:pPr>
            <w:r>
              <w:rPr>
                <w:rFonts w:ascii="Aptos" w:hAnsi="Aptos"/>
                <w:color w:val="25313C"/>
                <w:sz w:val="18"/>
              </w:rPr>
              <w:t>30–45 minutes</w:t>
            </w:r>
          </w:p>
        </w:tc>
      </w:tr>
    </w:tbl>
    <w:p w14:paraId="2E8B1C2E" w14:textId="77777777" w:rsidR="00A10D04" w:rsidRDefault="00A10D04"/>
    <w:p w14:paraId="29C4CF5A" w14:textId="77777777" w:rsidR="00A10D04" w:rsidRDefault="00F05F37">
      <w:pPr>
        <w:pStyle w:val="Heading1"/>
      </w:pPr>
      <w:r>
        <w:t>Purpose of this activity</w:t>
      </w:r>
    </w:p>
    <w:p w14:paraId="7E5383D6" w14:textId="77777777" w:rsidR="00A10D04" w:rsidRDefault="00F05F37">
      <w:r>
        <w:t>This activity helps you step back from day-to-day coordination tasks and map the broader leadership role you play within your Family Day Care service. You will consider your responsibilities, influence, boundaries, key relationships and the outcomes your leadership is intended to support.</w:t>
      </w:r>
    </w:p>
    <w:tbl>
      <w:tblPr>
        <w:tblW w:w="0" w:type="auto"/>
        <w:jc w:val="center"/>
        <w:tblBorders>
          <w:top w:val="single" w:sz="0" w:space="0" w:color="F3EEFC"/>
          <w:left w:val="single" w:sz="0" w:space="0" w:color="F3EEFC"/>
          <w:bottom w:val="single" w:sz="0" w:space="0" w:color="F3EEFC"/>
          <w:right w:val="single" w:sz="0" w:space="0" w:color="F3EEFC"/>
          <w:insideH w:val="single" w:sz="0" w:space="0" w:color="F3EEFC"/>
          <w:insideV w:val="single" w:sz="0" w:space="0" w:color="F3EEFC"/>
        </w:tblBorders>
        <w:tblLayout w:type="fixed"/>
        <w:tblLook w:val="04A0" w:firstRow="1" w:lastRow="0" w:firstColumn="1" w:lastColumn="0" w:noHBand="0" w:noVBand="1"/>
      </w:tblPr>
      <w:tblGrid>
        <w:gridCol w:w="5083"/>
        <w:gridCol w:w="5083"/>
      </w:tblGrid>
      <w:tr w:rsidR="00A10D04" w14:paraId="114A9A49" w14:textId="77777777">
        <w:trPr>
          <w:cantSplit/>
          <w:jc w:val="center"/>
        </w:trPr>
        <w:tc>
          <w:tcPr>
            <w:tcW w:w="5083" w:type="dxa"/>
            <w:shd w:val="clear" w:color="auto" w:fill="6B23D8"/>
            <w:tcMar>
              <w:top w:w="0" w:type="dxa"/>
              <w:left w:w="0" w:type="dxa"/>
              <w:bottom w:w="0" w:type="dxa"/>
              <w:right w:w="0" w:type="dxa"/>
            </w:tcMar>
          </w:tcPr>
          <w:p w14:paraId="64F5A845" w14:textId="77777777" w:rsidR="00A10D04" w:rsidRDefault="00A10D04"/>
        </w:tc>
        <w:tc>
          <w:tcPr>
            <w:tcW w:w="5083" w:type="dxa"/>
            <w:shd w:val="clear" w:color="auto" w:fill="F3EEFC"/>
            <w:tcMar>
              <w:top w:w="100" w:type="dxa"/>
              <w:left w:w="130" w:type="dxa"/>
              <w:bottom w:w="100" w:type="dxa"/>
              <w:right w:w="130" w:type="dxa"/>
            </w:tcMar>
          </w:tcPr>
          <w:p w14:paraId="3F453EE6" w14:textId="77777777" w:rsidR="00A10D04" w:rsidRDefault="00F05F37">
            <w:pPr>
              <w:spacing w:after="40"/>
            </w:pPr>
            <w:r>
              <w:rPr>
                <w:b/>
                <w:color w:val="6B23D8"/>
                <w:sz w:val="20"/>
              </w:rPr>
              <w:t>Choose meaningful practice, not perfect practice</w:t>
            </w:r>
          </w:p>
          <w:p w14:paraId="5E8AE39B" w14:textId="77777777" w:rsidR="00A10D04" w:rsidRDefault="00F05F37">
            <w:pPr>
              <w:spacing w:after="0"/>
            </w:pPr>
            <w:r>
              <w:rPr>
                <w:rFonts w:ascii="Aptos" w:hAnsi="Aptos"/>
                <w:sz w:val="20"/>
              </w:rPr>
              <w:t>The purpose of this workplace activity is to apply one idea from Module 1 to your real coordinator practice, notice what happens and critically reflect on what you learn. There is no expectation that the situation or outcome will be perfect.</w:t>
            </w:r>
          </w:p>
        </w:tc>
      </w:tr>
    </w:tbl>
    <w:p w14:paraId="760DA85A" w14:textId="77777777" w:rsidR="00A10D04" w:rsidRDefault="00A10D04">
      <w:pPr>
        <w:spacing w:after="0"/>
      </w:pPr>
    </w:p>
    <w:p w14:paraId="050069A1" w14:textId="77777777" w:rsidR="00A10D04" w:rsidRDefault="00F05F37">
      <w:pPr>
        <w:pStyle w:val="Heading2"/>
      </w:pPr>
      <w:r>
        <w:t>Before you begin</w:t>
      </w:r>
    </w:p>
    <w:p w14:paraId="7BE0EC5F" w14:textId="77777777" w:rsidR="00A10D04" w:rsidRDefault="00F05F37">
      <w:pPr>
        <w:spacing w:after="60"/>
      </w:pPr>
      <w:r>
        <w:rPr>
          <w:color w:val="6B23D8"/>
          <w:sz w:val="22"/>
        </w:rPr>
        <w:t>☐</w:t>
      </w:r>
      <w:r>
        <w:rPr>
          <w:color w:val="6B23D8"/>
          <w:sz w:val="22"/>
        </w:rPr>
        <w:t xml:space="preserve"> </w:t>
      </w:r>
      <w:r>
        <w:t>Choose a real workplace situation that is appropriate for reflection and learning.</w:t>
      </w:r>
    </w:p>
    <w:p w14:paraId="7ED90320" w14:textId="77777777" w:rsidR="00A10D04" w:rsidRDefault="00F05F37">
      <w:pPr>
        <w:spacing w:after="60"/>
      </w:pPr>
      <w:r>
        <w:rPr>
          <w:color w:val="6B23D8"/>
          <w:sz w:val="22"/>
        </w:rPr>
        <w:t>☐</w:t>
      </w:r>
      <w:r>
        <w:rPr>
          <w:color w:val="6B23D8"/>
          <w:sz w:val="22"/>
        </w:rPr>
        <w:t xml:space="preserve"> </w:t>
      </w:r>
      <w:r>
        <w:t>Protect the privacy and confidentiality of children, educators, families and colleagues.</w:t>
      </w:r>
    </w:p>
    <w:p w14:paraId="6659E453" w14:textId="77777777" w:rsidR="00A10D04" w:rsidRDefault="00F05F37">
      <w:pPr>
        <w:spacing w:after="60"/>
      </w:pPr>
      <w:r>
        <w:rPr>
          <w:color w:val="6B23D8"/>
          <w:sz w:val="22"/>
        </w:rPr>
        <w:t>☐</w:t>
      </w:r>
      <w:r>
        <w:rPr>
          <w:color w:val="6B23D8"/>
          <w:sz w:val="22"/>
        </w:rPr>
        <w:t xml:space="preserve"> </w:t>
      </w:r>
      <w:r>
        <w:t>Do not include identifying information in this activity sheet.</w:t>
      </w:r>
    </w:p>
    <w:p w14:paraId="21992E2E" w14:textId="77777777" w:rsidR="00A10D04" w:rsidRDefault="00F05F37">
      <w:pPr>
        <w:spacing w:after="60"/>
      </w:pPr>
      <w:r>
        <w:rPr>
          <w:color w:val="6B23D8"/>
          <w:sz w:val="22"/>
        </w:rPr>
        <w:t>☐</w:t>
      </w:r>
      <w:r>
        <w:rPr>
          <w:color w:val="6B23D8"/>
          <w:sz w:val="22"/>
        </w:rPr>
        <w:t xml:space="preserve"> </w:t>
      </w:r>
      <w:r>
        <w:t>Focus on your own leadership practice, decisions and learning rather than assessing another person.</w:t>
      </w:r>
    </w:p>
    <w:p w14:paraId="0C8D4F04" w14:textId="77777777" w:rsidR="00A10D04" w:rsidRDefault="00F05F37">
      <w:pPr>
        <w:pStyle w:val="Heading1"/>
      </w:pPr>
      <w:r>
        <w:t>Step 1: Clarify your leadership purpose</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329D776A" w14:textId="77777777">
        <w:trPr>
          <w:cantSplit/>
          <w:jc w:val="center"/>
        </w:trPr>
        <w:tc>
          <w:tcPr>
            <w:tcW w:w="10166" w:type="dxa"/>
            <w:shd w:val="clear" w:color="auto" w:fill="F5F7F9"/>
            <w:tcMar>
              <w:top w:w="90" w:type="dxa"/>
              <w:left w:w="110" w:type="dxa"/>
              <w:bottom w:w="90" w:type="dxa"/>
              <w:right w:w="110" w:type="dxa"/>
            </w:tcMar>
          </w:tcPr>
          <w:p w14:paraId="241CF7B0" w14:textId="77777777" w:rsidR="00A10D04" w:rsidRDefault="00F05F37">
            <w:pPr>
              <w:spacing w:after="80"/>
            </w:pPr>
            <w:r>
              <w:rPr>
                <w:b/>
                <w:color w:val="6B23D8"/>
                <w:sz w:val="19"/>
              </w:rPr>
              <w:t>Complete this statement: As a Family Day Care Coordinator, my role is to…</w:t>
            </w:r>
          </w:p>
          <w:p w14:paraId="4D15056A" w14:textId="77777777" w:rsidR="00A10D04" w:rsidRDefault="00A10D04" w:rsidP="009F4E68">
            <w:pPr>
              <w:rPr>
                <w:color w:val="D9E1E7"/>
                <w:sz w:val="18"/>
              </w:rPr>
            </w:pPr>
          </w:p>
          <w:p w14:paraId="7C982AE4" w14:textId="77777777" w:rsidR="0092185E" w:rsidRDefault="0092185E" w:rsidP="009F4E68"/>
          <w:p w14:paraId="610FB4F1" w14:textId="10D3DB84" w:rsidR="0092185E" w:rsidRDefault="0092185E" w:rsidP="009F4E68"/>
        </w:tc>
      </w:tr>
    </w:tbl>
    <w:p w14:paraId="5DFAECA1" w14:textId="77777777" w:rsidR="00A10D04" w:rsidRDefault="00A10D04">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4F43C2B5" w14:textId="77777777">
        <w:trPr>
          <w:cantSplit/>
          <w:jc w:val="center"/>
        </w:trPr>
        <w:tc>
          <w:tcPr>
            <w:tcW w:w="10166" w:type="dxa"/>
            <w:shd w:val="clear" w:color="auto" w:fill="F5F7F9"/>
            <w:tcMar>
              <w:top w:w="90" w:type="dxa"/>
              <w:left w:w="110" w:type="dxa"/>
              <w:bottom w:w="90" w:type="dxa"/>
              <w:right w:w="110" w:type="dxa"/>
            </w:tcMar>
          </w:tcPr>
          <w:p w14:paraId="7E54D57E" w14:textId="77777777" w:rsidR="00A10D04" w:rsidRDefault="00F05F37">
            <w:pPr>
              <w:spacing w:after="80"/>
            </w:pPr>
            <w:r>
              <w:rPr>
                <w:b/>
                <w:color w:val="18C8AA"/>
                <w:sz w:val="19"/>
              </w:rPr>
              <w:t>The outcomes I most want my leadership to support for children, educators, families and the service are…</w:t>
            </w:r>
          </w:p>
          <w:p w14:paraId="381556E8" w14:textId="77777777" w:rsidR="00A10D04" w:rsidRDefault="00A10D04" w:rsidP="009F4E68">
            <w:pPr>
              <w:rPr>
                <w:color w:val="D9E1E7"/>
                <w:sz w:val="18"/>
              </w:rPr>
            </w:pPr>
          </w:p>
          <w:p w14:paraId="7D18F18C" w14:textId="77777777" w:rsidR="0092185E" w:rsidRDefault="0092185E" w:rsidP="009F4E68"/>
          <w:p w14:paraId="0F8A7F56" w14:textId="3BCBC4A8" w:rsidR="0092185E" w:rsidRDefault="0092185E" w:rsidP="009F4E68"/>
        </w:tc>
      </w:tr>
    </w:tbl>
    <w:p w14:paraId="759189FE" w14:textId="77777777" w:rsidR="00A10D04" w:rsidRDefault="00A10D04">
      <w:pPr>
        <w:spacing w:after="0"/>
      </w:pPr>
    </w:p>
    <w:p w14:paraId="6B67D938" w14:textId="77777777" w:rsidR="00A10D04" w:rsidRDefault="00F05F37">
      <w:pPr>
        <w:pStyle w:val="Heading1"/>
      </w:pPr>
      <w:r>
        <w:lastRenderedPageBreak/>
        <w:t>Step 2: Map your key relationships</w:t>
      </w:r>
    </w:p>
    <w:p w14:paraId="0A05349B" w14:textId="77777777" w:rsidR="00A10D04" w:rsidRDefault="00F05F37">
      <w:r>
        <w:t>List the people or groups you regularly work with. Add or remove rows to suit your context.</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2033"/>
        <w:gridCol w:w="2033"/>
        <w:gridCol w:w="2033"/>
        <w:gridCol w:w="2033"/>
        <w:gridCol w:w="2033"/>
      </w:tblGrid>
      <w:tr w:rsidR="00A10D04" w14:paraId="67E01FA1" w14:textId="77777777">
        <w:trPr>
          <w:cantSplit/>
          <w:jc w:val="center"/>
        </w:trPr>
        <w:tc>
          <w:tcPr>
            <w:tcW w:w="2033" w:type="dxa"/>
            <w:shd w:val="clear" w:color="auto" w:fill="18C8AA"/>
            <w:tcMar>
              <w:top w:w="80" w:type="dxa"/>
              <w:left w:w="90" w:type="dxa"/>
              <w:bottom w:w="80" w:type="dxa"/>
              <w:right w:w="90" w:type="dxa"/>
            </w:tcMar>
            <w:vAlign w:val="center"/>
          </w:tcPr>
          <w:p w14:paraId="04BFCA25" w14:textId="77777777" w:rsidR="00A10D04" w:rsidRDefault="00F05F37">
            <w:pPr>
              <w:spacing w:after="0"/>
              <w:jc w:val="center"/>
            </w:pPr>
            <w:r>
              <w:rPr>
                <w:rFonts w:ascii="Aptos" w:hAnsi="Aptos"/>
                <w:b/>
                <w:color w:val="FFFFFF"/>
                <w:sz w:val="15"/>
              </w:rPr>
              <w:t>Relationship / stakeholder</w:t>
            </w:r>
          </w:p>
        </w:tc>
        <w:tc>
          <w:tcPr>
            <w:tcW w:w="2033" w:type="dxa"/>
            <w:shd w:val="clear" w:color="auto" w:fill="18C8AA"/>
            <w:tcMar>
              <w:top w:w="80" w:type="dxa"/>
              <w:left w:w="90" w:type="dxa"/>
              <w:bottom w:w="80" w:type="dxa"/>
              <w:right w:w="90" w:type="dxa"/>
            </w:tcMar>
            <w:vAlign w:val="center"/>
          </w:tcPr>
          <w:p w14:paraId="4CBAAAE2" w14:textId="77777777" w:rsidR="00A10D04" w:rsidRDefault="00F05F37">
            <w:pPr>
              <w:spacing w:after="0"/>
              <w:jc w:val="center"/>
            </w:pPr>
            <w:r>
              <w:rPr>
                <w:rFonts w:ascii="Aptos" w:hAnsi="Aptos"/>
                <w:b/>
                <w:color w:val="FFFFFF"/>
                <w:sz w:val="15"/>
              </w:rPr>
              <w:t>What do they need from me?</w:t>
            </w:r>
          </w:p>
        </w:tc>
        <w:tc>
          <w:tcPr>
            <w:tcW w:w="2033" w:type="dxa"/>
            <w:shd w:val="clear" w:color="auto" w:fill="18C8AA"/>
            <w:tcMar>
              <w:top w:w="80" w:type="dxa"/>
              <w:left w:w="90" w:type="dxa"/>
              <w:bottom w:w="80" w:type="dxa"/>
              <w:right w:w="90" w:type="dxa"/>
            </w:tcMar>
            <w:vAlign w:val="center"/>
          </w:tcPr>
          <w:p w14:paraId="303A77D8" w14:textId="77777777" w:rsidR="00A10D04" w:rsidRDefault="00F05F37">
            <w:pPr>
              <w:spacing w:after="0"/>
              <w:jc w:val="center"/>
            </w:pPr>
            <w:r>
              <w:rPr>
                <w:rFonts w:ascii="Aptos" w:hAnsi="Aptos"/>
                <w:b/>
                <w:color w:val="FFFFFF"/>
                <w:sz w:val="15"/>
              </w:rPr>
              <w:t>What do I need from them?</w:t>
            </w:r>
          </w:p>
        </w:tc>
        <w:tc>
          <w:tcPr>
            <w:tcW w:w="2033" w:type="dxa"/>
            <w:shd w:val="clear" w:color="auto" w:fill="18C8AA"/>
            <w:tcMar>
              <w:top w:w="80" w:type="dxa"/>
              <w:left w:w="90" w:type="dxa"/>
              <w:bottom w:w="80" w:type="dxa"/>
              <w:right w:w="90" w:type="dxa"/>
            </w:tcMar>
            <w:vAlign w:val="center"/>
          </w:tcPr>
          <w:p w14:paraId="4E1467D8" w14:textId="77777777" w:rsidR="00A10D04" w:rsidRDefault="00F05F37">
            <w:pPr>
              <w:spacing w:after="0"/>
              <w:jc w:val="center"/>
            </w:pPr>
            <w:r>
              <w:rPr>
                <w:rFonts w:ascii="Aptos" w:hAnsi="Aptos"/>
                <w:b/>
                <w:color w:val="FFFFFF"/>
                <w:sz w:val="15"/>
              </w:rPr>
              <w:t>My responsibility / authority</w:t>
            </w:r>
          </w:p>
        </w:tc>
        <w:tc>
          <w:tcPr>
            <w:tcW w:w="2033" w:type="dxa"/>
            <w:shd w:val="clear" w:color="auto" w:fill="18C8AA"/>
            <w:tcMar>
              <w:top w:w="80" w:type="dxa"/>
              <w:left w:w="90" w:type="dxa"/>
              <w:bottom w:w="80" w:type="dxa"/>
              <w:right w:w="90" w:type="dxa"/>
            </w:tcMar>
            <w:vAlign w:val="center"/>
          </w:tcPr>
          <w:p w14:paraId="7FE0A328" w14:textId="77777777" w:rsidR="00A10D04" w:rsidRDefault="00F05F37">
            <w:pPr>
              <w:spacing w:after="0"/>
              <w:jc w:val="center"/>
            </w:pPr>
            <w:r>
              <w:rPr>
                <w:rFonts w:ascii="Aptos" w:hAnsi="Aptos"/>
                <w:b/>
                <w:color w:val="FFFFFF"/>
                <w:sz w:val="15"/>
              </w:rPr>
              <w:t>My influence</w:t>
            </w:r>
          </w:p>
        </w:tc>
      </w:tr>
      <w:tr w:rsidR="00A10D04" w14:paraId="62239A0A" w14:textId="77777777">
        <w:trPr>
          <w:cantSplit/>
          <w:jc w:val="center"/>
        </w:trPr>
        <w:tc>
          <w:tcPr>
            <w:tcW w:w="2033" w:type="dxa"/>
            <w:shd w:val="clear" w:color="auto" w:fill="F5F7F9"/>
            <w:tcMar>
              <w:top w:w="80" w:type="dxa"/>
              <w:left w:w="90" w:type="dxa"/>
              <w:bottom w:w="80" w:type="dxa"/>
              <w:right w:w="90" w:type="dxa"/>
            </w:tcMar>
            <w:vAlign w:val="center"/>
          </w:tcPr>
          <w:p w14:paraId="1C2A451F" w14:textId="77777777" w:rsidR="00A10D04" w:rsidRDefault="00F05F37">
            <w:pPr>
              <w:spacing w:after="0"/>
            </w:pPr>
            <w:r>
              <w:rPr>
                <w:rFonts w:ascii="Aptos" w:hAnsi="Aptos"/>
                <w:b/>
                <w:color w:val="6B23D8"/>
                <w:sz w:val="16"/>
              </w:rPr>
              <w:t>Educators</w:t>
            </w:r>
          </w:p>
        </w:tc>
        <w:tc>
          <w:tcPr>
            <w:tcW w:w="2033" w:type="dxa"/>
            <w:shd w:val="clear" w:color="auto" w:fill="FFFFFF"/>
            <w:tcMar>
              <w:top w:w="80" w:type="dxa"/>
              <w:left w:w="90" w:type="dxa"/>
              <w:bottom w:w="80" w:type="dxa"/>
              <w:right w:w="90" w:type="dxa"/>
            </w:tcMar>
            <w:vAlign w:val="center"/>
          </w:tcPr>
          <w:p w14:paraId="1CAA83BD"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548CBC74"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3626A354"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0354AAA8" w14:textId="77777777" w:rsidR="00A10D04" w:rsidRDefault="00F05F37" w:rsidP="009F4E68">
            <w:r w:rsidRPr="009F4E68">
              <w:br/>
            </w:r>
          </w:p>
        </w:tc>
      </w:tr>
      <w:tr w:rsidR="00A10D04" w14:paraId="599AFBC5" w14:textId="77777777">
        <w:trPr>
          <w:cantSplit/>
          <w:jc w:val="center"/>
        </w:trPr>
        <w:tc>
          <w:tcPr>
            <w:tcW w:w="2033" w:type="dxa"/>
            <w:shd w:val="clear" w:color="auto" w:fill="F5F7F9"/>
            <w:tcMar>
              <w:top w:w="80" w:type="dxa"/>
              <w:left w:w="90" w:type="dxa"/>
              <w:bottom w:w="80" w:type="dxa"/>
              <w:right w:w="90" w:type="dxa"/>
            </w:tcMar>
            <w:vAlign w:val="center"/>
          </w:tcPr>
          <w:p w14:paraId="0AD95585" w14:textId="77777777" w:rsidR="00A10D04" w:rsidRDefault="00F05F37">
            <w:pPr>
              <w:spacing w:after="0"/>
            </w:pPr>
            <w:r>
              <w:rPr>
                <w:rFonts w:ascii="Aptos" w:hAnsi="Aptos"/>
                <w:b/>
                <w:color w:val="6B23D8"/>
                <w:sz w:val="16"/>
              </w:rPr>
              <w:t>Approved provider</w:t>
            </w:r>
          </w:p>
        </w:tc>
        <w:tc>
          <w:tcPr>
            <w:tcW w:w="2033" w:type="dxa"/>
            <w:shd w:val="clear" w:color="auto" w:fill="FFFFFF"/>
            <w:tcMar>
              <w:top w:w="80" w:type="dxa"/>
              <w:left w:w="90" w:type="dxa"/>
              <w:bottom w:w="80" w:type="dxa"/>
              <w:right w:w="90" w:type="dxa"/>
            </w:tcMar>
            <w:vAlign w:val="center"/>
          </w:tcPr>
          <w:p w14:paraId="4EB2784D"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2FBE0986"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28803492"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596D852D" w14:textId="77777777" w:rsidR="00A10D04" w:rsidRDefault="00F05F37" w:rsidP="009F4E68">
            <w:r w:rsidRPr="009F4E68">
              <w:br/>
            </w:r>
          </w:p>
        </w:tc>
      </w:tr>
      <w:tr w:rsidR="00A10D04" w14:paraId="6B74F43C" w14:textId="77777777">
        <w:trPr>
          <w:cantSplit/>
          <w:jc w:val="center"/>
        </w:trPr>
        <w:tc>
          <w:tcPr>
            <w:tcW w:w="2033" w:type="dxa"/>
            <w:shd w:val="clear" w:color="auto" w:fill="F5F7F9"/>
            <w:tcMar>
              <w:top w:w="80" w:type="dxa"/>
              <w:left w:w="90" w:type="dxa"/>
              <w:bottom w:w="80" w:type="dxa"/>
              <w:right w:w="90" w:type="dxa"/>
            </w:tcMar>
            <w:vAlign w:val="center"/>
          </w:tcPr>
          <w:p w14:paraId="29B9880A" w14:textId="77777777" w:rsidR="00A10D04" w:rsidRDefault="00F05F37">
            <w:pPr>
              <w:spacing w:after="0"/>
            </w:pPr>
            <w:r>
              <w:rPr>
                <w:rFonts w:ascii="Aptos" w:hAnsi="Aptos"/>
                <w:b/>
                <w:color w:val="6B23D8"/>
                <w:sz w:val="16"/>
              </w:rPr>
              <w:t>Nominated supervisor</w:t>
            </w:r>
          </w:p>
        </w:tc>
        <w:tc>
          <w:tcPr>
            <w:tcW w:w="2033" w:type="dxa"/>
            <w:shd w:val="clear" w:color="auto" w:fill="FFFFFF"/>
            <w:tcMar>
              <w:top w:w="80" w:type="dxa"/>
              <w:left w:w="90" w:type="dxa"/>
              <w:bottom w:w="80" w:type="dxa"/>
              <w:right w:w="90" w:type="dxa"/>
            </w:tcMar>
            <w:vAlign w:val="center"/>
          </w:tcPr>
          <w:p w14:paraId="4DA4A872"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40DEFBD3"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456FA265"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66B5E73D" w14:textId="77777777" w:rsidR="00A10D04" w:rsidRDefault="00F05F37" w:rsidP="009F4E68">
            <w:r w:rsidRPr="009F4E68">
              <w:br/>
            </w:r>
          </w:p>
        </w:tc>
      </w:tr>
      <w:tr w:rsidR="00A10D04" w14:paraId="29121394" w14:textId="77777777">
        <w:trPr>
          <w:cantSplit/>
          <w:jc w:val="center"/>
        </w:trPr>
        <w:tc>
          <w:tcPr>
            <w:tcW w:w="2033" w:type="dxa"/>
            <w:shd w:val="clear" w:color="auto" w:fill="F5F7F9"/>
            <w:tcMar>
              <w:top w:w="80" w:type="dxa"/>
              <w:left w:w="90" w:type="dxa"/>
              <w:bottom w:w="80" w:type="dxa"/>
              <w:right w:w="90" w:type="dxa"/>
            </w:tcMar>
            <w:vAlign w:val="center"/>
          </w:tcPr>
          <w:p w14:paraId="00CAA347" w14:textId="77777777" w:rsidR="00A10D04" w:rsidRDefault="00F05F37">
            <w:pPr>
              <w:spacing w:after="0"/>
            </w:pPr>
            <w:r>
              <w:rPr>
                <w:rFonts w:ascii="Aptos" w:hAnsi="Aptos"/>
                <w:b/>
                <w:color w:val="6B23D8"/>
                <w:sz w:val="16"/>
              </w:rPr>
              <w:t>Educational leader</w:t>
            </w:r>
          </w:p>
        </w:tc>
        <w:tc>
          <w:tcPr>
            <w:tcW w:w="2033" w:type="dxa"/>
            <w:shd w:val="clear" w:color="auto" w:fill="FFFFFF"/>
            <w:tcMar>
              <w:top w:w="80" w:type="dxa"/>
              <w:left w:w="90" w:type="dxa"/>
              <w:bottom w:w="80" w:type="dxa"/>
              <w:right w:w="90" w:type="dxa"/>
            </w:tcMar>
            <w:vAlign w:val="center"/>
          </w:tcPr>
          <w:p w14:paraId="78E68978"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3F34C704"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66C3C496"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7F598A0D" w14:textId="77777777" w:rsidR="00A10D04" w:rsidRDefault="00F05F37" w:rsidP="009F4E68">
            <w:r w:rsidRPr="009F4E68">
              <w:br/>
            </w:r>
          </w:p>
        </w:tc>
      </w:tr>
      <w:tr w:rsidR="00A10D04" w14:paraId="29EFCD69" w14:textId="77777777">
        <w:trPr>
          <w:cantSplit/>
          <w:jc w:val="center"/>
        </w:trPr>
        <w:tc>
          <w:tcPr>
            <w:tcW w:w="2033" w:type="dxa"/>
            <w:shd w:val="clear" w:color="auto" w:fill="F5F7F9"/>
            <w:tcMar>
              <w:top w:w="80" w:type="dxa"/>
              <w:left w:w="90" w:type="dxa"/>
              <w:bottom w:w="80" w:type="dxa"/>
              <w:right w:w="90" w:type="dxa"/>
            </w:tcMar>
            <w:vAlign w:val="center"/>
          </w:tcPr>
          <w:p w14:paraId="3585DC2C" w14:textId="77777777" w:rsidR="00A10D04" w:rsidRDefault="00F05F37">
            <w:pPr>
              <w:spacing w:after="0"/>
            </w:pPr>
            <w:r>
              <w:rPr>
                <w:rFonts w:ascii="Aptos" w:hAnsi="Aptos"/>
                <w:b/>
                <w:color w:val="6B23D8"/>
                <w:sz w:val="16"/>
              </w:rPr>
              <w:t>Other coordinators</w:t>
            </w:r>
          </w:p>
        </w:tc>
        <w:tc>
          <w:tcPr>
            <w:tcW w:w="2033" w:type="dxa"/>
            <w:shd w:val="clear" w:color="auto" w:fill="FFFFFF"/>
            <w:tcMar>
              <w:top w:w="80" w:type="dxa"/>
              <w:left w:w="90" w:type="dxa"/>
              <w:bottom w:w="80" w:type="dxa"/>
              <w:right w:w="90" w:type="dxa"/>
            </w:tcMar>
            <w:vAlign w:val="center"/>
          </w:tcPr>
          <w:p w14:paraId="6B5C61CB"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52209278"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469FEAD2"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00006358" w14:textId="77777777" w:rsidR="00A10D04" w:rsidRDefault="00F05F37" w:rsidP="009F4E68">
            <w:r w:rsidRPr="009F4E68">
              <w:br/>
            </w:r>
          </w:p>
        </w:tc>
      </w:tr>
      <w:tr w:rsidR="00A10D04" w14:paraId="19C27E9A" w14:textId="77777777">
        <w:trPr>
          <w:cantSplit/>
          <w:jc w:val="center"/>
        </w:trPr>
        <w:tc>
          <w:tcPr>
            <w:tcW w:w="2033" w:type="dxa"/>
            <w:shd w:val="clear" w:color="auto" w:fill="F5F7F9"/>
            <w:tcMar>
              <w:top w:w="80" w:type="dxa"/>
              <w:left w:w="90" w:type="dxa"/>
              <w:bottom w:w="80" w:type="dxa"/>
              <w:right w:w="90" w:type="dxa"/>
            </w:tcMar>
            <w:vAlign w:val="center"/>
          </w:tcPr>
          <w:p w14:paraId="6FA7EF96" w14:textId="77777777" w:rsidR="00A10D04" w:rsidRDefault="00F05F37">
            <w:pPr>
              <w:spacing w:after="0"/>
            </w:pPr>
            <w:r>
              <w:rPr>
                <w:rFonts w:ascii="Aptos" w:hAnsi="Aptos"/>
                <w:b/>
                <w:color w:val="6B23D8"/>
                <w:sz w:val="16"/>
              </w:rPr>
              <w:t>Administration / support</w:t>
            </w:r>
          </w:p>
        </w:tc>
        <w:tc>
          <w:tcPr>
            <w:tcW w:w="2033" w:type="dxa"/>
            <w:shd w:val="clear" w:color="auto" w:fill="FFFFFF"/>
            <w:tcMar>
              <w:top w:w="80" w:type="dxa"/>
              <w:left w:w="90" w:type="dxa"/>
              <w:bottom w:w="80" w:type="dxa"/>
              <w:right w:w="90" w:type="dxa"/>
            </w:tcMar>
            <w:vAlign w:val="center"/>
          </w:tcPr>
          <w:p w14:paraId="189F4F32"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32ADF4D3"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56961D51"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57EF7E06" w14:textId="77777777" w:rsidR="00A10D04" w:rsidRDefault="00F05F37" w:rsidP="009F4E68">
            <w:r w:rsidRPr="009F4E68">
              <w:br/>
            </w:r>
          </w:p>
        </w:tc>
      </w:tr>
      <w:tr w:rsidR="00A10D04" w14:paraId="4048DF71" w14:textId="77777777">
        <w:trPr>
          <w:cantSplit/>
          <w:jc w:val="center"/>
        </w:trPr>
        <w:tc>
          <w:tcPr>
            <w:tcW w:w="2033" w:type="dxa"/>
            <w:shd w:val="clear" w:color="auto" w:fill="F5F7F9"/>
            <w:tcMar>
              <w:top w:w="80" w:type="dxa"/>
              <w:left w:w="90" w:type="dxa"/>
              <w:bottom w:w="80" w:type="dxa"/>
              <w:right w:w="90" w:type="dxa"/>
            </w:tcMar>
            <w:vAlign w:val="center"/>
          </w:tcPr>
          <w:p w14:paraId="557FAC4A" w14:textId="77777777" w:rsidR="00A10D04" w:rsidRDefault="00F05F37">
            <w:pPr>
              <w:spacing w:after="0"/>
            </w:pPr>
            <w:r>
              <w:rPr>
                <w:rFonts w:ascii="Aptos" w:hAnsi="Aptos"/>
                <w:b/>
                <w:color w:val="6B23D8"/>
                <w:sz w:val="16"/>
              </w:rPr>
              <w:t>Families</w:t>
            </w:r>
          </w:p>
        </w:tc>
        <w:tc>
          <w:tcPr>
            <w:tcW w:w="2033" w:type="dxa"/>
            <w:shd w:val="clear" w:color="auto" w:fill="FFFFFF"/>
            <w:tcMar>
              <w:top w:w="80" w:type="dxa"/>
              <w:left w:w="90" w:type="dxa"/>
              <w:bottom w:w="80" w:type="dxa"/>
              <w:right w:w="90" w:type="dxa"/>
            </w:tcMar>
            <w:vAlign w:val="center"/>
          </w:tcPr>
          <w:p w14:paraId="1E0184A0"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3B49BDA0"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16FC7241"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6DB7D3E5" w14:textId="77777777" w:rsidR="00A10D04" w:rsidRDefault="00F05F37" w:rsidP="009F4E68">
            <w:r w:rsidRPr="009F4E68">
              <w:br/>
            </w:r>
          </w:p>
        </w:tc>
      </w:tr>
      <w:tr w:rsidR="00A10D04" w14:paraId="3C0CEC7D" w14:textId="77777777">
        <w:trPr>
          <w:cantSplit/>
          <w:jc w:val="center"/>
        </w:trPr>
        <w:tc>
          <w:tcPr>
            <w:tcW w:w="2033" w:type="dxa"/>
            <w:shd w:val="clear" w:color="auto" w:fill="F5F7F9"/>
            <w:tcMar>
              <w:top w:w="80" w:type="dxa"/>
              <w:left w:w="90" w:type="dxa"/>
              <w:bottom w:w="80" w:type="dxa"/>
              <w:right w:w="90" w:type="dxa"/>
            </w:tcMar>
            <w:vAlign w:val="center"/>
          </w:tcPr>
          <w:p w14:paraId="46B0D794" w14:textId="77777777" w:rsidR="00A10D04" w:rsidRDefault="00F05F37">
            <w:pPr>
              <w:spacing w:after="0"/>
            </w:pPr>
            <w:r>
              <w:rPr>
                <w:rFonts w:ascii="Aptos" w:hAnsi="Aptos"/>
                <w:b/>
                <w:color w:val="6B23D8"/>
                <w:sz w:val="16"/>
              </w:rPr>
              <w:t>Other</w:t>
            </w:r>
          </w:p>
        </w:tc>
        <w:tc>
          <w:tcPr>
            <w:tcW w:w="2033" w:type="dxa"/>
            <w:shd w:val="clear" w:color="auto" w:fill="FFFFFF"/>
            <w:tcMar>
              <w:top w:w="80" w:type="dxa"/>
              <w:left w:w="90" w:type="dxa"/>
              <w:bottom w:w="80" w:type="dxa"/>
              <w:right w:w="90" w:type="dxa"/>
            </w:tcMar>
            <w:vAlign w:val="center"/>
          </w:tcPr>
          <w:p w14:paraId="094B2754"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23307DD6"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165836B0" w14:textId="77777777" w:rsidR="00A10D04" w:rsidRDefault="00F05F37" w:rsidP="009F4E68">
            <w:r w:rsidRPr="009F4E68">
              <w:br/>
            </w:r>
          </w:p>
        </w:tc>
        <w:tc>
          <w:tcPr>
            <w:tcW w:w="2033" w:type="dxa"/>
            <w:shd w:val="clear" w:color="auto" w:fill="FFFFFF"/>
            <w:tcMar>
              <w:top w:w="80" w:type="dxa"/>
              <w:left w:w="90" w:type="dxa"/>
              <w:bottom w:w="80" w:type="dxa"/>
              <w:right w:w="90" w:type="dxa"/>
            </w:tcMar>
            <w:vAlign w:val="center"/>
          </w:tcPr>
          <w:p w14:paraId="5136BD67" w14:textId="77777777" w:rsidR="00A10D04" w:rsidRDefault="00F05F37" w:rsidP="009F4E68">
            <w:r w:rsidRPr="009F4E68">
              <w:br/>
            </w:r>
          </w:p>
        </w:tc>
      </w:tr>
    </w:tbl>
    <w:p w14:paraId="56D9499B" w14:textId="77777777" w:rsidR="00A10D04" w:rsidRDefault="00F05F37">
      <w:pPr>
        <w:pStyle w:val="Heading1"/>
      </w:pPr>
      <w:r>
        <w:t>Step 3: Consider the three dimensions of your leadership</w:t>
      </w:r>
    </w:p>
    <w:tbl>
      <w:tblPr>
        <w:tblW w:w="0" w:type="auto"/>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3389"/>
        <w:gridCol w:w="3389"/>
        <w:gridCol w:w="3389"/>
      </w:tblGrid>
      <w:tr w:rsidR="00A10D04" w14:paraId="1B5A9450" w14:textId="77777777">
        <w:trPr>
          <w:cantSplit/>
        </w:trPr>
        <w:tc>
          <w:tcPr>
            <w:tcW w:w="3389" w:type="dxa"/>
            <w:shd w:val="clear" w:color="auto" w:fill="6B23D8"/>
            <w:tcMar>
              <w:top w:w="80" w:type="dxa"/>
              <w:left w:w="90" w:type="dxa"/>
              <w:bottom w:w="80" w:type="dxa"/>
              <w:right w:w="90" w:type="dxa"/>
            </w:tcMar>
            <w:vAlign w:val="center"/>
          </w:tcPr>
          <w:p w14:paraId="68E9A31C" w14:textId="77777777" w:rsidR="00A10D04" w:rsidRDefault="00F05F37">
            <w:pPr>
              <w:spacing w:after="0"/>
              <w:jc w:val="center"/>
            </w:pPr>
            <w:r>
              <w:rPr>
                <w:rFonts w:ascii="Aptos" w:hAnsi="Aptos"/>
                <w:b/>
                <w:color w:val="FFFFFF"/>
                <w:sz w:val="16"/>
              </w:rPr>
              <w:t>Leadership dimension</w:t>
            </w:r>
          </w:p>
        </w:tc>
        <w:tc>
          <w:tcPr>
            <w:tcW w:w="3389" w:type="dxa"/>
            <w:shd w:val="clear" w:color="auto" w:fill="6B23D8"/>
            <w:tcMar>
              <w:top w:w="80" w:type="dxa"/>
              <w:left w:w="90" w:type="dxa"/>
              <w:bottom w:w="80" w:type="dxa"/>
              <w:right w:w="90" w:type="dxa"/>
            </w:tcMar>
            <w:vAlign w:val="center"/>
          </w:tcPr>
          <w:p w14:paraId="66236746" w14:textId="77777777" w:rsidR="00A10D04" w:rsidRDefault="00F05F37">
            <w:pPr>
              <w:spacing w:after="0"/>
              <w:jc w:val="center"/>
            </w:pPr>
            <w:r>
              <w:rPr>
                <w:rFonts w:ascii="Aptos" w:hAnsi="Aptos"/>
                <w:b/>
                <w:color w:val="FFFFFF"/>
                <w:sz w:val="16"/>
              </w:rPr>
              <w:t>Where this shows up in my role</w:t>
            </w:r>
          </w:p>
        </w:tc>
        <w:tc>
          <w:tcPr>
            <w:tcW w:w="3389" w:type="dxa"/>
            <w:shd w:val="clear" w:color="auto" w:fill="6B23D8"/>
            <w:tcMar>
              <w:top w:w="80" w:type="dxa"/>
              <w:left w:w="90" w:type="dxa"/>
              <w:bottom w:w="80" w:type="dxa"/>
              <w:right w:w="90" w:type="dxa"/>
            </w:tcMar>
            <w:vAlign w:val="center"/>
          </w:tcPr>
          <w:p w14:paraId="773DDD2A" w14:textId="77777777" w:rsidR="00A10D04" w:rsidRDefault="00F05F37">
            <w:pPr>
              <w:spacing w:after="0"/>
              <w:jc w:val="center"/>
            </w:pPr>
            <w:r>
              <w:rPr>
                <w:rFonts w:ascii="Aptos" w:hAnsi="Aptos"/>
                <w:b/>
                <w:color w:val="FFFFFF"/>
                <w:sz w:val="16"/>
              </w:rPr>
              <w:t>One opportunity to strengthen it</w:t>
            </w:r>
          </w:p>
        </w:tc>
      </w:tr>
      <w:tr w:rsidR="00A10D04" w14:paraId="36CD9E80" w14:textId="77777777">
        <w:trPr>
          <w:cantSplit/>
        </w:trPr>
        <w:tc>
          <w:tcPr>
            <w:tcW w:w="3389" w:type="dxa"/>
            <w:shd w:val="clear" w:color="auto" w:fill="F3EEFC"/>
            <w:tcMar>
              <w:top w:w="80" w:type="dxa"/>
              <w:left w:w="90" w:type="dxa"/>
              <w:bottom w:w="80" w:type="dxa"/>
              <w:right w:w="90" w:type="dxa"/>
            </w:tcMar>
            <w:vAlign w:val="center"/>
          </w:tcPr>
          <w:p w14:paraId="7CF884DF" w14:textId="77777777" w:rsidR="00A10D04" w:rsidRDefault="00F05F37">
            <w:pPr>
              <w:spacing w:after="0"/>
            </w:pPr>
            <w:r>
              <w:rPr>
                <w:rFonts w:ascii="Aptos" w:hAnsi="Aptos"/>
                <w:b/>
                <w:color w:val="6B23D8"/>
                <w:sz w:val="16"/>
              </w:rPr>
              <w:t>Lead self</w:t>
            </w:r>
          </w:p>
        </w:tc>
        <w:tc>
          <w:tcPr>
            <w:tcW w:w="3389" w:type="dxa"/>
            <w:shd w:val="clear" w:color="auto" w:fill="FFFFFF"/>
            <w:tcMar>
              <w:top w:w="80" w:type="dxa"/>
              <w:left w:w="90" w:type="dxa"/>
              <w:bottom w:w="80" w:type="dxa"/>
              <w:right w:w="90" w:type="dxa"/>
            </w:tcMar>
            <w:vAlign w:val="center"/>
          </w:tcPr>
          <w:p w14:paraId="650E479C" w14:textId="77777777" w:rsidR="00A10D04" w:rsidRDefault="00F05F37" w:rsidP="009F4E68">
            <w:r w:rsidRPr="009F4E68">
              <w:br/>
            </w:r>
            <w:r w:rsidRPr="009F4E68">
              <w:br/>
            </w:r>
          </w:p>
        </w:tc>
        <w:tc>
          <w:tcPr>
            <w:tcW w:w="3389" w:type="dxa"/>
            <w:shd w:val="clear" w:color="auto" w:fill="FFFFFF"/>
            <w:tcMar>
              <w:top w:w="80" w:type="dxa"/>
              <w:left w:w="90" w:type="dxa"/>
              <w:bottom w:w="80" w:type="dxa"/>
              <w:right w:w="90" w:type="dxa"/>
            </w:tcMar>
            <w:vAlign w:val="center"/>
          </w:tcPr>
          <w:p w14:paraId="6FDE1B63" w14:textId="77777777" w:rsidR="00A10D04" w:rsidRDefault="00F05F37">
            <w:pPr>
              <w:spacing w:after="0"/>
            </w:pPr>
            <w:r w:rsidRPr="009F4E68">
              <w:br/>
            </w:r>
            <w:r w:rsidRPr="009F4E68">
              <w:br/>
            </w:r>
          </w:p>
        </w:tc>
      </w:tr>
      <w:tr w:rsidR="00A10D04" w14:paraId="173A3472" w14:textId="77777777">
        <w:trPr>
          <w:cantSplit/>
        </w:trPr>
        <w:tc>
          <w:tcPr>
            <w:tcW w:w="3389" w:type="dxa"/>
            <w:shd w:val="clear" w:color="auto" w:fill="E8FBF7"/>
            <w:tcMar>
              <w:top w:w="80" w:type="dxa"/>
              <w:left w:w="90" w:type="dxa"/>
              <w:bottom w:w="80" w:type="dxa"/>
              <w:right w:w="90" w:type="dxa"/>
            </w:tcMar>
            <w:vAlign w:val="center"/>
          </w:tcPr>
          <w:p w14:paraId="09465FF5" w14:textId="77777777" w:rsidR="00A10D04" w:rsidRDefault="00F05F37">
            <w:pPr>
              <w:spacing w:after="0"/>
            </w:pPr>
            <w:r>
              <w:rPr>
                <w:rFonts w:ascii="Aptos" w:hAnsi="Aptos"/>
                <w:b/>
                <w:color w:val="18C8AA"/>
                <w:sz w:val="16"/>
              </w:rPr>
              <w:t>Lead with and for others</w:t>
            </w:r>
          </w:p>
        </w:tc>
        <w:tc>
          <w:tcPr>
            <w:tcW w:w="3389" w:type="dxa"/>
            <w:shd w:val="clear" w:color="auto" w:fill="FFFFFF"/>
            <w:tcMar>
              <w:top w:w="80" w:type="dxa"/>
              <w:left w:w="90" w:type="dxa"/>
              <w:bottom w:w="80" w:type="dxa"/>
              <w:right w:w="90" w:type="dxa"/>
            </w:tcMar>
            <w:vAlign w:val="center"/>
          </w:tcPr>
          <w:p w14:paraId="6BDBEA1B" w14:textId="77777777" w:rsidR="00A10D04" w:rsidRDefault="00F05F37" w:rsidP="009F4E68">
            <w:r w:rsidRPr="009F4E68">
              <w:br/>
            </w:r>
            <w:r w:rsidRPr="009F4E68">
              <w:br/>
            </w:r>
          </w:p>
        </w:tc>
        <w:tc>
          <w:tcPr>
            <w:tcW w:w="3389" w:type="dxa"/>
            <w:shd w:val="clear" w:color="auto" w:fill="FFFFFF"/>
            <w:tcMar>
              <w:top w:w="80" w:type="dxa"/>
              <w:left w:w="90" w:type="dxa"/>
              <w:bottom w:w="80" w:type="dxa"/>
              <w:right w:w="90" w:type="dxa"/>
            </w:tcMar>
            <w:vAlign w:val="center"/>
          </w:tcPr>
          <w:p w14:paraId="6EB0FF2C" w14:textId="77777777" w:rsidR="00A10D04" w:rsidRDefault="00F05F37">
            <w:pPr>
              <w:spacing w:after="0"/>
            </w:pPr>
            <w:r w:rsidRPr="009F4E68">
              <w:br/>
            </w:r>
            <w:r w:rsidRPr="009F4E68">
              <w:br/>
            </w:r>
          </w:p>
        </w:tc>
      </w:tr>
      <w:tr w:rsidR="00A10D04" w14:paraId="316F89E1" w14:textId="77777777">
        <w:trPr>
          <w:cantSplit/>
        </w:trPr>
        <w:tc>
          <w:tcPr>
            <w:tcW w:w="3389" w:type="dxa"/>
            <w:shd w:val="clear" w:color="auto" w:fill="FFF0F8"/>
            <w:tcMar>
              <w:top w:w="80" w:type="dxa"/>
              <w:left w:w="90" w:type="dxa"/>
              <w:bottom w:w="80" w:type="dxa"/>
              <w:right w:w="90" w:type="dxa"/>
            </w:tcMar>
            <w:vAlign w:val="center"/>
          </w:tcPr>
          <w:p w14:paraId="2EFABDD3" w14:textId="77777777" w:rsidR="00A10D04" w:rsidRDefault="00F05F37">
            <w:pPr>
              <w:spacing w:after="0"/>
            </w:pPr>
            <w:r>
              <w:rPr>
                <w:rFonts w:ascii="Aptos" w:hAnsi="Aptos"/>
                <w:b/>
                <w:color w:val="FF1390"/>
                <w:sz w:val="16"/>
              </w:rPr>
              <w:t>Lead within and beyond the organisation</w:t>
            </w:r>
          </w:p>
        </w:tc>
        <w:tc>
          <w:tcPr>
            <w:tcW w:w="3389" w:type="dxa"/>
            <w:shd w:val="clear" w:color="auto" w:fill="FFFFFF"/>
            <w:tcMar>
              <w:top w:w="80" w:type="dxa"/>
              <w:left w:w="90" w:type="dxa"/>
              <w:bottom w:w="80" w:type="dxa"/>
              <w:right w:w="90" w:type="dxa"/>
            </w:tcMar>
            <w:vAlign w:val="center"/>
          </w:tcPr>
          <w:p w14:paraId="64511B45" w14:textId="77777777" w:rsidR="00A10D04" w:rsidRDefault="00F05F37" w:rsidP="009F4E68">
            <w:r w:rsidRPr="009F4E68">
              <w:br/>
            </w:r>
            <w:r w:rsidRPr="009F4E68">
              <w:br/>
            </w:r>
          </w:p>
        </w:tc>
        <w:tc>
          <w:tcPr>
            <w:tcW w:w="3389" w:type="dxa"/>
            <w:shd w:val="clear" w:color="auto" w:fill="FFFFFF"/>
            <w:tcMar>
              <w:top w:w="80" w:type="dxa"/>
              <w:left w:w="90" w:type="dxa"/>
              <w:bottom w:w="80" w:type="dxa"/>
              <w:right w:w="90" w:type="dxa"/>
            </w:tcMar>
            <w:vAlign w:val="center"/>
          </w:tcPr>
          <w:p w14:paraId="16901B2F" w14:textId="77777777" w:rsidR="00A10D04" w:rsidRDefault="00F05F37">
            <w:pPr>
              <w:spacing w:after="0"/>
            </w:pPr>
            <w:r w:rsidRPr="009F4E68">
              <w:br/>
            </w:r>
            <w:r w:rsidRPr="009F4E68">
              <w:br/>
            </w:r>
          </w:p>
        </w:tc>
      </w:tr>
    </w:tbl>
    <w:p w14:paraId="681BF3AF" w14:textId="77777777" w:rsidR="00BD1BE7" w:rsidRDefault="00BD1BE7">
      <w:pPr>
        <w:spacing w:after="200" w:line="276" w:lineRule="auto"/>
        <w:rPr>
          <w:rFonts w:asciiTheme="majorHAnsi" w:eastAsiaTheme="majorEastAsia" w:hAnsiTheme="majorHAnsi" w:cstheme="majorBidi"/>
          <w:b/>
          <w:bCs/>
          <w:color w:val="6B23D8"/>
          <w:sz w:val="34"/>
          <w:szCs w:val="28"/>
        </w:rPr>
      </w:pPr>
      <w:r>
        <w:br w:type="page"/>
      </w:r>
    </w:p>
    <w:p w14:paraId="1F09523C" w14:textId="73B7AAAF" w:rsidR="00A10D04" w:rsidRDefault="00F05F37">
      <w:pPr>
        <w:pStyle w:val="Heading1"/>
      </w:pPr>
      <w:r>
        <w:lastRenderedPageBreak/>
        <w:t>Step 4: Critical reflection</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34D8BE20" w14:textId="77777777">
        <w:trPr>
          <w:cantSplit/>
          <w:jc w:val="center"/>
        </w:trPr>
        <w:tc>
          <w:tcPr>
            <w:tcW w:w="10166" w:type="dxa"/>
            <w:shd w:val="clear" w:color="auto" w:fill="F5F7F9"/>
            <w:tcMar>
              <w:top w:w="90" w:type="dxa"/>
              <w:left w:w="110" w:type="dxa"/>
              <w:bottom w:w="90" w:type="dxa"/>
              <w:right w:w="110" w:type="dxa"/>
            </w:tcMar>
          </w:tcPr>
          <w:p w14:paraId="43A484F0" w14:textId="77777777" w:rsidR="00A10D04" w:rsidRDefault="00F05F37">
            <w:pPr>
              <w:spacing w:after="80"/>
            </w:pPr>
            <w:r>
              <w:rPr>
                <w:b/>
                <w:color w:val="6B23D8"/>
                <w:sz w:val="19"/>
              </w:rPr>
              <w:t>Where is my role or authority currently unclear?</w:t>
            </w:r>
          </w:p>
          <w:p w14:paraId="6FEBAD94" w14:textId="77777777" w:rsidR="00A10D04" w:rsidRDefault="00A10D04" w:rsidP="009F4E68">
            <w:pPr>
              <w:rPr>
                <w:color w:val="D9E1E7"/>
                <w:sz w:val="18"/>
              </w:rPr>
            </w:pPr>
          </w:p>
          <w:p w14:paraId="49B160BB" w14:textId="1E86327B" w:rsidR="00BD1BE7" w:rsidRDefault="00BD1BE7" w:rsidP="009F4E68"/>
        </w:tc>
      </w:tr>
    </w:tbl>
    <w:p w14:paraId="7A02A372" w14:textId="77777777" w:rsidR="00A10D04" w:rsidRDefault="00A10D04">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4AEB9142" w14:textId="77777777">
        <w:trPr>
          <w:cantSplit/>
          <w:jc w:val="center"/>
        </w:trPr>
        <w:tc>
          <w:tcPr>
            <w:tcW w:w="10166" w:type="dxa"/>
            <w:shd w:val="clear" w:color="auto" w:fill="F5F7F9"/>
            <w:tcMar>
              <w:top w:w="90" w:type="dxa"/>
              <w:left w:w="110" w:type="dxa"/>
              <w:bottom w:w="90" w:type="dxa"/>
              <w:right w:w="110" w:type="dxa"/>
            </w:tcMar>
          </w:tcPr>
          <w:p w14:paraId="524533BD" w14:textId="77777777" w:rsidR="00A10D04" w:rsidRDefault="00F05F37">
            <w:pPr>
              <w:spacing w:after="80"/>
            </w:pPr>
            <w:r>
              <w:rPr>
                <w:b/>
                <w:color w:val="6B23D8"/>
                <w:sz w:val="19"/>
              </w:rPr>
              <w:t>Which relationship could I strengthen to improve outcomes?</w:t>
            </w:r>
          </w:p>
          <w:p w14:paraId="77D6C4A0" w14:textId="77777777" w:rsidR="00A10D04" w:rsidRDefault="00A10D04" w:rsidP="009F4E68">
            <w:pPr>
              <w:rPr>
                <w:color w:val="D9E1E7"/>
                <w:sz w:val="18"/>
              </w:rPr>
            </w:pPr>
          </w:p>
          <w:p w14:paraId="5461E719" w14:textId="2FC57693" w:rsidR="00BD1BE7" w:rsidRDefault="00BD1BE7" w:rsidP="009F4E68"/>
        </w:tc>
      </w:tr>
    </w:tbl>
    <w:p w14:paraId="4A306F63" w14:textId="77777777" w:rsidR="00A10D04" w:rsidRDefault="00A10D04">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1BC8EBD7" w14:textId="77777777">
        <w:trPr>
          <w:cantSplit/>
          <w:jc w:val="center"/>
        </w:trPr>
        <w:tc>
          <w:tcPr>
            <w:tcW w:w="10166" w:type="dxa"/>
            <w:shd w:val="clear" w:color="auto" w:fill="F5F7F9"/>
            <w:tcMar>
              <w:top w:w="90" w:type="dxa"/>
              <w:left w:w="110" w:type="dxa"/>
              <w:bottom w:w="90" w:type="dxa"/>
              <w:right w:w="110" w:type="dxa"/>
            </w:tcMar>
          </w:tcPr>
          <w:p w14:paraId="3F2DFDB6" w14:textId="77777777" w:rsidR="00A10D04" w:rsidRDefault="00F05F37">
            <w:pPr>
              <w:spacing w:after="80"/>
            </w:pPr>
            <w:r>
              <w:rPr>
                <w:b/>
                <w:color w:val="6B23D8"/>
                <w:sz w:val="19"/>
              </w:rPr>
              <w:t>Where do I have more influence than I may have realised?</w:t>
            </w:r>
          </w:p>
          <w:p w14:paraId="42F4DF04" w14:textId="77777777" w:rsidR="00A10D04" w:rsidRDefault="00A10D04" w:rsidP="009F4E68">
            <w:pPr>
              <w:rPr>
                <w:color w:val="D9E1E7"/>
                <w:sz w:val="18"/>
              </w:rPr>
            </w:pPr>
          </w:p>
          <w:p w14:paraId="3C04B60D" w14:textId="4143ECB0" w:rsidR="00BD1BE7" w:rsidRDefault="00BD1BE7" w:rsidP="009F4E68"/>
        </w:tc>
      </w:tr>
    </w:tbl>
    <w:p w14:paraId="060C45CA" w14:textId="77777777" w:rsidR="00A10D04" w:rsidRDefault="00A10D04">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6F494DB9" w14:textId="77777777">
        <w:trPr>
          <w:cantSplit/>
          <w:jc w:val="center"/>
        </w:trPr>
        <w:tc>
          <w:tcPr>
            <w:tcW w:w="10166" w:type="dxa"/>
            <w:shd w:val="clear" w:color="auto" w:fill="F5F7F9"/>
            <w:tcMar>
              <w:top w:w="90" w:type="dxa"/>
              <w:left w:w="110" w:type="dxa"/>
              <w:bottom w:w="90" w:type="dxa"/>
              <w:right w:w="110" w:type="dxa"/>
            </w:tcMar>
          </w:tcPr>
          <w:p w14:paraId="1FDE1014" w14:textId="77777777" w:rsidR="00A10D04" w:rsidRDefault="00F05F37">
            <w:pPr>
              <w:spacing w:after="80"/>
            </w:pPr>
            <w:r>
              <w:rPr>
                <w:b/>
                <w:color w:val="6B23D8"/>
                <w:sz w:val="19"/>
              </w:rPr>
              <w:t>What is one boundary I need to communicate or maintain more clearly?</w:t>
            </w:r>
          </w:p>
          <w:p w14:paraId="381D3FC9" w14:textId="77777777" w:rsidR="00A10D04" w:rsidRDefault="00A10D04" w:rsidP="009F4E68">
            <w:pPr>
              <w:rPr>
                <w:color w:val="D9E1E7"/>
                <w:sz w:val="18"/>
              </w:rPr>
            </w:pPr>
          </w:p>
          <w:p w14:paraId="306A0B89" w14:textId="3E11BA23" w:rsidR="00BD1BE7" w:rsidRDefault="00BD1BE7" w:rsidP="009F4E68"/>
        </w:tc>
      </w:tr>
    </w:tbl>
    <w:p w14:paraId="6A37B2EE" w14:textId="77777777" w:rsidR="00A10D04" w:rsidRDefault="00A10D04">
      <w:pPr>
        <w:spacing w:after="0"/>
      </w:pPr>
    </w:p>
    <w:p w14:paraId="75D8570F" w14:textId="77777777" w:rsidR="00A10D04" w:rsidRDefault="00F05F37">
      <w:pPr>
        <w:pStyle w:val="Heading1"/>
      </w:pPr>
      <w:r>
        <w:t>Connect this activity to your Professional Development Plan</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6AE99313" w14:textId="77777777">
        <w:trPr>
          <w:cantSplit/>
          <w:jc w:val="center"/>
        </w:trPr>
        <w:tc>
          <w:tcPr>
            <w:tcW w:w="10166" w:type="dxa"/>
            <w:shd w:val="clear" w:color="auto" w:fill="F5F7F9"/>
            <w:tcMar>
              <w:top w:w="90" w:type="dxa"/>
              <w:left w:w="110" w:type="dxa"/>
              <w:bottom w:w="90" w:type="dxa"/>
              <w:right w:w="110" w:type="dxa"/>
            </w:tcMar>
          </w:tcPr>
          <w:p w14:paraId="0790CB4C" w14:textId="77777777" w:rsidR="00A10D04" w:rsidRDefault="00F05F37">
            <w:pPr>
              <w:spacing w:after="80"/>
            </w:pPr>
            <w:r>
              <w:rPr>
                <w:b/>
                <w:color w:val="18C8AA"/>
                <w:sz w:val="19"/>
              </w:rPr>
              <w:t>What did this activity confirm about a current leadership strength?</w:t>
            </w:r>
          </w:p>
          <w:p w14:paraId="2A54D636" w14:textId="77777777" w:rsidR="00A10D04" w:rsidRDefault="00A10D04" w:rsidP="009F4E68">
            <w:pPr>
              <w:rPr>
                <w:color w:val="D9E1E7"/>
                <w:sz w:val="18"/>
              </w:rPr>
            </w:pPr>
          </w:p>
          <w:p w14:paraId="4F397926" w14:textId="29BF3CB7" w:rsidR="00BD1BE7" w:rsidRDefault="00BD1BE7" w:rsidP="009F4E68"/>
        </w:tc>
      </w:tr>
    </w:tbl>
    <w:p w14:paraId="1DBC2BCD" w14:textId="77777777" w:rsidR="00A10D04" w:rsidRDefault="00A10D04">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396B84BE" w14:textId="77777777">
        <w:trPr>
          <w:cantSplit/>
          <w:jc w:val="center"/>
        </w:trPr>
        <w:tc>
          <w:tcPr>
            <w:tcW w:w="10166" w:type="dxa"/>
            <w:shd w:val="clear" w:color="auto" w:fill="F5F7F9"/>
            <w:tcMar>
              <w:top w:w="90" w:type="dxa"/>
              <w:left w:w="110" w:type="dxa"/>
              <w:bottom w:w="90" w:type="dxa"/>
              <w:right w:w="110" w:type="dxa"/>
            </w:tcMar>
          </w:tcPr>
          <w:p w14:paraId="56E92087" w14:textId="77777777" w:rsidR="00A10D04" w:rsidRDefault="00F05F37">
            <w:pPr>
              <w:spacing w:after="80"/>
            </w:pPr>
            <w:r>
              <w:rPr>
                <w:b/>
                <w:color w:val="FF1390"/>
                <w:sz w:val="19"/>
              </w:rPr>
              <w:t>What capability or behaviour would I like to strengthen next?</w:t>
            </w:r>
          </w:p>
          <w:p w14:paraId="4EAB63DF" w14:textId="77777777" w:rsidR="00A10D04" w:rsidRDefault="00A10D04" w:rsidP="009F4E68">
            <w:pPr>
              <w:rPr>
                <w:color w:val="D9E1E7"/>
                <w:sz w:val="18"/>
              </w:rPr>
            </w:pPr>
          </w:p>
          <w:p w14:paraId="1967AD2E" w14:textId="472B0E7F" w:rsidR="00BD1BE7" w:rsidRDefault="00BD1BE7" w:rsidP="009F4E68"/>
        </w:tc>
      </w:tr>
    </w:tbl>
    <w:p w14:paraId="6CD04E5A" w14:textId="77777777" w:rsidR="00A10D04" w:rsidRDefault="00A10D04">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386208CE" w14:textId="77777777">
        <w:trPr>
          <w:cantSplit/>
          <w:jc w:val="center"/>
        </w:trPr>
        <w:tc>
          <w:tcPr>
            <w:tcW w:w="10166" w:type="dxa"/>
            <w:shd w:val="clear" w:color="auto" w:fill="F5F7F9"/>
            <w:tcMar>
              <w:top w:w="90" w:type="dxa"/>
              <w:left w:w="110" w:type="dxa"/>
              <w:bottom w:w="90" w:type="dxa"/>
              <w:right w:w="110" w:type="dxa"/>
            </w:tcMar>
          </w:tcPr>
          <w:p w14:paraId="0E5AD107" w14:textId="77777777" w:rsidR="00A10D04" w:rsidRDefault="00F05F37">
            <w:pPr>
              <w:spacing w:after="80"/>
            </w:pPr>
            <w:r>
              <w:rPr>
                <w:b/>
                <w:color w:val="FEAA1B"/>
                <w:sz w:val="19"/>
              </w:rPr>
              <w:t>What is one specific action I will take in the next two weeks?</w:t>
            </w:r>
          </w:p>
          <w:p w14:paraId="4358C7D2" w14:textId="77777777" w:rsidR="00A10D04" w:rsidRDefault="00A10D04" w:rsidP="009F4E68">
            <w:pPr>
              <w:rPr>
                <w:color w:val="D9E1E7"/>
                <w:sz w:val="18"/>
              </w:rPr>
            </w:pPr>
          </w:p>
          <w:p w14:paraId="3B9759EF" w14:textId="27BA8FAA" w:rsidR="00BD1BE7" w:rsidRDefault="00BD1BE7" w:rsidP="009F4E68"/>
        </w:tc>
      </w:tr>
    </w:tbl>
    <w:p w14:paraId="23F89EA7" w14:textId="77777777" w:rsidR="00A10D04" w:rsidRDefault="00A10D04">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A10D04" w14:paraId="781E5FF8" w14:textId="77777777">
        <w:trPr>
          <w:cantSplit/>
          <w:jc w:val="center"/>
        </w:trPr>
        <w:tc>
          <w:tcPr>
            <w:tcW w:w="10166" w:type="dxa"/>
            <w:shd w:val="clear" w:color="auto" w:fill="F5F7F9"/>
            <w:tcMar>
              <w:top w:w="90" w:type="dxa"/>
              <w:left w:w="110" w:type="dxa"/>
              <w:bottom w:w="90" w:type="dxa"/>
              <w:right w:w="110" w:type="dxa"/>
            </w:tcMar>
          </w:tcPr>
          <w:p w14:paraId="13EB4204" w14:textId="77777777" w:rsidR="00A10D04" w:rsidRDefault="00F05F37">
            <w:pPr>
              <w:spacing w:after="80"/>
            </w:pPr>
            <w:r>
              <w:rPr>
                <w:b/>
                <w:color w:val="6B23D8"/>
                <w:sz w:val="19"/>
              </w:rPr>
              <w:t>What evidence will tell me whether the action made a difference?</w:t>
            </w:r>
          </w:p>
          <w:p w14:paraId="40C3EEDC" w14:textId="77777777" w:rsidR="00A10D04" w:rsidRDefault="00A10D04" w:rsidP="009F4E68">
            <w:pPr>
              <w:rPr>
                <w:color w:val="D9E1E7"/>
                <w:sz w:val="18"/>
              </w:rPr>
            </w:pPr>
          </w:p>
          <w:p w14:paraId="791A1180" w14:textId="1E585463" w:rsidR="00BD1BE7" w:rsidRDefault="00BD1BE7" w:rsidP="009F4E68"/>
        </w:tc>
      </w:tr>
    </w:tbl>
    <w:p w14:paraId="4054B2B1" w14:textId="77777777" w:rsidR="00A10D04" w:rsidRDefault="00A10D04">
      <w:pPr>
        <w:spacing w:after="0"/>
      </w:pPr>
    </w:p>
    <w:sectPr w:rsidR="00A10D04" w:rsidSect="00034616">
      <w:headerReference w:type="default" r:id="rId8"/>
      <w:footerReference w:type="default" r:id="rId9"/>
      <w:pgSz w:w="12240" w:h="15840"/>
      <w:pgMar w:top="979" w:right="1037" w:bottom="97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16F77" w14:textId="77777777" w:rsidR="00F05F37" w:rsidRDefault="00F05F37">
      <w:pPr>
        <w:spacing w:after="0" w:line="240" w:lineRule="auto"/>
      </w:pPr>
      <w:r>
        <w:separator/>
      </w:r>
    </w:p>
  </w:endnote>
  <w:endnote w:type="continuationSeparator" w:id="0">
    <w:p w14:paraId="791C3E27" w14:textId="77777777" w:rsidR="00F05F37" w:rsidRDefault="00F05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Montserrat ExtraBold">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290B" w14:textId="77777777" w:rsidR="00A10D04" w:rsidRDefault="00F05F37">
    <w:pPr>
      <w:pStyle w:val="Footer"/>
    </w:pPr>
    <w:r>
      <w:rPr>
        <w:rFonts w:ascii="Aptos" w:hAnsi="Aptos"/>
        <w:color w:val="5D6872"/>
        <w:sz w:val="16"/>
      </w:rPr>
      <w:t xml:space="preserve">Module 1 Workplace Activity </w:t>
    </w:r>
    <w:proofErr w:type="gramStart"/>
    <w:r>
      <w:rPr>
        <w:rFonts w:ascii="Aptos" w:hAnsi="Aptos"/>
        <w:color w:val="5D6872"/>
        <w:sz w:val="16"/>
      </w:rPr>
      <w:t>1  |</w:t>
    </w:r>
    <w:proofErr w:type="gramEnd"/>
    <w:r>
      <w:rPr>
        <w:rFonts w:ascii="Aptos" w:hAnsi="Aptos"/>
        <w:color w:val="5D6872"/>
        <w:sz w:val="16"/>
      </w:rPr>
      <w:t xml:space="preserve">  My Coordinator Leadership Map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D1D03" w14:textId="77777777" w:rsidR="00F05F37" w:rsidRDefault="00F05F37">
      <w:pPr>
        <w:spacing w:after="0" w:line="240" w:lineRule="auto"/>
      </w:pPr>
      <w:r>
        <w:separator/>
      </w:r>
    </w:p>
  </w:footnote>
  <w:footnote w:type="continuationSeparator" w:id="0">
    <w:p w14:paraId="731F85F1" w14:textId="77777777" w:rsidR="00F05F37" w:rsidRDefault="00F05F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EDDC7" w14:textId="77777777" w:rsidR="00A10D04" w:rsidRDefault="00F05F37">
    <w:pPr>
      <w:pStyle w:val="Header"/>
      <w:jc w:val="right"/>
    </w:pPr>
    <w:r>
      <w:rPr>
        <w:rFonts w:ascii="Aptos" w:hAnsi="Aptos"/>
        <w:b/>
        <w:color w:val="6B23D8"/>
        <w:sz w:val="16"/>
      </w:rPr>
      <w:t>FAMILY DAY CARE COORDINATOR DEVELOPMENT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7568677">
    <w:abstractNumId w:val="8"/>
  </w:num>
  <w:num w:numId="2" w16cid:durableId="1349136098">
    <w:abstractNumId w:val="6"/>
  </w:num>
  <w:num w:numId="3" w16cid:durableId="1911498404">
    <w:abstractNumId w:val="5"/>
  </w:num>
  <w:num w:numId="4" w16cid:durableId="298848315">
    <w:abstractNumId w:val="4"/>
  </w:num>
  <w:num w:numId="5" w16cid:durableId="433088873">
    <w:abstractNumId w:val="7"/>
  </w:num>
  <w:num w:numId="6" w16cid:durableId="1117145424">
    <w:abstractNumId w:val="3"/>
  </w:num>
  <w:num w:numId="7" w16cid:durableId="377702194">
    <w:abstractNumId w:val="2"/>
  </w:num>
  <w:num w:numId="8" w16cid:durableId="1674991891">
    <w:abstractNumId w:val="1"/>
  </w:num>
  <w:num w:numId="9" w16cid:durableId="546720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695A"/>
    <w:rsid w:val="0015074B"/>
    <w:rsid w:val="0029639D"/>
    <w:rsid w:val="00326F90"/>
    <w:rsid w:val="0092185E"/>
    <w:rsid w:val="0096523B"/>
    <w:rsid w:val="009F4E68"/>
    <w:rsid w:val="00A10D04"/>
    <w:rsid w:val="00AA1D8D"/>
    <w:rsid w:val="00B47730"/>
    <w:rsid w:val="00BD1BE7"/>
    <w:rsid w:val="00CB0664"/>
    <w:rsid w:val="00EB57FF"/>
    <w:rsid w:val="00F05F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5AD2BD1-FD78-4541-B6C8-3DDD43EE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7FF"/>
    <w:pPr>
      <w:spacing w:after="100" w:line="252" w:lineRule="auto"/>
    </w:pPr>
    <w:rPr>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6B23D8"/>
      <w:sz w:val="34"/>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18C8AA"/>
      <w:sz w:val="27"/>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FF139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FF1390"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88004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88004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FF1390"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CD006C"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FF139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FF1390" w:themeColor="accent1"/>
    </w:rPr>
  </w:style>
  <w:style w:type="paragraph" w:styleId="Title">
    <w:name w:val="Title"/>
    <w:basedOn w:val="Normal"/>
    <w:next w:val="Normal"/>
    <w:link w:val="TitleChar"/>
    <w:uiPriority w:val="10"/>
    <w:qFormat/>
    <w:rsid w:val="00FC693F"/>
    <w:pPr>
      <w:pBdr>
        <w:bottom w:val="single" w:sz="8" w:space="4" w:color="FF1390"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FF1390"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FF139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FF139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88004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88004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FF139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FF1390"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FF1390" w:themeColor="accent1"/>
      </w:pBdr>
      <w:spacing w:before="200" w:after="280"/>
      <w:ind w:left="936" w:right="936"/>
    </w:pPr>
    <w:rPr>
      <w:b/>
      <w:bCs/>
      <w:i/>
      <w:iCs/>
      <w:color w:val="FF1390" w:themeColor="accent1"/>
    </w:rPr>
  </w:style>
  <w:style w:type="character" w:customStyle="1" w:styleId="IntenseQuoteChar">
    <w:name w:val="Intense Quote Char"/>
    <w:basedOn w:val="DefaultParagraphFont"/>
    <w:link w:val="IntenseQuote"/>
    <w:uiPriority w:val="30"/>
    <w:rsid w:val="00FC693F"/>
    <w:rPr>
      <w:b/>
      <w:bCs/>
      <w:i/>
      <w:iCs/>
      <w:color w:val="FF1390"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FF1390" w:themeColor="accent1"/>
    </w:rPr>
  </w:style>
  <w:style w:type="character" w:styleId="SubtleReference">
    <w:name w:val="Subtle Reference"/>
    <w:basedOn w:val="DefaultParagraphFont"/>
    <w:uiPriority w:val="31"/>
    <w:qFormat/>
    <w:rsid w:val="00FC693F"/>
    <w:rPr>
      <w:smallCaps/>
      <w:color w:val="FEAA1B" w:themeColor="accent2"/>
      <w:u w:val="single"/>
    </w:rPr>
  </w:style>
  <w:style w:type="character" w:styleId="IntenseReference">
    <w:name w:val="Intense Reference"/>
    <w:basedOn w:val="DefaultParagraphFont"/>
    <w:uiPriority w:val="32"/>
    <w:qFormat/>
    <w:rsid w:val="00FC693F"/>
    <w:rPr>
      <w:b/>
      <w:bCs/>
      <w:smallCaps/>
      <w:color w:val="FEAA1B"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CD006C" w:themeColor="accent1" w:themeShade="BF"/>
    </w:rPr>
    <w:tblPr>
      <w:tblStyleRowBandSize w:val="1"/>
      <w:tblStyleColBandSize w:val="1"/>
      <w:tblBorders>
        <w:top w:val="single" w:sz="8" w:space="0" w:color="FF1390" w:themeColor="accent1"/>
        <w:bottom w:val="single" w:sz="8" w:space="0" w:color="FF1390" w:themeColor="accent1"/>
      </w:tblBorders>
    </w:tblPr>
    <w:tblStylePr w:type="firstRow">
      <w:pPr>
        <w:spacing w:before="0" w:after="0" w:line="240" w:lineRule="auto"/>
      </w:pPr>
      <w:rPr>
        <w:b/>
        <w:bCs/>
      </w:rPr>
      <w:tblPr/>
      <w:tcPr>
        <w:tcBorders>
          <w:top w:val="single" w:sz="8" w:space="0" w:color="FF1390" w:themeColor="accent1"/>
          <w:left w:val="nil"/>
          <w:bottom w:val="single" w:sz="8" w:space="0" w:color="FF1390" w:themeColor="accent1"/>
          <w:right w:val="nil"/>
          <w:insideH w:val="nil"/>
          <w:insideV w:val="nil"/>
        </w:tcBorders>
      </w:tcPr>
    </w:tblStylePr>
    <w:tblStylePr w:type="lastRow">
      <w:pPr>
        <w:spacing w:before="0" w:after="0" w:line="240" w:lineRule="auto"/>
      </w:pPr>
      <w:rPr>
        <w:b/>
        <w:bCs/>
      </w:rPr>
      <w:tblPr/>
      <w:tcPr>
        <w:tcBorders>
          <w:top w:val="single" w:sz="8" w:space="0" w:color="FF1390" w:themeColor="accent1"/>
          <w:left w:val="nil"/>
          <w:bottom w:val="single" w:sz="8" w:space="0" w:color="FF139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4E3" w:themeFill="accent1" w:themeFillTint="3F"/>
      </w:tcPr>
    </w:tblStylePr>
    <w:tblStylePr w:type="band1Horz">
      <w:tblPr/>
      <w:tcPr>
        <w:tcBorders>
          <w:left w:val="nil"/>
          <w:right w:val="nil"/>
          <w:insideH w:val="nil"/>
          <w:insideV w:val="nil"/>
        </w:tcBorders>
        <w:shd w:val="clear" w:color="auto" w:fill="FFC4E3" w:themeFill="accent1" w:themeFillTint="3F"/>
      </w:tcPr>
    </w:tblStylePr>
  </w:style>
  <w:style w:type="table" w:styleId="LightShading-Accent2">
    <w:name w:val="Light Shading Accent 2"/>
    <w:basedOn w:val="TableNormal"/>
    <w:uiPriority w:val="60"/>
    <w:rsid w:val="00FC693F"/>
    <w:pPr>
      <w:spacing w:after="0" w:line="240" w:lineRule="auto"/>
    </w:pPr>
    <w:rPr>
      <w:color w:val="D18301" w:themeColor="accent2" w:themeShade="BF"/>
    </w:rPr>
    <w:tblPr>
      <w:tblStyleRowBandSize w:val="1"/>
      <w:tblStyleColBandSize w:val="1"/>
      <w:tblBorders>
        <w:top w:val="single" w:sz="8" w:space="0" w:color="FEAA1B" w:themeColor="accent2"/>
        <w:bottom w:val="single" w:sz="8" w:space="0" w:color="FEAA1B" w:themeColor="accent2"/>
      </w:tblBorders>
    </w:tblPr>
    <w:tblStylePr w:type="firstRow">
      <w:pPr>
        <w:spacing w:before="0" w:after="0" w:line="240" w:lineRule="auto"/>
      </w:pPr>
      <w:rPr>
        <w:b/>
        <w:bCs/>
      </w:rPr>
      <w:tblPr/>
      <w:tcPr>
        <w:tcBorders>
          <w:top w:val="single" w:sz="8" w:space="0" w:color="FEAA1B" w:themeColor="accent2"/>
          <w:left w:val="nil"/>
          <w:bottom w:val="single" w:sz="8" w:space="0" w:color="FEAA1B" w:themeColor="accent2"/>
          <w:right w:val="nil"/>
          <w:insideH w:val="nil"/>
          <w:insideV w:val="nil"/>
        </w:tcBorders>
      </w:tcPr>
    </w:tblStylePr>
    <w:tblStylePr w:type="lastRow">
      <w:pPr>
        <w:spacing w:before="0" w:after="0" w:line="240" w:lineRule="auto"/>
      </w:pPr>
      <w:rPr>
        <w:b/>
        <w:bCs/>
      </w:rPr>
      <w:tblPr/>
      <w:tcPr>
        <w:tcBorders>
          <w:top w:val="single" w:sz="8" w:space="0" w:color="FEAA1B" w:themeColor="accent2"/>
          <w:left w:val="nil"/>
          <w:bottom w:val="single" w:sz="8" w:space="0" w:color="FEAA1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9C6" w:themeFill="accent2" w:themeFillTint="3F"/>
      </w:tcPr>
    </w:tblStylePr>
    <w:tblStylePr w:type="band1Horz">
      <w:tblPr/>
      <w:tcPr>
        <w:tcBorders>
          <w:left w:val="nil"/>
          <w:right w:val="nil"/>
          <w:insideH w:val="nil"/>
          <w:insideV w:val="nil"/>
        </w:tcBorders>
        <w:shd w:val="clear" w:color="auto" w:fill="FEE9C6" w:themeFill="accent2" w:themeFillTint="3F"/>
      </w:tcPr>
    </w:tblStylePr>
  </w:style>
  <w:style w:type="table" w:styleId="LightShading-Accent3">
    <w:name w:val="Light Shading Accent 3"/>
    <w:basedOn w:val="TableNormal"/>
    <w:uiPriority w:val="60"/>
    <w:rsid w:val="00FC693F"/>
    <w:pPr>
      <w:spacing w:after="0" w:line="240" w:lineRule="auto"/>
    </w:pPr>
    <w:rPr>
      <w:color w:val="12957E" w:themeColor="accent3" w:themeShade="BF"/>
    </w:rPr>
    <w:tblPr>
      <w:tblStyleRowBandSize w:val="1"/>
      <w:tblStyleColBandSize w:val="1"/>
      <w:tblBorders>
        <w:top w:val="single" w:sz="8" w:space="0" w:color="18C8AA" w:themeColor="accent3"/>
        <w:bottom w:val="single" w:sz="8" w:space="0" w:color="18C8AA" w:themeColor="accent3"/>
      </w:tblBorders>
    </w:tblPr>
    <w:tblStylePr w:type="firstRow">
      <w:pPr>
        <w:spacing w:before="0" w:after="0" w:line="240" w:lineRule="auto"/>
      </w:pPr>
      <w:rPr>
        <w:b/>
        <w:bCs/>
      </w:rPr>
      <w:tblPr/>
      <w:tcPr>
        <w:tcBorders>
          <w:top w:val="single" w:sz="8" w:space="0" w:color="18C8AA" w:themeColor="accent3"/>
          <w:left w:val="nil"/>
          <w:bottom w:val="single" w:sz="8" w:space="0" w:color="18C8AA" w:themeColor="accent3"/>
          <w:right w:val="nil"/>
          <w:insideH w:val="nil"/>
          <w:insideV w:val="nil"/>
        </w:tcBorders>
      </w:tcPr>
    </w:tblStylePr>
    <w:tblStylePr w:type="lastRow">
      <w:pPr>
        <w:spacing w:before="0" w:after="0" w:line="240" w:lineRule="auto"/>
      </w:pPr>
      <w:rPr>
        <w:b/>
        <w:bCs/>
      </w:rPr>
      <w:tblPr/>
      <w:tcPr>
        <w:tcBorders>
          <w:top w:val="single" w:sz="8" w:space="0" w:color="18C8AA" w:themeColor="accent3"/>
          <w:left w:val="nil"/>
          <w:bottom w:val="single" w:sz="8" w:space="0" w:color="18C8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F7ED" w:themeFill="accent3" w:themeFillTint="3F"/>
      </w:tcPr>
    </w:tblStylePr>
    <w:tblStylePr w:type="band1Horz">
      <w:tblPr/>
      <w:tcPr>
        <w:tcBorders>
          <w:left w:val="nil"/>
          <w:right w:val="nil"/>
          <w:insideH w:val="nil"/>
          <w:insideV w:val="nil"/>
        </w:tcBorders>
        <w:shd w:val="clear" w:color="auto" w:fill="BFF7ED" w:themeFill="accent3" w:themeFillTint="3F"/>
      </w:tcPr>
    </w:tblStylePr>
  </w:style>
  <w:style w:type="table" w:styleId="LightShading-Accent4">
    <w:name w:val="Light Shading Accent 4"/>
    <w:basedOn w:val="TableNormal"/>
    <w:uiPriority w:val="60"/>
    <w:rsid w:val="00FC693F"/>
    <w:pPr>
      <w:spacing w:after="0" w:line="240" w:lineRule="auto"/>
    </w:pPr>
    <w:rPr>
      <w:color w:val="4F1AA1" w:themeColor="accent4" w:themeShade="BF"/>
    </w:rPr>
    <w:tblPr>
      <w:tblStyleRowBandSize w:val="1"/>
      <w:tblStyleColBandSize w:val="1"/>
      <w:tblBorders>
        <w:top w:val="single" w:sz="8" w:space="0" w:color="6B23D8" w:themeColor="accent4"/>
        <w:bottom w:val="single" w:sz="8" w:space="0" w:color="6B23D8" w:themeColor="accent4"/>
      </w:tblBorders>
    </w:tblPr>
    <w:tblStylePr w:type="firstRow">
      <w:pPr>
        <w:spacing w:before="0" w:after="0" w:line="240" w:lineRule="auto"/>
      </w:pPr>
      <w:rPr>
        <w:b/>
        <w:bCs/>
      </w:rPr>
      <w:tblPr/>
      <w:tcPr>
        <w:tcBorders>
          <w:top w:val="single" w:sz="8" w:space="0" w:color="6B23D8" w:themeColor="accent4"/>
          <w:left w:val="nil"/>
          <w:bottom w:val="single" w:sz="8" w:space="0" w:color="6B23D8" w:themeColor="accent4"/>
          <w:right w:val="nil"/>
          <w:insideH w:val="nil"/>
          <w:insideV w:val="nil"/>
        </w:tcBorders>
      </w:tcPr>
    </w:tblStylePr>
    <w:tblStylePr w:type="lastRow">
      <w:pPr>
        <w:spacing w:before="0" w:after="0" w:line="240" w:lineRule="auto"/>
      </w:pPr>
      <w:rPr>
        <w:b/>
        <w:bCs/>
      </w:rPr>
      <w:tblPr/>
      <w:tcPr>
        <w:tcBorders>
          <w:top w:val="single" w:sz="8" w:space="0" w:color="6B23D8" w:themeColor="accent4"/>
          <w:left w:val="nil"/>
          <w:bottom w:val="single" w:sz="8" w:space="0" w:color="6B23D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C7F6" w:themeFill="accent4" w:themeFillTint="3F"/>
      </w:tcPr>
    </w:tblStylePr>
    <w:tblStylePr w:type="band1Horz">
      <w:tblPr/>
      <w:tcPr>
        <w:tcBorders>
          <w:left w:val="nil"/>
          <w:right w:val="nil"/>
          <w:insideH w:val="nil"/>
          <w:insideV w:val="nil"/>
        </w:tcBorders>
        <w:shd w:val="clear" w:color="auto" w:fill="DAC7F6" w:themeFill="accent4" w:themeFillTint="3F"/>
      </w:tcPr>
    </w:tblStylePr>
  </w:style>
  <w:style w:type="table" w:styleId="LightShading-Accent5">
    <w:name w:val="Light Shading Accent 5"/>
    <w:basedOn w:val="TableNormal"/>
    <w:uiPriority w:val="60"/>
    <w:rsid w:val="00FC693F"/>
    <w:pPr>
      <w:spacing w:after="0" w:line="240" w:lineRule="auto"/>
    </w:pPr>
    <w:rPr>
      <w:color w:val="3A127F" w:themeColor="accent5" w:themeShade="BF"/>
    </w:rPr>
    <w:tblPr>
      <w:tblStyleRowBandSize w:val="1"/>
      <w:tblStyleColBandSize w:val="1"/>
      <w:tblBorders>
        <w:top w:val="single" w:sz="8" w:space="0" w:color="4E18AA" w:themeColor="accent5"/>
        <w:bottom w:val="single" w:sz="8" w:space="0" w:color="4E18AA" w:themeColor="accent5"/>
      </w:tblBorders>
    </w:tblPr>
    <w:tblStylePr w:type="firstRow">
      <w:pPr>
        <w:spacing w:before="0" w:after="0" w:line="240" w:lineRule="auto"/>
      </w:pPr>
      <w:rPr>
        <w:b/>
        <w:bCs/>
      </w:rPr>
      <w:tblPr/>
      <w:tcPr>
        <w:tcBorders>
          <w:top w:val="single" w:sz="8" w:space="0" w:color="4E18AA" w:themeColor="accent5"/>
          <w:left w:val="nil"/>
          <w:bottom w:val="single" w:sz="8" w:space="0" w:color="4E18AA" w:themeColor="accent5"/>
          <w:right w:val="nil"/>
          <w:insideH w:val="nil"/>
          <w:insideV w:val="nil"/>
        </w:tcBorders>
      </w:tcPr>
    </w:tblStylePr>
    <w:tblStylePr w:type="lastRow">
      <w:pPr>
        <w:spacing w:before="0" w:after="0" w:line="240" w:lineRule="auto"/>
      </w:pPr>
      <w:rPr>
        <w:b/>
        <w:bCs/>
      </w:rPr>
      <w:tblPr/>
      <w:tcPr>
        <w:tcBorders>
          <w:top w:val="single" w:sz="8" w:space="0" w:color="4E18AA" w:themeColor="accent5"/>
          <w:left w:val="nil"/>
          <w:bottom w:val="single" w:sz="8" w:space="0" w:color="4E18A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BAF5" w:themeFill="accent5" w:themeFillTint="3F"/>
      </w:tcPr>
    </w:tblStylePr>
    <w:tblStylePr w:type="band1Horz">
      <w:tblPr/>
      <w:tcPr>
        <w:tcBorders>
          <w:left w:val="nil"/>
          <w:right w:val="nil"/>
          <w:insideH w:val="nil"/>
          <w:insideV w:val="nil"/>
        </w:tcBorders>
        <w:shd w:val="clear" w:color="auto" w:fill="D0BAF5" w:themeFill="accent5" w:themeFillTint="3F"/>
      </w:tcPr>
    </w:tblStylePr>
  </w:style>
  <w:style w:type="table" w:styleId="LightShading-Accent6">
    <w:name w:val="Light Shading Accent 6"/>
    <w:basedOn w:val="TableNormal"/>
    <w:uiPriority w:val="60"/>
    <w:rsid w:val="00FC693F"/>
    <w:pPr>
      <w:spacing w:after="0" w:line="240" w:lineRule="auto"/>
    </w:pPr>
    <w:rPr>
      <w:color w:val="075C82" w:themeColor="accent6" w:themeShade="BF"/>
    </w:rPr>
    <w:tblPr>
      <w:tblStyleRowBandSize w:val="1"/>
      <w:tblStyleColBandSize w:val="1"/>
      <w:tblBorders>
        <w:top w:val="single" w:sz="8" w:space="0" w:color="0A7CAE" w:themeColor="accent6"/>
        <w:bottom w:val="single" w:sz="8" w:space="0" w:color="0A7CAE" w:themeColor="accent6"/>
      </w:tblBorders>
    </w:tblPr>
    <w:tblStylePr w:type="firstRow">
      <w:pPr>
        <w:spacing w:before="0" w:after="0" w:line="240" w:lineRule="auto"/>
      </w:pPr>
      <w:rPr>
        <w:b/>
        <w:bCs/>
      </w:rPr>
      <w:tblPr/>
      <w:tcPr>
        <w:tcBorders>
          <w:top w:val="single" w:sz="8" w:space="0" w:color="0A7CAE" w:themeColor="accent6"/>
          <w:left w:val="nil"/>
          <w:bottom w:val="single" w:sz="8" w:space="0" w:color="0A7CAE" w:themeColor="accent6"/>
          <w:right w:val="nil"/>
          <w:insideH w:val="nil"/>
          <w:insideV w:val="nil"/>
        </w:tcBorders>
      </w:tcPr>
    </w:tblStylePr>
    <w:tblStylePr w:type="lastRow">
      <w:pPr>
        <w:spacing w:before="0" w:after="0" w:line="240" w:lineRule="auto"/>
      </w:pPr>
      <w:rPr>
        <w:b/>
        <w:bCs/>
      </w:rPr>
      <w:tblPr/>
      <w:tcPr>
        <w:tcBorders>
          <w:top w:val="single" w:sz="8" w:space="0" w:color="0A7CAE" w:themeColor="accent6"/>
          <w:left w:val="nil"/>
          <w:bottom w:val="single" w:sz="8" w:space="0" w:color="0A7C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4FA" w:themeFill="accent6" w:themeFillTint="3F"/>
      </w:tcPr>
    </w:tblStylePr>
    <w:tblStylePr w:type="band1Horz">
      <w:tblPr/>
      <w:tcPr>
        <w:tcBorders>
          <w:left w:val="nil"/>
          <w:right w:val="nil"/>
          <w:insideH w:val="nil"/>
          <w:insideV w:val="nil"/>
        </w:tcBorders>
        <w:shd w:val="clear" w:color="auto" w:fill="B2E4FA"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tblBorders>
    </w:tblPr>
    <w:tblStylePr w:type="firstRow">
      <w:pPr>
        <w:spacing w:before="0" w:after="0" w:line="240" w:lineRule="auto"/>
      </w:pPr>
      <w:rPr>
        <w:b/>
        <w:bCs/>
        <w:color w:val="FFFFFF" w:themeColor="background1"/>
      </w:rPr>
      <w:tblPr/>
      <w:tcPr>
        <w:shd w:val="clear" w:color="auto" w:fill="FF1390" w:themeFill="accent1"/>
      </w:tcPr>
    </w:tblStylePr>
    <w:tblStylePr w:type="lastRow">
      <w:pPr>
        <w:spacing w:before="0" w:after="0" w:line="240" w:lineRule="auto"/>
      </w:pPr>
      <w:rPr>
        <w:b/>
        <w:bCs/>
      </w:rPr>
      <w:tblPr/>
      <w:tcPr>
        <w:tcBorders>
          <w:top w:val="double" w:sz="6" w:space="0" w:color="FF1390" w:themeColor="accent1"/>
          <w:left w:val="single" w:sz="8" w:space="0" w:color="FF1390" w:themeColor="accent1"/>
          <w:bottom w:val="single" w:sz="8" w:space="0" w:color="FF1390" w:themeColor="accent1"/>
          <w:right w:val="single" w:sz="8" w:space="0" w:color="FF1390" w:themeColor="accent1"/>
        </w:tcBorders>
      </w:tcPr>
    </w:tblStylePr>
    <w:tblStylePr w:type="firstCol">
      <w:rPr>
        <w:b/>
        <w:bCs/>
      </w:rPr>
    </w:tblStylePr>
    <w:tblStylePr w:type="lastCol">
      <w:rPr>
        <w:b/>
        <w:bCs/>
      </w:rPr>
    </w:tblStylePr>
    <w:tblStylePr w:type="band1Vert">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tblStylePr w:type="band1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tblBorders>
    </w:tblPr>
    <w:tblStylePr w:type="firstRow">
      <w:pPr>
        <w:spacing w:before="0" w:after="0" w:line="240" w:lineRule="auto"/>
      </w:pPr>
      <w:rPr>
        <w:b/>
        <w:bCs/>
        <w:color w:val="FFFFFF" w:themeColor="background1"/>
      </w:rPr>
      <w:tblPr/>
      <w:tcPr>
        <w:shd w:val="clear" w:color="auto" w:fill="FEAA1B" w:themeFill="accent2"/>
      </w:tcPr>
    </w:tblStylePr>
    <w:tblStylePr w:type="lastRow">
      <w:pPr>
        <w:spacing w:before="0" w:after="0" w:line="240" w:lineRule="auto"/>
      </w:pPr>
      <w:rPr>
        <w:b/>
        <w:bCs/>
      </w:rPr>
      <w:tblPr/>
      <w:tcPr>
        <w:tcBorders>
          <w:top w:val="double" w:sz="6" w:space="0" w:color="FEAA1B" w:themeColor="accent2"/>
          <w:left w:val="single" w:sz="8" w:space="0" w:color="FEAA1B" w:themeColor="accent2"/>
          <w:bottom w:val="single" w:sz="8" w:space="0" w:color="FEAA1B" w:themeColor="accent2"/>
          <w:right w:val="single" w:sz="8" w:space="0" w:color="FEAA1B" w:themeColor="accent2"/>
        </w:tcBorders>
      </w:tcPr>
    </w:tblStylePr>
    <w:tblStylePr w:type="firstCol">
      <w:rPr>
        <w:b/>
        <w:bCs/>
      </w:rPr>
    </w:tblStylePr>
    <w:tblStylePr w:type="lastCol">
      <w:rPr>
        <w:b/>
        <w:bCs/>
      </w:rPr>
    </w:tblStylePr>
    <w:tblStylePr w:type="band1Vert">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tblStylePr w:type="band1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tblBorders>
    </w:tblPr>
    <w:tblStylePr w:type="firstRow">
      <w:pPr>
        <w:spacing w:before="0" w:after="0" w:line="240" w:lineRule="auto"/>
      </w:pPr>
      <w:rPr>
        <w:b/>
        <w:bCs/>
        <w:color w:val="FFFFFF" w:themeColor="background1"/>
      </w:rPr>
      <w:tblPr/>
      <w:tcPr>
        <w:shd w:val="clear" w:color="auto" w:fill="18C8AA" w:themeFill="accent3"/>
      </w:tcPr>
    </w:tblStylePr>
    <w:tblStylePr w:type="lastRow">
      <w:pPr>
        <w:spacing w:before="0" w:after="0" w:line="240" w:lineRule="auto"/>
      </w:pPr>
      <w:rPr>
        <w:b/>
        <w:bCs/>
      </w:rPr>
      <w:tblPr/>
      <w:tcPr>
        <w:tcBorders>
          <w:top w:val="double" w:sz="6" w:space="0" w:color="18C8AA" w:themeColor="accent3"/>
          <w:left w:val="single" w:sz="8" w:space="0" w:color="18C8AA" w:themeColor="accent3"/>
          <w:bottom w:val="single" w:sz="8" w:space="0" w:color="18C8AA" w:themeColor="accent3"/>
          <w:right w:val="single" w:sz="8" w:space="0" w:color="18C8AA" w:themeColor="accent3"/>
        </w:tcBorders>
      </w:tcPr>
    </w:tblStylePr>
    <w:tblStylePr w:type="firstCol">
      <w:rPr>
        <w:b/>
        <w:bCs/>
      </w:rPr>
    </w:tblStylePr>
    <w:tblStylePr w:type="lastCol">
      <w:rPr>
        <w:b/>
        <w:bCs/>
      </w:rPr>
    </w:tblStylePr>
    <w:tblStylePr w:type="band1Vert">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tblStylePr w:type="band1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tblBorders>
    </w:tblPr>
    <w:tblStylePr w:type="firstRow">
      <w:pPr>
        <w:spacing w:before="0" w:after="0" w:line="240" w:lineRule="auto"/>
      </w:pPr>
      <w:rPr>
        <w:b/>
        <w:bCs/>
        <w:color w:val="FFFFFF" w:themeColor="background1"/>
      </w:rPr>
      <w:tblPr/>
      <w:tcPr>
        <w:shd w:val="clear" w:color="auto" w:fill="6B23D8" w:themeFill="accent4"/>
      </w:tcPr>
    </w:tblStylePr>
    <w:tblStylePr w:type="lastRow">
      <w:pPr>
        <w:spacing w:before="0" w:after="0" w:line="240" w:lineRule="auto"/>
      </w:pPr>
      <w:rPr>
        <w:b/>
        <w:bCs/>
      </w:rPr>
      <w:tblPr/>
      <w:tcPr>
        <w:tcBorders>
          <w:top w:val="double" w:sz="6" w:space="0" w:color="6B23D8" w:themeColor="accent4"/>
          <w:left w:val="single" w:sz="8" w:space="0" w:color="6B23D8" w:themeColor="accent4"/>
          <w:bottom w:val="single" w:sz="8" w:space="0" w:color="6B23D8" w:themeColor="accent4"/>
          <w:right w:val="single" w:sz="8" w:space="0" w:color="6B23D8" w:themeColor="accent4"/>
        </w:tcBorders>
      </w:tcPr>
    </w:tblStylePr>
    <w:tblStylePr w:type="firstCol">
      <w:rPr>
        <w:b/>
        <w:bCs/>
      </w:rPr>
    </w:tblStylePr>
    <w:tblStylePr w:type="lastCol">
      <w:rPr>
        <w:b/>
        <w:bCs/>
      </w:rPr>
    </w:tblStylePr>
    <w:tblStylePr w:type="band1Vert">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tblStylePr w:type="band1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tblBorders>
    </w:tblPr>
    <w:tblStylePr w:type="firstRow">
      <w:pPr>
        <w:spacing w:before="0" w:after="0" w:line="240" w:lineRule="auto"/>
      </w:pPr>
      <w:rPr>
        <w:b/>
        <w:bCs/>
        <w:color w:val="FFFFFF" w:themeColor="background1"/>
      </w:rPr>
      <w:tblPr/>
      <w:tcPr>
        <w:shd w:val="clear" w:color="auto" w:fill="4E18AA" w:themeFill="accent5"/>
      </w:tcPr>
    </w:tblStylePr>
    <w:tblStylePr w:type="lastRow">
      <w:pPr>
        <w:spacing w:before="0" w:after="0" w:line="240" w:lineRule="auto"/>
      </w:pPr>
      <w:rPr>
        <w:b/>
        <w:bCs/>
      </w:rPr>
      <w:tblPr/>
      <w:tcPr>
        <w:tcBorders>
          <w:top w:val="double" w:sz="6" w:space="0" w:color="4E18AA" w:themeColor="accent5"/>
          <w:left w:val="single" w:sz="8" w:space="0" w:color="4E18AA" w:themeColor="accent5"/>
          <w:bottom w:val="single" w:sz="8" w:space="0" w:color="4E18AA" w:themeColor="accent5"/>
          <w:right w:val="single" w:sz="8" w:space="0" w:color="4E18AA" w:themeColor="accent5"/>
        </w:tcBorders>
      </w:tcPr>
    </w:tblStylePr>
    <w:tblStylePr w:type="firstCol">
      <w:rPr>
        <w:b/>
        <w:bCs/>
      </w:rPr>
    </w:tblStylePr>
    <w:tblStylePr w:type="lastCol">
      <w:rPr>
        <w:b/>
        <w:bCs/>
      </w:rPr>
    </w:tblStylePr>
    <w:tblStylePr w:type="band1Vert">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tblStylePr w:type="band1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tblBorders>
    </w:tblPr>
    <w:tblStylePr w:type="firstRow">
      <w:pPr>
        <w:spacing w:before="0" w:after="0" w:line="240" w:lineRule="auto"/>
      </w:pPr>
      <w:rPr>
        <w:b/>
        <w:bCs/>
        <w:color w:val="FFFFFF" w:themeColor="background1"/>
      </w:rPr>
      <w:tblPr/>
      <w:tcPr>
        <w:shd w:val="clear" w:color="auto" w:fill="0A7CAE" w:themeFill="accent6"/>
      </w:tcPr>
    </w:tblStylePr>
    <w:tblStylePr w:type="lastRow">
      <w:pPr>
        <w:spacing w:before="0" w:after="0" w:line="240" w:lineRule="auto"/>
      </w:pPr>
      <w:rPr>
        <w:b/>
        <w:bCs/>
      </w:rPr>
      <w:tblPr/>
      <w:tcPr>
        <w:tcBorders>
          <w:top w:val="double" w:sz="6" w:space="0" w:color="0A7CAE" w:themeColor="accent6"/>
          <w:left w:val="single" w:sz="8" w:space="0" w:color="0A7CAE" w:themeColor="accent6"/>
          <w:bottom w:val="single" w:sz="8" w:space="0" w:color="0A7CAE" w:themeColor="accent6"/>
          <w:right w:val="single" w:sz="8" w:space="0" w:color="0A7CAE" w:themeColor="accent6"/>
        </w:tcBorders>
      </w:tcPr>
    </w:tblStylePr>
    <w:tblStylePr w:type="firstCol">
      <w:rPr>
        <w:b/>
        <w:bCs/>
      </w:rPr>
    </w:tblStylePr>
    <w:tblStylePr w:type="lastCol">
      <w:rPr>
        <w:b/>
        <w:bCs/>
      </w:rPr>
    </w:tblStylePr>
    <w:tblStylePr w:type="band1Vert">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tblStylePr w:type="band1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insideH w:val="single" w:sz="8" w:space="0" w:color="FF1390" w:themeColor="accent1"/>
        <w:insideV w:val="single" w:sz="8" w:space="0" w:color="FF139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1390" w:themeColor="accent1"/>
          <w:left w:val="single" w:sz="8" w:space="0" w:color="FF1390" w:themeColor="accent1"/>
          <w:bottom w:val="single" w:sz="18" w:space="0" w:color="FF1390" w:themeColor="accent1"/>
          <w:right w:val="single" w:sz="8" w:space="0" w:color="FF1390" w:themeColor="accent1"/>
          <w:insideH w:val="nil"/>
          <w:insideV w:val="single" w:sz="8" w:space="0" w:color="FF139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1390" w:themeColor="accent1"/>
          <w:left w:val="single" w:sz="8" w:space="0" w:color="FF1390" w:themeColor="accent1"/>
          <w:bottom w:val="single" w:sz="8" w:space="0" w:color="FF1390" w:themeColor="accent1"/>
          <w:right w:val="single" w:sz="8" w:space="0" w:color="FF1390" w:themeColor="accent1"/>
          <w:insideH w:val="nil"/>
          <w:insideV w:val="single" w:sz="8" w:space="0" w:color="FF139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tblStylePr w:type="band1Vert">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shd w:val="clear" w:color="auto" w:fill="FFC4E3" w:themeFill="accent1" w:themeFillTint="3F"/>
      </w:tcPr>
    </w:tblStylePr>
    <w:tblStylePr w:type="band1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insideV w:val="single" w:sz="8" w:space="0" w:color="FF1390" w:themeColor="accent1"/>
        </w:tcBorders>
        <w:shd w:val="clear" w:color="auto" w:fill="FFC4E3" w:themeFill="accent1" w:themeFillTint="3F"/>
      </w:tcPr>
    </w:tblStylePr>
    <w:tblStylePr w:type="band2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insideV w:val="single" w:sz="8" w:space="0" w:color="FF139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insideH w:val="single" w:sz="8" w:space="0" w:color="FEAA1B" w:themeColor="accent2"/>
        <w:insideV w:val="single" w:sz="8" w:space="0" w:color="FEAA1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AA1B" w:themeColor="accent2"/>
          <w:left w:val="single" w:sz="8" w:space="0" w:color="FEAA1B" w:themeColor="accent2"/>
          <w:bottom w:val="single" w:sz="18" w:space="0" w:color="FEAA1B" w:themeColor="accent2"/>
          <w:right w:val="single" w:sz="8" w:space="0" w:color="FEAA1B" w:themeColor="accent2"/>
          <w:insideH w:val="nil"/>
          <w:insideV w:val="single" w:sz="8" w:space="0" w:color="FEAA1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AA1B" w:themeColor="accent2"/>
          <w:left w:val="single" w:sz="8" w:space="0" w:color="FEAA1B" w:themeColor="accent2"/>
          <w:bottom w:val="single" w:sz="8" w:space="0" w:color="FEAA1B" w:themeColor="accent2"/>
          <w:right w:val="single" w:sz="8" w:space="0" w:color="FEAA1B" w:themeColor="accent2"/>
          <w:insideH w:val="nil"/>
          <w:insideV w:val="single" w:sz="8" w:space="0" w:color="FEAA1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tblStylePr w:type="band1Vert">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shd w:val="clear" w:color="auto" w:fill="FEE9C6" w:themeFill="accent2" w:themeFillTint="3F"/>
      </w:tcPr>
    </w:tblStylePr>
    <w:tblStylePr w:type="band1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insideV w:val="single" w:sz="8" w:space="0" w:color="FEAA1B" w:themeColor="accent2"/>
        </w:tcBorders>
        <w:shd w:val="clear" w:color="auto" w:fill="FEE9C6" w:themeFill="accent2" w:themeFillTint="3F"/>
      </w:tcPr>
    </w:tblStylePr>
    <w:tblStylePr w:type="band2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insideV w:val="single" w:sz="8" w:space="0" w:color="FEAA1B"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insideH w:val="single" w:sz="8" w:space="0" w:color="18C8AA" w:themeColor="accent3"/>
        <w:insideV w:val="single" w:sz="8" w:space="0" w:color="18C8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C8AA" w:themeColor="accent3"/>
          <w:left w:val="single" w:sz="8" w:space="0" w:color="18C8AA" w:themeColor="accent3"/>
          <w:bottom w:val="single" w:sz="18" w:space="0" w:color="18C8AA" w:themeColor="accent3"/>
          <w:right w:val="single" w:sz="8" w:space="0" w:color="18C8AA" w:themeColor="accent3"/>
          <w:insideH w:val="nil"/>
          <w:insideV w:val="single" w:sz="8" w:space="0" w:color="18C8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C8AA" w:themeColor="accent3"/>
          <w:left w:val="single" w:sz="8" w:space="0" w:color="18C8AA" w:themeColor="accent3"/>
          <w:bottom w:val="single" w:sz="8" w:space="0" w:color="18C8AA" w:themeColor="accent3"/>
          <w:right w:val="single" w:sz="8" w:space="0" w:color="18C8AA" w:themeColor="accent3"/>
          <w:insideH w:val="nil"/>
          <w:insideV w:val="single" w:sz="8" w:space="0" w:color="18C8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tblStylePr w:type="band1Vert">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shd w:val="clear" w:color="auto" w:fill="BFF7ED" w:themeFill="accent3" w:themeFillTint="3F"/>
      </w:tcPr>
    </w:tblStylePr>
    <w:tblStylePr w:type="band1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insideV w:val="single" w:sz="8" w:space="0" w:color="18C8AA" w:themeColor="accent3"/>
        </w:tcBorders>
        <w:shd w:val="clear" w:color="auto" w:fill="BFF7ED" w:themeFill="accent3" w:themeFillTint="3F"/>
      </w:tcPr>
    </w:tblStylePr>
    <w:tblStylePr w:type="band2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insideV w:val="single" w:sz="8" w:space="0" w:color="18C8A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insideH w:val="single" w:sz="8" w:space="0" w:color="6B23D8" w:themeColor="accent4"/>
        <w:insideV w:val="single" w:sz="8" w:space="0" w:color="6B23D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B23D8" w:themeColor="accent4"/>
          <w:left w:val="single" w:sz="8" w:space="0" w:color="6B23D8" w:themeColor="accent4"/>
          <w:bottom w:val="single" w:sz="18" w:space="0" w:color="6B23D8" w:themeColor="accent4"/>
          <w:right w:val="single" w:sz="8" w:space="0" w:color="6B23D8" w:themeColor="accent4"/>
          <w:insideH w:val="nil"/>
          <w:insideV w:val="single" w:sz="8" w:space="0" w:color="6B23D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B23D8" w:themeColor="accent4"/>
          <w:left w:val="single" w:sz="8" w:space="0" w:color="6B23D8" w:themeColor="accent4"/>
          <w:bottom w:val="single" w:sz="8" w:space="0" w:color="6B23D8" w:themeColor="accent4"/>
          <w:right w:val="single" w:sz="8" w:space="0" w:color="6B23D8" w:themeColor="accent4"/>
          <w:insideH w:val="nil"/>
          <w:insideV w:val="single" w:sz="8" w:space="0" w:color="6B23D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tblStylePr w:type="band1Vert">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shd w:val="clear" w:color="auto" w:fill="DAC7F6" w:themeFill="accent4" w:themeFillTint="3F"/>
      </w:tcPr>
    </w:tblStylePr>
    <w:tblStylePr w:type="band1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insideV w:val="single" w:sz="8" w:space="0" w:color="6B23D8" w:themeColor="accent4"/>
        </w:tcBorders>
        <w:shd w:val="clear" w:color="auto" w:fill="DAC7F6" w:themeFill="accent4" w:themeFillTint="3F"/>
      </w:tcPr>
    </w:tblStylePr>
    <w:tblStylePr w:type="band2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insideV w:val="single" w:sz="8" w:space="0" w:color="6B23D8"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insideH w:val="single" w:sz="8" w:space="0" w:color="4E18AA" w:themeColor="accent5"/>
        <w:insideV w:val="single" w:sz="8" w:space="0" w:color="4E18A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18AA" w:themeColor="accent5"/>
          <w:left w:val="single" w:sz="8" w:space="0" w:color="4E18AA" w:themeColor="accent5"/>
          <w:bottom w:val="single" w:sz="18" w:space="0" w:color="4E18AA" w:themeColor="accent5"/>
          <w:right w:val="single" w:sz="8" w:space="0" w:color="4E18AA" w:themeColor="accent5"/>
          <w:insideH w:val="nil"/>
          <w:insideV w:val="single" w:sz="8" w:space="0" w:color="4E18A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18AA" w:themeColor="accent5"/>
          <w:left w:val="single" w:sz="8" w:space="0" w:color="4E18AA" w:themeColor="accent5"/>
          <w:bottom w:val="single" w:sz="8" w:space="0" w:color="4E18AA" w:themeColor="accent5"/>
          <w:right w:val="single" w:sz="8" w:space="0" w:color="4E18AA" w:themeColor="accent5"/>
          <w:insideH w:val="nil"/>
          <w:insideV w:val="single" w:sz="8" w:space="0" w:color="4E18A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tblStylePr w:type="band1Vert">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shd w:val="clear" w:color="auto" w:fill="D0BAF5" w:themeFill="accent5" w:themeFillTint="3F"/>
      </w:tcPr>
    </w:tblStylePr>
    <w:tblStylePr w:type="band1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insideV w:val="single" w:sz="8" w:space="0" w:color="4E18AA" w:themeColor="accent5"/>
        </w:tcBorders>
        <w:shd w:val="clear" w:color="auto" w:fill="D0BAF5" w:themeFill="accent5" w:themeFillTint="3F"/>
      </w:tcPr>
    </w:tblStylePr>
    <w:tblStylePr w:type="band2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insideV w:val="single" w:sz="8" w:space="0" w:color="4E18AA"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insideH w:val="single" w:sz="8" w:space="0" w:color="0A7CAE" w:themeColor="accent6"/>
        <w:insideV w:val="single" w:sz="8" w:space="0" w:color="0A7C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A7CAE" w:themeColor="accent6"/>
          <w:left w:val="single" w:sz="8" w:space="0" w:color="0A7CAE" w:themeColor="accent6"/>
          <w:bottom w:val="single" w:sz="18" w:space="0" w:color="0A7CAE" w:themeColor="accent6"/>
          <w:right w:val="single" w:sz="8" w:space="0" w:color="0A7CAE" w:themeColor="accent6"/>
          <w:insideH w:val="nil"/>
          <w:insideV w:val="single" w:sz="8" w:space="0" w:color="0A7C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7CAE" w:themeColor="accent6"/>
          <w:left w:val="single" w:sz="8" w:space="0" w:color="0A7CAE" w:themeColor="accent6"/>
          <w:bottom w:val="single" w:sz="8" w:space="0" w:color="0A7CAE" w:themeColor="accent6"/>
          <w:right w:val="single" w:sz="8" w:space="0" w:color="0A7CAE" w:themeColor="accent6"/>
          <w:insideH w:val="nil"/>
          <w:insideV w:val="single" w:sz="8" w:space="0" w:color="0A7C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tblStylePr w:type="band1Vert">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shd w:val="clear" w:color="auto" w:fill="B2E4FA" w:themeFill="accent6" w:themeFillTint="3F"/>
      </w:tcPr>
    </w:tblStylePr>
    <w:tblStylePr w:type="band1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insideV w:val="single" w:sz="8" w:space="0" w:color="0A7CAE" w:themeColor="accent6"/>
        </w:tcBorders>
        <w:shd w:val="clear" w:color="auto" w:fill="B2E4FA" w:themeFill="accent6" w:themeFillTint="3F"/>
      </w:tcPr>
    </w:tblStylePr>
    <w:tblStylePr w:type="band2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insideV w:val="single" w:sz="8" w:space="0" w:color="0A7CA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single" w:sz="8" w:space="0" w:color="FF4EAB" w:themeColor="accent1" w:themeTint="BF"/>
      </w:tblBorders>
    </w:tblPr>
    <w:tblStylePr w:type="firstRow">
      <w:pPr>
        <w:spacing w:before="0" w:after="0" w:line="240" w:lineRule="auto"/>
      </w:pPr>
      <w:rPr>
        <w:b/>
        <w:bCs/>
        <w:color w:val="FFFFFF" w:themeColor="background1"/>
      </w:rPr>
      <w:tblPr/>
      <w:tcPr>
        <w:tc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nil"/>
          <w:insideV w:val="nil"/>
        </w:tcBorders>
        <w:shd w:val="clear" w:color="auto" w:fill="FF1390" w:themeFill="accent1"/>
      </w:tcPr>
    </w:tblStylePr>
    <w:tblStylePr w:type="lastRow">
      <w:pPr>
        <w:spacing w:before="0" w:after="0" w:line="240" w:lineRule="auto"/>
      </w:pPr>
      <w:rPr>
        <w:b/>
        <w:bCs/>
      </w:rPr>
      <w:tblPr/>
      <w:tcPr>
        <w:tcBorders>
          <w:top w:val="double" w:sz="6"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C4E3" w:themeFill="accent1" w:themeFillTint="3F"/>
      </w:tcPr>
    </w:tblStylePr>
    <w:tblStylePr w:type="band1Horz">
      <w:tblPr/>
      <w:tcPr>
        <w:tcBorders>
          <w:insideH w:val="nil"/>
          <w:insideV w:val="nil"/>
        </w:tcBorders>
        <w:shd w:val="clear" w:color="auto" w:fill="FFC4E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single" w:sz="8" w:space="0" w:color="FEBE54" w:themeColor="accent2" w:themeTint="BF"/>
      </w:tblBorders>
    </w:tblPr>
    <w:tblStylePr w:type="firstRow">
      <w:pPr>
        <w:spacing w:before="0" w:after="0" w:line="240" w:lineRule="auto"/>
      </w:pPr>
      <w:rPr>
        <w:b/>
        <w:bCs/>
        <w:color w:val="FFFFFF" w:themeColor="background1"/>
      </w:rPr>
      <w:tblPr/>
      <w:tcPr>
        <w:tc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nil"/>
          <w:insideV w:val="nil"/>
        </w:tcBorders>
        <w:shd w:val="clear" w:color="auto" w:fill="FEAA1B" w:themeFill="accent2"/>
      </w:tcPr>
    </w:tblStylePr>
    <w:tblStylePr w:type="lastRow">
      <w:pPr>
        <w:spacing w:before="0" w:after="0" w:line="240" w:lineRule="auto"/>
      </w:pPr>
      <w:rPr>
        <w:b/>
        <w:bCs/>
      </w:rPr>
      <w:tblPr/>
      <w:tcPr>
        <w:tcBorders>
          <w:top w:val="double" w:sz="6"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E9C6" w:themeFill="accent2" w:themeFillTint="3F"/>
      </w:tcPr>
    </w:tblStylePr>
    <w:tblStylePr w:type="band1Horz">
      <w:tblPr/>
      <w:tcPr>
        <w:tcBorders>
          <w:insideH w:val="nil"/>
          <w:insideV w:val="nil"/>
        </w:tcBorders>
        <w:shd w:val="clear" w:color="auto" w:fill="FEE9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single" w:sz="8" w:space="0" w:color="3FE8CB" w:themeColor="accent3" w:themeTint="BF"/>
      </w:tblBorders>
    </w:tblPr>
    <w:tblStylePr w:type="firstRow">
      <w:pPr>
        <w:spacing w:before="0" w:after="0" w:line="240" w:lineRule="auto"/>
      </w:pPr>
      <w:rPr>
        <w:b/>
        <w:bCs/>
        <w:color w:val="FFFFFF" w:themeColor="background1"/>
      </w:rPr>
      <w:tblPr/>
      <w:tcPr>
        <w:tc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nil"/>
          <w:insideV w:val="nil"/>
        </w:tcBorders>
        <w:shd w:val="clear" w:color="auto" w:fill="18C8AA" w:themeFill="accent3"/>
      </w:tcPr>
    </w:tblStylePr>
    <w:tblStylePr w:type="lastRow">
      <w:pPr>
        <w:spacing w:before="0" w:after="0" w:line="240" w:lineRule="auto"/>
      </w:pPr>
      <w:rPr>
        <w:b/>
        <w:bCs/>
      </w:rPr>
      <w:tblPr/>
      <w:tcPr>
        <w:tcBorders>
          <w:top w:val="double" w:sz="6"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nil"/>
          <w:insideV w:val="nil"/>
        </w:tcBorders>
      </w:tcPr>
    </w:tblStylePr>
    <w:tblStylePr w:type="firstCol">
      <w:rPr>
        <w:b/>
        <w:bCs/>
      </w:rPr>
    </w:tblStylePr>
    <w:tblStylePr w:type="lastCol">
      <w:rPr>
        <w:b/>
        <w:bCs/>
      </w:rPr>
    </w:tblStylePr>
    <w:tblStylePr w:type="band1Vert">
      <w:tblPr/>
      <w:tcPr>
        <w:shd w:val="clear" w:color="auto" w:fill="BFF7ED" w:themeFill="accent3" w:themeFillTint="3F"/>
      </w:tcPr>
    </w:tblStylePr>
    <w:tblStylePr w:type="band1Horz">
      <w:tblPr/>
      <w:tcPr>
        <w:tcBorders>
          <w:insideH w:val="nil"/>
          <w:insideV w:val="nil"/>
        </w:tcBorders>
        <w:shd w:val="clear" w:color="auto" w:fill="BF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single" w:sz="8" w:space="0" w:color="8F58E4" w:themeColor="accent4" w:themeTint="BF"/>
      </w:tblBorders>
    </w:tblPr>
    <w:tblStylePr w:type="firstRow">
      <w:pPr>
        <w:spacing w:before="0" w:after="0" w:line="240" w:lineRule="auto"/>
      </w:pPr>
      <w:rPr>
        <w:b/>
        <w:bCs/>
        <w:color w:val="FFFFFF" w:themeColor="background1"/>
      </w:rPr>
      <w:tblPr/>
      <w:tcPr>
        <w:tc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nil"/>
          <w:insideV w:val="nil"/>
        </w:tcBorders>
        <w:shd w:val="clear" w:color="auto" w:fill="6B23D8" w:themeFill="accent4"/>
      </w:tcPr>
    </w:tblStylePr>
    <w:tblStylePr w:type="lastRow">
      <w:pPr>
        <w:spacing w:before="0" w:after="0" w:line="240" w:lineRule="auto"/>
      </w:pPr>
      <w:rPr>
        <w:b/>
        <w:bCs/>
      </w:rPr>
      <w:tblPr/>
      <w:tcPr>
        <w:tcBorders>
          <w:top w:val="double" w:sz="6"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nil"/>
          <w:insideV w:val="nil"/>
        </w:tcBorders>
      </w:tcPr>
    </w:tblStylePr>
    <w:tblStylePr w:type="firstCol">
      <w:rPr>
        <w:b/>
        <w:bCs/>
      </w:rPr>
    </w:tblStylePr>
    <w:tblStylePr w:type="lastCol">
      <w:rPr>
        <w:b/>
        <w:bCs/>
      </w:rPr>
    </w:tblStylePr>
    <w:tblStylePr w:type="band1Vert">
      <w:tblPr/>
      <w:tcPr>
        <w:shd w:val="clear" w:color="auto" w:fill="DAC7F6" w:themeFill="accent4" w:themeFillTint="3F"/>
      </w:tcPr>
    </w:tblStylePr>
    <w:tblStylePr w:type="band1Horz">
      <w:tblPr/>
      <w:tcPr>
        <w:tcBorders>
          <w:insideH w:val="nil"/>
          <w:insideV w:val="nil"/>
        </w:tcBorders>
        <w:shd w:val="clear" w:color="auto" w:fill="DAC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single" w:sz="8" w:space="0" w:color="712FE1" w:themeColor="accent5" w:themeTint="BF"/>
      </w:tblBorders>
    </w:tblPr>
    <w:tblStylePr w:type="firstRow">
      <w:pPr>
        <w:spacing w:before="0" w:after="0" w:line="240" w:lineRule="auto"/>
      </w:pPr>
      <w:rPr>
        <w:b/>
        <w:bCs/>
        <w:color w:val="FFFFFF" w:themeColor="background1"/>
      </w:rPr>
      <w:tblPr/>
      <w:tcPr>
        <w:tc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nil"/>
          <w:insideV w:val="nil"/>
        </w:tcBorders>
        <w:shd w:val="clear" w:color="auto" w:fill="4E18AA" w:themeFill="accent5"/>
      </w:tcPr>
    </w:tblStylePr>
    <w:tblStylePr w:type="lastRow">
      <w:pPr>
        <w:spacing w:before="0" w:after="0" w:line="240" w:lineRule="auto"/>
      </w:pPr>
      <w:rPr>
        <w:b/>
        <w:bCs/>
      </w:rPr>
      <w:tblPr/>
      <w:tcPr>
        <w:tcBorders>
          <w:top w:val="double" w:sz="6"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BAF5" w:themeFill="accent5" w:themeFillTint="3F"/>
      </w:tcPr>
    </w:tblStylePr>
    <w:tblStylePr w:type="band1Horz">
      <w:tblPr/>
      <w:tcPr>
        <w:tcBorders>
          <w:insideH w:val="nil"/>
          <w:insideV w:val="nil"/>
        </w:tcBorders>
        <w:shd w:val="clear" w:color="auto" w:fill="D0BAF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single" w:sz="8" w:space="0" w:color="18AFF1" w:themeColor="accent6" w:themeTint="BF"/>
      </w:tblBorders>
    </w:tblPr>
    <w:tblStylePr w:type="firstRow">
      <w:pPr>
        <w:spacing w:before="0" w:after="0" w:line="240" w:lineRule="auto"/>
      </w:pPr>
      <w:rPr>
        <w:b/>
        <w:bCs/>
        <w:color w:val="FFFFFF" w:themeColor="background1"/>
      </w:rPr>
      <w:tblPr/>
      <w:tcPr>
        <w:tc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nil"/>
          <w:insideV w:val="nil"/>
        </w:tcBorders>
        <w:shd w:val="clear" w:color="auto" w:fill="0A7CAE" w:themeFill="accent6"/>
      </w:tcPr>
    </w:tblStylePr>
    <w:tblStylePr w:type="lastRow">
      <w:pPr>
        <w:spacing w:before="0" w:after="0" w:line="240" w:lineRule="auto"/>
      </w:pPr>
      <w:rPr>
        <w:b/>
        <w:bCs/>
      </w:rPr>
      <w:tblPr/>
      <w:tcPr>
        <w:tcBorders>
          <w:top w:val="double" w:sz="6"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4FA" w:themeFill="accent6" w:themeFillTint="3F"/>
      </w:tcPr>
    </w:tblStylePr>
    <w:tblStylePr w:type="band1Horz">
      <w:tblPr/>
      <w:tcPr>
        <w:tcBorders>
          <w:insideH w:val="nil"/>
          <w:insideV w:val="nil"/>
        </w:tcBorders>
        <w:shd w:val="clear" w:color="auto" w:fill="B2E4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139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1390" w:themeFill="accent1"/>
      </w:tcPr>
    </w:tblStylePr>
    <w:tblStylePr w:type="lastCol">
      <w:rPr>
        <w:b/>
        <w:bCs/>
        <w:color w:val="FFFFFF" w:themeColor="background1"/>
      </w:rPr>
      <w:tblPr/>
      <w:tcPr>
        <w:tcBorders>
          <w:left w:val="nil"/>
          <w:right w:val="nil"/>
          <w:insideH w:val="nil"/>
          <w:insideV w:val="nil"/>
        </w:tcBorders>
        <w:shd w:val="clear" w:color="auto" w:fill="FF139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AA1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AA1B" w:themeFill="accent2"/>
      </w:tcPr>
    </w:tblStylePr>
    <w:tblStylePr w:type="lastCol">
      <w:rPr>
        <w:b/>
        <w:bCs/>
        <w:color w:val="FFFFFF" w:themeColor="background1"/>
      </w:rPr>
      <w:tblPr/>
      <w:tcPr>
        <w:tcBorders>
          <w:left w:val="nil"/>
          <w:right w:val="nil"/>
          <w:insideH w:val="nil"/>
          <w:insideV w:val="nil"/>
        </w:tcBorders>
        <w:shd w:val="clear" w:color="auto" w:fill="FEAA1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C8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C8AA" w:themeFill="accent3"/>
      </w:tcPr>
    </w:tblStylePr>
    <w:tblStylePr w:type="lastCol">
      <w:rPr>
        <w:b/>
        <w:bCs/>
        <w:color w:val="FFFFFF" w:themeColor="background1"/>
      </w:rPr>
      <w:tblPr/>
      <w:tcPr>
        <w:tcBorders>
          <w:left w:val="nil"/>
          <w:right w:val="nil"/>
          <w:insideH w:val="nil"/>
          <w:insideV w:val="nil"/>
        </w:tcBorders>
        <w:shd w:val="clear" w:color="auto" w:fill="18C8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B23D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B23D8" w:themeFill="accent4"/>
      </w:tcPr>
    </w:tblStylePr>
    <w:tblStylePr w:type="lastCol">
      <w:rPr>
        <w:b/>
        <w:bCs/>
        <w:color w:val="FFFFFF" w:themeColor="background1"/>
      </w:rPr>
      <w:tblPr/>
      <w:tcPr>
        <w:tcBorders>
          <w:left w:val="nil"/>
          <w:right w:val="nil"/>
          <w:insideH w:val="nil"/>
          <w:insideV w:val="nil"/>
        </w:tcBorders>
        <w:shd w:val="clear" w:color="auto" w:fill="6B23D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18A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18AA" w:themeFill="accent5"/>
      </w:tcPr>
    </w:tblStylePr>
    <w:tblStylePr w:type="lastCol">
      <w:rPr>
        <w:b/>
        <w:bCs/>
        <w:color w:val="FFFFFF" w:themeColor="background1"/>
      </w:rPr>
      <w:tblPr/>
      <w:tcPr>
        <w:tcBorders>
          <w:left w:val="nil"/>
          <w:right w:val="nil"/>
          <w:insideH w:val="nil"/>
          <w:insideV w:val="nil"/>
        </w:tcBorders>
        <w:shd w:val="clear" w:color="auto" w:fill="4E18A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7C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7CAE" w:themeFill="accent6"/>
      </w:tcPr>
    </w:tblStylePr>
    <w:tblStylePr w:type="lastCol">
      <w:rPr>
        <w:b/>
        <w:bCs/>
        <w:color w:val="FFFFFF" w:themeColor="background1"/>
      </w:rPr>
      <w:tblPr/>
      <w:tcPr>
        <w:tcBorders>
          <w:left w:val="nil"/>
          <w:right w:val="nil"/>
          <w:insideH w:val="nil"/>
          <w:insideV w:val="nil"/>
        </w:tcBorders>
        <w:shd w:val="clear" w:color="auto" w:fill="0A7C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FF1390" w:themeColor="accent1"/>
        <w:bottom w:val="single" w:sz="8" w:space="0" w:color="FF1390" w:themeColor="accent1"/>
      </w:tblBorders>
    </w:tblPr>
    <w:tblStylePr w:type="firstRow">
      <w:rPr>
        <w:rFonts w:asciiTheme="majorHAnsi" w:eastAsiaTheme="majorEastAsia" w:hAnsiTheme="majorHAnsi" w:cstheme="majorBidi"/>
      </w:rPr>
      <w:tblPr/>
      <w:tcPr>
        <w:tcBorders>
          <w:top w:val="nil"/>
          <w:bottom w:val="single" w:sz="8" w:space="0" w:color="FF1390" w:themeColor="accent1"/>
        </w:tcBorders>
      </w:tcPr>
    </w:tblStylePr>
    <w:tblStylePr w:type="lastRow">
      <w:rPr>
        <w:b/>
        <w:bCs/>
        <w:color w:val="0E2841" w:themeColor="text2"/>
      </w:rPr>
      <w:tblPr/>
      <w:tcPr>
        <w:tcBorders>
          <w:top w:val="single" w:sz="8" w:space="0" w:color="FF1390" w:themeColor="accent1"/>
          <w:bottom w:val="single" w:sz="8" w:space="0" w:color="FF1390" w:themeColor="accent1"/>
        </w:tcBorders>
      </w:tcPr>
    </w:tblStylePr>
    <w:tblStylePr w:type="firstCol">
      <w:rPr>
        <w:b/>
        <w:bCs/>
      </w:rPr>
    </w:tblStylePr>
    <w:tblStylePr w:type="lastCol">
      <w:rPr>
        <w:b/>
        <w:bCs/>
      </w:rPr>
      <w:tblPr/>
      <w:tcPr>
        <w:tcBorders>
          <w:top w:val="single" w:sz="8" w:space="0" w:color="FF1390" w:themeColor="accent1"/>
          <w:bottom w:val="single" w:sz="8" w:space="0" w:color="FF1390" w:themeColor="accent1"/>
        </w:tcBorders>
      </w:tcPr>
    </w:tblStylePr>
    <w:tblStylePr w:type="band1Vert">
      <w:tblPr/>
      <w:tcPr>
        <w:shd w:val="clear" w:color="auto" w:fill="FFC4E3" w:themeFill="accent1" w:themeFillTint="3F"/>
      </w:tcPr>
    </w:tblStylePr>
    <w:tblStylePr w:type="band1Horz">
      <w:tblPr/>
      <w:tcPr>
        <w:shd w:val="clear" w:color="auto" w:fill="FFC4E3"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FEAA1B" w:themeColor="accent2"/>
        <w:bottom w:val="single" w:sz="8" w:space="0" w:color="FEAA1B" w:themeColor="accent2"/>
      </w:tblBorders>
    </w:tblPr>
    <w:tblStylePr w:type="firstRow">
      <w:rPr>
        <w:rFonts w:asciiTheme="majorHAnsi" w:eastAsiaTheme="majorEastAsia" w:hAnsiTheme="majorHAnsi" w:cstheme="majorBidi"/>
      </w:rPr>
      <w:tblPr/>
      <w:tcPr>
        <w:tcBorders>
          <w:top w:val="nil"/>
          <w:bottom w:val="single" w:sz="8" w:space="0" w:color="FEAA1B" w:themeColor="accent2"/>
        </w:tcBorders>
      </w:tcPr>
    </w:tblStylePr>
    <w:tblStylePr w:type="lastRow">
      <w:rPr>
        <w:b/>
        <w:bCs/>
        <w:color w:val="0E2841" w:themeColor="text2"/>
      </w:rPr>
      <w:tblPr/>
      <w:tcPr>
        <w:tcBorders>
          <w:top w:val="single" w:sz="8" w:space="0" w:color="FEAA1B" w:themeColor="accent2"/>
          <w:bottom w:val="single" w:sz="8" w:space="0" w:color="FEAA1B" w:themeColor="accent2"/>
        </w:tcBorders>
      </w:tcPr>
    </w:tblStylePr>
    <w:tblStylePr w:type="firstCol">
      <w:rPr>
        <w:b/>
        <w:bCs/>
      </w:rPr>
    </w:tblStylePr>
    <w:tblStylePr w:type="lastCol">
      <w:rPr>
        <w:b/>
        <w:bCs/>
      </w:rPr>
      <w:tblPr/>
      <w:tcPr>
        <w:tcBorders>
          <w:top w:val="single" w:sz="8" w:space="0" w:color="FEAA1B" w:themeColor="accent2"/>
          <w:bottom w:val="single" w:sz="8" w:space="0" w:color="FEAA1B" w:themeColor="accent2"/>
        </w:tcBorders>
      </w:tcPr>
    </w:tblStylePr>
    <w:tblStylePr w:type="band1Vert">
      <w:tblPr/>
      <w:tcPr>
        <w:shd w:val="clear" w:color="auto" w:fill="FEE9C6" w:themeFill="accent2" w:themeFillTint="3F"/>
      </w:tcPr>
    </w:tblStylePr>
    <w:tblStylePr w:type="band1Horz">
      <w:tblPr/>
      <w:tcPr>
        <w:shd w:val="clear" w:color="auto" w:fill="FEE9C6"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8C8AA" w:themeColor="accent3"/>
        <w:bottom w:val="single" w:sz="8" w:space="0" w:color="18C8AA" w:themeColor="accent3"/>
      </w:tblBorders>
    </w:tblPr>
    <w:tblStylePr w:type="firstRow">
      <w:rPr>
        <w:rFonts w:asciiTheme="majorHAnsi" w:eastAsiaTheme="majorEastAsia" w:hAnsiTheme="majorHAnsi" w:cstheme="majorBidi"/>
      </w:rPr>
      <w:tblPr/>
      <w:tcPr>
        <w:tcBorders>
          <w:top w:val="nil"/>
          <w:bottom w:val="single" w:sz="8" w:space="0" w:color="18C8AA" w:themeColor="accent3"/>
        </w:tcBorders>
      </w:tcPr>
    </w:tblStylePr>
    <w:tblStylePr w:type="lastRow">
      <w:rPr>
        <w:b/>
        <w:bCs/>
        <w:color w:val="0E2841" w:themeColor="text2"/>
      </w:rPr>
      <w:tblPr/>
      <w:tcPr>
        <w:tcBorders>
          <w:top w:val="single" w:sz="8" w:space="0" w:color="18C8AA" w:themeColor="accent3"/>
          <w:bottom w:val="single" w:sz="8" w:space="0" w:color="18C8AA" w:themeColor="accent3"/>
        </w:tcBorders>
      </w:tcPr>
    </w:tblStylePr>
    <w:tblStylePr w:type="firstCol">
      <w:rPr>
        <w:b/>
        <w:bCs/>
      </w:rPr>
    </w:tblStylePr>
    <w:tblStylePr w:type="lastCol">
      <w:rPr>
        <w:b/>
        <w:bCs/>
      </w:rPr>
      <w:tblPr/>
      <w:tcPr>
        <w:tcBorders>
          <w:top w:val="single" w:sz="8" w:space="0" w:color="18C8AA" w:themeColor="accent3"/>
          <w:bottom w:val="single" w:sz="8" w:space="0" w:color="18C8AA" w:themeColor="accent3"/>
        </w:tcBorders>
      </w:tcPr>
    </w:tblStylePr>
    <w:tblStylePr w:type="band1Vert">
      <w:tblPr/>
      <w:tcPr>
        <w:shd w:val="clear" w:color="auto" w:fill="BFF7ED" w:themeFill="accent3" w:themeFillTint="3F"/>
      </w:tcPr>
    </w:tblStylePr>
    <w:tblStylePr w:type="band1Horz">
      <w:tblPr/>
      <w:tcPr>
        <w:shd w:val="clear" w:color="auto" w:fill="BFF7ED"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6B23D8" w:themeColor="accent4"/>
        <w:bottom w:val="single" w:sz="8" w:space="0" w:color="6B23D8" w:themeColor="accent4"/>
      </w:tblBorders>
    </w:tblPr>
    <w:tblStylePr w:type="firstRow">
      <w:rPr>
        <w:rFonts w:asciiTheme="majorHAnsi" w:eastAsiaTheme="majorEastAsia" w:hAnsiTheme="majorHAnsi" w:cstheme="majorBidi"/>
      </w:rPr>
      <w:tblPr/>
      <w:tcPr>
        <w:tcBorders>
          <w:top w:val="nil"/>
          <w:bottom w:val="single" w:sz="8" w:space="0" w:color="6B23D8" w:themeColor="accent4"/>
        </w:tcBorders>
      </w:tcPr>
    </w:tblStylePr>
    <w:tblStylePr w:type="lastRow">
      <w:rPr>
        <w:b/>
        <w:bCs/>
        <w:color w:val="0E2841" w:themeColor="text2"/>
      </w:rPr>
      <w:tblPr/>
      <w:tcPr>
        <w:tcBorders>
          <w:top w:val="single" w:sz="8" w:space="0" w:color="6B23D8" w:themeColor="accent4"/>
          <w:bottom w:val="single" w:sz="8" w:space="0" w:color="6B23D8" w:themeColor="accent4"/>
        </w:tcBorders>
      </w:tcPr>
    </w:tblStylePr>
    <w:tblStylePr w:type="firstCol">
      <w:rPr>
        <w:b/>
        <w:bCs/>
      </w:rPr>
    </w:tblStylePr>
    <w:tblStylePr w:type="lastCol">
      <w:rPr>
        <w:b/>
        <w:bCs/>
      </w:rPr>
      <w:tblPr/>
      <w:tcPr>
        <w:tcBorders>
          <w:top w:val="single" w:sz="8" w:space="0" w:color="6B23D8" w:themeColor="accent4"/>
          <w:bottom w:val="single" w:sz="8" w:space="0" w:color="6B23D8" w:themeColor="accent4"/>
        </w:tcBorders>
      </w:tcPr>
    </w:tblStylePr>
    <w:tblStylePr w:type="band1Vert">
      <w:tblPr/>
      <w:tcPr>
        <w:shd w:val="clear" w:color="auto" w:fill="DAC7F6" w:themeFill="accent4" w:themeFillTint="3F"/>
      </w:tcPr>
    </w:tblStylePr>
    <w:tblStylePr w:type="band1Horz">
      <w:tblPr/>
      <w:tcPr>
        <w:shd w:val="clear" w:color="auto" w:fill="DAC7F6"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E18AA" w:themeColor="accent5"/>
        <w:bottom w:val="single" w:sz="8" w:space="0" w:color="4E18AA" w:themeColor="accent5"/>
      </w:tblBorders>
    </w:tblPr>
    <w:tblStylePr w:type="firstRow">
      <w:rPr>
        <w:rFonts w:asciiTheme="majorHAnsi" w:eastAsiaTheme="majorEastAsia" w:hAnsiTheme="majorHAnsi" w:cstheme="majorBidi"/>
      </w:rPr>
      <w:tblPr/>
      <w:tcPr>
        <w:tcBorders>
          <w:top w:val="nil"/>
          <w:bottom w:val="single" w:sz="8" w:space="0" w:color="4E18AA" w:themeColor="accent5"/>
        </w:tcBorders>
      </w:tcPr>
    </w:tblStylePr>
    <w:tblStylePr w:type="lastRow">
      <w:rPr>
        <w:b/>
        <w:bCs/>
        <w:color w:val="0E2841" w:themeColor="text2"/>
      </w:rPr>
      <w:tblPr/>
      <w:tcPr>
        <w:tcBorders>
          <w:top w:val="single" w:sz="8" w:space="0" w:color="4E18AA" w:themeColor="accent5"/>
          <w:bottom w:val="single" w:sz="8" w:space="0" w:color="4E18AA" w:themeColor="accent5"/>
        </w:tcBorders>
      </w:tcPr>
    </w:tblStylePr>
    <w:tblStylePr w:type="firstCol">
      <w:rPr>
        <w:b/>
        <w:bCs/>
      </w:rPr>
    </w:tblStylePr>
    <w:tblStylePr w:type="lastCol">
      <w:rPr>
        <w:b/>
        <w:bCs/>
      </w:rPr>
      <w:tblPr/>
      <w:tcPr>
        <w:tcBorders>
          <w:top w:val="single" w:sz="8" w:space="0" w:color="4E18AA" w:themeColor="accent5"/>
          <w:bottom w:val="single" w:sz="8" w:space="0" w:color="4E18AA" w:themeColor="accent5"/>
        </w:tcBorders>
      </w:tcPr>
    </w:tblStylePr>
    <w:tblStylePr w:type="band1Vert">
      <w:tblPr/>
      <w:tcPr>
        <w:shd w:val="clear" w:color="auto" w:fill="D0BAF5" w:themeFill="accent5" w:themeFillTint="3F"/>
      </w:tcPr>
    </w:tblStylePr>
    <w:tblStylePr w:type="band1Horz">
      <w:tblPr/>
      <w:tcPr>
        <w:shd w:val="clear" w:color="auto" w:fill="D0BAF5"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0A7CAE" w:themeColor="accent6"/>
        <w:bottom w:val="single" w:sz="8" w:space="0" w:color="0A7CAE" w:themeColor="accent6"/>
      </w:tblBorders>
    </w:tblPr>
    <w:tblStylePr w:type="firstRow">
      <w:rPr>
        <w:rFonts w:asciiTheme="majorHAnsi" w:eastAsiaTheme="majorEastAsia" w:hAnsiTheme="majorHAnsi" w:cstheme="majorBidi"/>
      </w:rPr>
      <w:tblPr/>
      <w:tcPr>
        <w:tcBorders>
          <w:top w:val="nil"/>
          <w:bottom w:val="single" w:sz="8" w:space="0" w:color="0A7CAE" w:themeColor="accent6"/>
        </w:tcBorders>
      </w:tcPr>
    </w:tblStylePr>
    <w:tblStylePr w:type="lastRow">
      <w:rPr>
        <w:b/>
        <w:bCs/>
        <w:color w:val="0E2841" w:themeColor="text2"/>
      </w:rPr>
      <w:tblPr/>
      <w:tcPr>
        <w:tcBorders>
          <w:top w:val="single" w:sz="8" w:space="0" w:color="0A7CAE" w:themeColor="accent6"/>
          <w:bottom w:val="single" w:sz="8" w:space="0" w:color="0A7CAE" w:themeColor="accent6"/>
        </w:tcBorders>
      </w:tcPr>
    </w:tblStylePr>
    <w:tblStylePr w:type="firstCol">
      <w:rPr>
        <w:b/>
        <w:bCs/>
      </w:rPr>
    </w:tblStylePr>
    <w:tblStylePr w:type="lastCol">
      <w:rPr>
        <w:b/>
        <w:bCs/>
      </w:rPr>
      <w:tblPr/>
      <w:tcPr>
        <w:tcBorders>
          <w:top w:val="single" w:sz="8" w:space="0" w:color="0A7CAE" w:themeColor="accent6"/>
          <w:bottom w:val="single" w:sz="8" w:space="0" w:color="0A7CAE" w:themeColor="accent6"/>
        </w:tcBorders>
      </w:tcPr>
    </w:tblStylePr>
    <w:tblStylePr w:type="band1Vert">
      <w:tblPr/>
      <w:tcPr>
        <w:shd w:val="clear" w:color="auto" w:fill="B2E4FA" w:themeFill="accent6" w:themeFillTint="3F"/>
      </w:tcPr>
    </w:tblStylePr>
    <w:tblStylePr w:type="band1Horz">
      <w:tblPr/>
      <w:tcPr>
        <w:shd w:val="clear" w:color="auto" w:fill="B2E4FA"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tblBorders>
    </w:tblPr>
    <w:tblStylePr w:type="firstRow">
      <w:rPr>
        <w:sz w:val="24"/>
        <w:szCs w:val="24"/>
      </w:rPr>
      <w:tblPr/>
      <w:tcPr>
        <w:tcBorders>
          <w:top w:val="nil"/>
          <w:left w:val="nil"/>
          <w:bottom w:val="single" w:sz="24" w:space="0" w:color="FF1390" w:themeColor="accent1"/>
          <w:right w:val="nil"/>
          <w:insideH w:val="nil"/>
          <w:insideV w:val="nil"/>
        </w:tcBorders>
        <w:shd w:val="clear" w:color="auto" w:fill="FFFFFF" w:themeFill="background1"/>
      </w:tcPr>
    </w:tblStylePr>
    <w:tblStylePr w:type="lastRow">
      <w:tblPr/>
      <w:tcPr>
        <w:tcBorders>
          <w:top w:val="single" w:sz="8" w:space="0" w:color="FF139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1390" w:themeColor="accent1"/>
          <w:insideH w:val="nil"/>
          <w:insideV w:val="nil"/>
        </w:tcBorders>
        <w:shd w:val="clear" w:color="auto" w:fill="FFFFFF" w:themeFill="background1"/>
      </w:tcPr>
    </w:tblStylePr>
    <w:tblStylePr w:type="lastCol">
      <w:tblPr/>
      <w:tcPr>
        <w:tcBorders>
          <w:top w:val="nil"/>
          <w:left w:val="single" w:sz="8" w:space="0" w:color="FF139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4E3" w:themeFill="accent1" w:themeFillTint="3F"/>
      </w:tcPr>
    </w:tblStylePr>
    <w:tblStylePr w:type="band1Horz">
      <w:tblPr/>
      <w:tcPr>
        <w:tcBorders>
          <w:top w:val="nil"/>
          <w:bottom w:val="nil"/>
          <w:insideH w:val="nil"/>
          <w:insideV w:val="nil"/>
        </w:tcBorders>
        <w:shd w:val="clear" w:color="auto" w:fill="FFC4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tblBorders>
    </w:tblPr>
    <w:tblStylePr w:type="firstRow">
      <w:rPr>
        <w:sz w:val="24"/>
        <w:szCs w:val="24"/>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tblPr/>
      <w:tcPr>
        <w:tcBorders>
          <w:top w:val="single" w:sz="8" w:space="0" w:color="FEAA1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AA1B" w:themeColor="accent2"/>
          <w:insideH w:val="nil"/>
          <w:insideV w:val="nil"/>
        </w:tcBorders>
        <w:shd w:val="clear" w:color="auto" w:fill="FFFFFF" w:themeFill="background1"/>
      </w:tcPr>
    </w:tblStylePr>
    <w:tblStylePr w:type="lastCol">
      <w:tblPr/>
      <w:tcPr>
        <w:tcBorders>
          <w:top w:val="nil"/>
          <w:left w:val="single" w:sz="8" w:space="0" w:color="FEAA1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9C6" w:themeFill="accent2" w:themeFillTint="3F"/>
      </w:tcPr>
    </w:tblStylePr>
    <w:tblStylePr w:type="band1Horz">
      <w:tblPr/>
      <w:tcPr>
        <w:tcBorders>
          <w:top w:val="nil"/>
          <w:bottom w:val="nil"/>
          <w:insideH w:val="nil"/>
          <w:insideV w:val="nil"/>
        </w:tcBorders>
        <w:shd w:val="clear" w:color="auto" w:fill="FEE9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tblBorders>
    </w:tblPr>
    <w:tblStylePr w:type="firstRow">
      <w:rPr>
        <w:sz w:val="24"/>
        <w:szCs w:val="24"/>
      </w:rPr>
      <w:tblPr/>
      <w:tcPr>
        <w:tcBorders>
          <w:top w:val="nil"/>
          <w:left w:val="nil"/>
          <w:bottom w:val="single" w:sz="24" w:space="0" w:color="18C8AA" w:themeColor="accent3"/>
          <w:right w:val="nil"/>
          <w:insideH w:val="nil"/>
          <w:insideV w:val="nil"/>
        </w:tcBorders>
        <w:shd w:val="clear" w:color="auto" w:fill="FFFFFF" w:themeFill="background1"/>
      </w:tcPr>
    </w:tblStylePr>
    <w:tblStylePr w:type="lastRow">
      <w:tblPr/>
      <w:tcPr>
        <w:tcBorders>
          <w:top w:val="single" w:sz="8" w:space="0" w:color="18C8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C8AA" w:themeColor="accent3"/>
          <w:insideH w:val="nil"/>
          <w:insideV w:val="nil"/>
        </w:tcBorders>
        <w:shd w:val="clear" w:color="auto" w:fill="FFFFFF" w:themeFill="background1"/>
      </w:tcPr>
    </w:tblStylePr>
    <w:tblStylePr w:type="lastCol">
      <w:tblPr/>
      <w:tcPr>
        <w:tcBorders>
          <w:top w:val="nil"/>
          <w:left w:val="single" w:sz="8" w:space="0" w:color="18C8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F7ED" w:themeFill="accent3" w:themeFillTint="3F"/>
      </w:tcPr>
    </w:tblStylePr>
    <w:tblStylePr w:type="band1Horz">
      <w:tblPr/>
      <w:tcPr>
        <w:tcBorders>
          <w:top w:val="nil"/>
          <w:bottom w:val="nil"/>
          <w:insideH w:val="nil"/>
          <w:insideV w:val="nil"/>
        </w:tcBorders>
        <w:shd w:val="clear" w:color="auto" w:fill="BF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tblBorders>
    </w:tblPr>
    <w:tblStylePr w:type="firstRow">
      <w:rPr>
        <w:sz w:val="24"/>
        <w:szCs w:val="24"/>
      </w:rPr>
      <w:tblPr/>
      <w:tcPr>
        <w:tcBorders>
          <w:top w:val="nil"/>
          <w:left w:val="nil"/>
          <w:bottom w:val="single" w:sz="24" w:space="0" w:color="6B23D8" w:themeColor="accent4"/>
          <w:right w:val="nil"/>
          <w:insideH w:val="nil"/>
          <w:insideV w:val="nil"/>
        </w:tcBorders>
        <w:shd w:val="clear" w:color="auto" w:fill="FFFFFF" w:themeFill="background1"/>
      </w:tcPr>
    </w:tblStylePr>
    <w:tblStylePr w:type="lastRow">
      <w:tblPr/>
      <w:tcPr>
        <w:tcBorders>
          <w:top w:val="single" w:sz="8" w:space="0" w:color="6B23D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B23D8" w:themeColor="accent4"/>
          <w:insideH w:val="nil"/>
          <w:insideV w:val="nil"/>
        </w:tcBorders>
        <w:shd w:val="clear" w:color="auto" w:fill="FFFFFF" w:themeFill="background1"/>
      </w:tcPr>
    </w:tblStylePr>
    <w:tblStylePr w:type="lastCol">
      <w:tblPr/>
      <w:tcPr>
        <w:tcBorders>
          <w:top w:val="nil"/>
          <w:left w:val="single" w:sz="8" w:space="0" w:color="6B23D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C7F6" w:themeFill="accent4" w:themeFillTint="3F"/>
      </w:tcPr>
    </w:tblStylePr>
    <w:tblStylePr w:type="band1Horz">
      <w:tblPr/>
      <w:tcPr>
        <w:tcBorders>
          <w:top w:val="nil"/>
          <w:bottom w:val="nil"/>
          <w:insideH w:val="nil"/>
          <w:insideV w:val="nil"/>
        </w:tcBorders>
        <w:shd w:val="clear" w:color="auto" w:fill="DAC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tblBorders>
    </w:tblPr>
    <w:tblStylePr w:type="firstRow">
      <w:rPr>
        <w:sz w:val="24"/>
        <w:szCs w:val="24"/>
      </w:rPr>
      <w:tblPr/>
      <w:tcPr>
        <w:tcBorders>
          <w:top w:val="nil"/>
          <w:left w:val="nil"/>
          <w:bottom w:val="single" w:sz="24" w:space="0" w:color="4E18AA" w:themeColor="accent5"/>
          <w:right w:val="nil"/>
          <w:insideH w:val="nil"/>
          <w:insideV w:val="nil"/>
        </w:tcBorders>
        <w:shd w:val="clear" w:color="auto" w:fill="FFFFFF" w:themeFill="background1"/>
      </w:tcPr>
    </w:tblStylePr>
    <w:tblStylePr w:type="lastRow">
      <w:tblPr/>
      <w:tcPr>
        <w:tcBorders>
          <w:top w:val="single" w:sz="8" w:space="0" w:color="4E18A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18AA" w:themeColor="accent5"/>
          <w:insideH w:val="nil"/>
          <w:insideV w:val="nil"/>
        </w:tcBorders>
        <w:shd w:val="clear" w:color="auto" w:fill="FFFFFF" w:themeFill="background1"/>
      </w:tcPr>
    </w:tblStylePr>
    <w:tblStylePr w:type="lastCol">
      <w:tblPr/>
      <w:tcPr>
        <w:tcBorders>
          <w:top w:val="nil"/>
          <w:left w:val="single" w:sz="8" w:space="0" w:color="4E18A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BAF5" w:themeFill="accent5" w:themeFillTint="3F"/>
      </w:tcPr>
    </w:tblStylePr>
    <w:tblStylePr w:type="band1Horz">
      <w:tblPr/>
      <w:tcPr>
        <w:tcBorders>
          <w:top w:val="nil"/>
          <w:bottom w:val="nil"/>
          <w:insideH w:val="nil"/>
          <w:insideV w:val="nil"/>
        </w:tcBorders>
        <w:shd w:val="clear" w:color="auto" w:fill="D0BA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tblBorders>
    </w:tblPr>
    <w:tblStylePr w:type="firstRow">
      <w:rPr>
        <w:sz w:val="24"/>
        <w:szCs w:val="24"/>
      </w:rPr>
      <w:tblPr/>
      <w:tcPr>
        <w:tcBorders>
          <w:top w:val="nil"/>
          <w:left w:val="nil"/>
          <w:bottom w:val="single" w:sz="24" w:space="0" w:color="0A7CAE" w:themeColor="accent6"/>
          <w:right w:val="nil"/>
          <w:insideH w:val="nil"/>
          <w:insideV w:val="nil"/>
        </w:tcBorders>
        <w:shd w:val="clear" w:color="auto" w:fill="FFFFFF" w:themeFill="background1"/>
      </w:tcPr>
    </w:tblStylePr>
    <w:tblStylePr w:type="lastRow">
      <w:tblPr/>
      <w:tcPr>
        <w:tcBorders>
          <w:top w:val="single" w:sz="8" w:space="0" w:color="0A7C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7CAE" w:themeColor="accent6"/>
          <w:insideH w:val="nil"/>
          <w:insideV w:val="nil"/>
        </w:tcBorders>
        <w:shd w:val="clear" w:color="auto" w:fill="FFFFFF" w:themeFill="background1"/>
      </w:tcPr>
    </w:tblStylePr>
    <w:tblStylePr w:type="lastCol">
      <w:tblPr/>
      <w:tcPr>
        <w:tcBorders>
          <w:top w:val="nil"/>
          <w:left w:val="single" w:sz="8" w:space="0" w:color="0A7C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4FA" w:themeFill="accent6" w:themeFillTint="3F"/>
      </w:tcPr>
    </w:tblStylePr>
    <w:tblStylePr w:type="band1Horz">
      <w:tblPr/>
      <w:tcPr>
        <w:tcBorders>
          <w:top w:val="nil"/>
          <w:bottom w:val="nil"/>
          <w:insideH w:val="nil"/>
          <w:insideV w:val="nil"/>
        </w:tcBorders>
        <w:shd w:val="clear" w:color="auto" w:fill="B2E4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single" w:sz="8" w:space="0" w:color="FF4EAB" w:themeColor="accent1" w:themeTint="BF"/>
        <w:insideV w:val="single" w:sz="8" w:space="0" w:color="FF4EAB" w:themeColor="accent1" w:themeTint="BF"/>
      </w:tblBorders>
    </w:tblPr>
    <w:tcPr>
      <w:shd w:val="clear" w:color="auto" w:fill="FFC4E3" w:themeFill="accent1" w:themeFillTint="3F"/>
    </w:tcPr>
    <w:tblStylePr w:type="firstRow">
      <w:rPr>
        <w:b/>
        <w:bCs/>
      </w:rPr>
    </w:tblStylePr>
    <w:tblStylePr w:type="lastRow">
      <w:rPr>
        <w:b/>
        <w:bCs/>
      </w:rPr>
      <w:tblPr/>
      <w:tcPr>
        <w:tcBorders>
          <w:top w:val="single" w:sz="18" w:space="0" w:color="FF4EAB" w:themeColor="accent1" w:themeTint="BF"/>
        </w:tcBorders>
      </w:tcPr>
    </w:tblStylePr>
    <w:tblStylePr w:type="firstCol">
      <w:rPr>
        <w:b/>
        <w:bCs/>
      </w:rPr>
    </w:tblStylePr>
    <w:tblStylePr w:type="lastCol">
      <w:rPr>
        <w:b/>
        <w:bCs/>
      </w:rPr>
    </w:tblStylePr>
    <w:tblStylePr w:type="band1Vert">
      <w:tblPr/>
      <w:tcPr>
        <w:shd w:val="clear" w:color="auto" w:fill="FF89C7" w:themeFill="accent1" w:themeFillTint="7F"/>
      </w:tcPr>
    </w:tblStylePr>
    <w:tblStylePr w:type="band1Horz">
      <w:tblPr/>
      <w:tcPr>
        <w:shd w:val="clear" w:color="auto" w:fill="FF89C7"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single" w:sz="8" w:space="0" w:color="FEBE54" w:themeColor="accent2" w:themeTint="BF"/>
        <w:insideV w:val="single" w:sz="8" w:space="0" w:color="FEBE54" w:themeColor="accent2" w:themeTint="BF"/>
      </w:tblBorders>
    </w:tblPr>
    <w:tcPr>
      <w:shd w:val="clear" w:color="auto" w:fill="FEE9C6" w:themeFill="accent2" w:themeFillTint="3F"/>
    </w:tcPr>
    <w:tblStylePr w:type="firstRow">
      <w:rPr>
        <w:b/>
        <w:bCs/>
      </w:rPr>
    </w:tblStylePr>
    <w:tblStylePr w:type="lastRow">
      <w:rPr>
        <w:b/>
        <w:bCs/>
      </w:rPr>
      <w:tblPr/>
      <w:tcPr>
        <w:tcBorders>
          <w:top w:val="single" w:sz="18" w:space="0" w:color="FEBE54" w:themeColor="accent2" w:themeTint="BF"/>
        </w:tcBorders>
      </w:tcPr>
    </w:tblStylePr>
    <w:tblStylePr w:type="firstCol">
      <w:rPr>
        <w:b/>
        <w:bCs/>
      </w:rPr>
    </w:tblStylePr>
    <w:tblStylePr w:type="lastCol">
      <w:rPr>
        <w:b/>
        <w:bCs/>
      </w:rPr>
    </w:tblStylePr>
    <w:tblStylePr w:type="band1Vert">
      <w:tblPr/>
      <w:tcPr>
        <w:shd w:val="clear" w:color="auto" w:fill="FED48D" w:themeFill="accent2" w:themeFillTint="7F"/>
      </w:tcPr>
    </w:tblStylePr>
    <w:tblStylePr w:type="band1Horz">
      <w:tblPr/>
      <w:tcPr>
        <w:shd w:val="clear" w:color="auto" w:fill="FED48D"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single" w:sz="8" w:space="0" w:color="3FE8CB" w:themeColor="accent3" w:themeTint="BF"/>
        <w:insideV w:val="single" w:sz="8" w:space="0" w:color="3FE8CB" w:themeColor="accent3" w:themeTint="BF"/>
      </w:tblBorders>
    </w:tblPr>
    <w:tcPr>
      <w:shd w:val="clear" w:color="auto" w:fill="BFF7ED" w:themeFill="accent3" w:themeFillTint="3F"/>
    </w:tcPr>
    <w:tblStylePr w:type="firstRow">
      <w:rPr>
        <w:b/>
        <w:bCs/>
      </w:rPr>
    </w:tblStylePr>
    <w:tblStylePr w:type="lastRow">
      <w:rPr>
        <w:b/>
        <w:bCs/>
      </w:rPr>
      <w:tblPr/>
      <w:tcPr>
        <w:tcBorders>
          <w:top w:val="single" w:sz="18" w:space="0" w:color="3FE8CB" w:themeColor="accent3" w:themeTint="BF"/>
        </w:tcBorders>
      </w:tcPr>
    </w:tblStylePr>
    <w:tblStylePr w:type="firstCol">
      <w:rPr>
        <w:b/>
        <w:bCs/>
      </w:rPr>
    </w:tblStylePr>
    <w:tblStylePr w:type="lastCol">
      <w:rPr>
        <w:b/>
        <w:bCs/>
      </w:rPr>
    </w:tblStylePr>
    <w:tblStylePr w:type="band1Vert">
      <w:tblPr/>
      <w:tcPr>
        <w:shd w:val="clear" w:color="auto" w:fill="7FEFDC" w:themeFill="accent3" w:themeFillTint="7F"/>
      </w:tcPr>
    </w:tblStylePr>
    <w:tblStylePr w:type="band1Horz">
      <w:tblPr/>
      <w:tcPr>
        <w:shd w:val="clear" w:color="auto" w:fill="7FEFD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single" w:sz="8" w:space="0" w:color="8F58E4" w:themeColor="accent4" w:themeTint="BF"/>
        <w:insideV w:val="single" w:sz="8" w:space="0" w:color="8F58E4" w:themeColor="accent4" w:themeTint="BF"/>
      </w:tblBorders>
    </w:tblPr>
    <w:tcPr>
      <w:shd w:val="clear" w:color="auto" w:fill="DAC7F6" w:themeFill="accent4" w:themeFillTint="3F"/>
    </w:tcPr>
    <w:tblStylePr w:type="firstRow">
      <w:rPr>
        <w:b/>
        <w:bCs/>
      </w:rPr>
    </w:tblStylePr>
    <w:tblStylePr w:type="lastRow">
      <w:rPr>
        <w:b/>
        <w:bCs/>
      </w:rPr>
      <w:tblPr/>
      <w:tcPr>
        <w:tcBorders>
          <w:top w:val="single" w:sz="18" w:space="0" w:color="8F58E4" w:themeColor="accent4" w:themeTint="BF"/>
        </w:tcBorders>
      </w:tcPr>
    </w:tblStylePr>
    <w:tblStylePr w:type="firstCol">
      <w:rPr>
        <w:b/>
        <w:bCs/>
      </w:rPr>
    </w:tblStylePr>
    <w:tblStylePr w:type="lastCol">
      <w:rPr>
        <w:b/>
        <w:bCs/>
      </w:rPr>
    </w:tblStylePr>
    <w:tblStylePr w:type="band1Vert">
      <w:tblPr/>
      <w:tcPr>
        <w:shd w:val="clear" w:color="auto" w:fill="B490ED" w:themeFill="accent4" w:themeFillTint="7F"/>
      </w:tcPr>
    </w:tblStylePr>
    <w:tblStylePr w:type="band1Horz">
      <w:tblPr/>
      <w:tcPr>
        <w:shd w:val="clear" w:color="auto" w:fill="B490ED"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single" w:sz="8" w:space="0" w:color="712FE1" w:themeColor="accent5" w:themeTint="BF"/>
        <w:insideV w:val="single" w:sz="8" w:space="0" w:color="712FE1" w:themeColor="accent5" w:themeTint="BF"/>
      </w:tblBorders>
    </w:tblPr>
    <w:tcPr>
      <w:shd w:val="clear" w:color="auto" w:fill="D0BAF5" w:themeFill="accent5" w:themeFillTint="3F"/>
    </w:tcPr>
    <w:tblStylePr w:type="firstRow">
      <w:rPr>
        <w:b/>
        <w:bCs/>
      </w:rPr>
    </w:tblStylePr>
    <w:tblStylePr w:type="lastRow">
      <w:rPr>
        <w:b/>
        <w:bCs/>
      </w:rPr>
      <w:tblPr/>
      <w:tcPr>
        <w:tcBorders>
          <w:top w:val="single" w:sz="18" w:space="0" w:color="712FE1" w:themeColor="accent5" w:themeTint="BF"/>
        </w:tcBorders>
      </w:tcPr>
    </w:tblStylePr>
    <w:tblStylePr w:type="firstCol">
      <w:rPr>
        <w:b/>
        <w:bCs/>
      </w:rPr>
    </w:tblStylePr>
    <w:tblStylePr w:type="lastCol">
      <w:rPr>
        <w:b/>
        <w:bCs/>
      </w:rPr>
    </w:tblStylePr>
    <w:tblStylePr w:type="band1Vert">
      <w:tblPr/>
      <w:tcPr>
        <w:shd w:val="clear" w:color="auto" w:fill="A074EB" w:themeFill="accent5" w:themeFillTint="7F"/>
      </w:tcPr>
    </w:tblStylePr>
    <w:tblStylePr w:type="band1Horz">
      <w:tblPr/>
      <w:tcPr>
        <w:shd w:val="clear" w:color="auto" w:fill="A074EB"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single" w:sz="8" w:space="0" w:color="18AFF1" w:themeColor="accent6" w:themeTint="BF"/>
        <w:insideV w:val="single" w:sz="8" w:space="0" w:color="18AFF1" w:themeColor="accent6" w:themeTint="BF"/>
      </w:tblBorders>
    </w:tblPr>
    <w:tcPr>
      <w:shd w:val="clear" w:color="auto" w:fill="B2E4FA" w:themeFill="accent6" w:themeFillTint="3F"/>
    </w:tcPr>
    <w:tblStylePr w:type="firstRow">
      <w:rPr>
        <w:b/>
        <w:bCs/>
      </w:rPr>
    </w:tblStylePr>
    <w:tblStylePr w:type="lastRow">
      <w:rPr>
        <w:b/>
        <w:bCs/>
      </w:rPr>
      <w:tblPr/>
      <w:tcPr>
        <w:tcBorders>
          <w:top w:val="single" w:sz="18" w:space="0" w:color="18AFF1" w:themeColor="accent6" w:themeTint="BF"/>
        </w:tcBorders>
      </w:tcPr>
    </w:tblStylePr>
    <w:tblStylePr w:type="firstCol">
      <w:rPr>
        <w:b/>
        <w:bCs/>
      </w:rPr>
    </w:tblStylePr>
    <w:tblStylePr w:type="lastCol">
      <w:rPr>
        <w:b/>
        <w:bCs/>
      </w:rPr>
    </w:tblStylePr>
    <w:tblStylePr w:type="band1Vert">
      <w:tblPr/>
      <w:tcPr>
        <w:shd w:val="clear" w:color="auto" w:fill="65C9F6" w:themeFill="accent6" w:themeFillTint="7F"/>
      </w:tcPr>
    </w:tblStylePr>
    <w:tblStylePr w:type="band1Horz">
      <w:tblPr/>
      <w:tcPr>
        <w:shd w:val="clear" w:color="auto" w:fill="65C9F6"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insideH w:val="single" w:sz="8" w:space="0" w:color="FF1390" w:themeColor="accent1"/>
        <w:insideV w:val="single" w:sz="8" w:space="0" w:color="FF1390" w:themeColor="accent1"/>
      </w:tblBorders>
    </w:tblPr>
    <w:tcPr>
      <w:shd w:val="clear" w:color="auto" w:fill="FFC4E3" w:themeFill="accent1" w:themeFillTint="3F"/>
    </w:tcPr>
    <w:tblStylePr w:type="firstRow">
      <w:rPr>
        <w:b/>
        <w:bCs/>
        <w:color w:val="000000" w:themeColor="text1"/>
      </w:rPr>
      <w:tblPr/>
      <w:tcPr>
        <w:shd w:val="clear" w:color="auto" w:fill="FFE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FE8" w:themeFill="accent1" w:themeFillTint="33"/>
      </w:tcPr>
    </w:tblStylePr>
    <w:tblStylePr w:type="band1Vert">
      <w:tblPr/>
      <w:tcPr>
        <w:shd w:val="clear" w:color="auto" w:fill="FF89C7" w:themeFill="accent1" w:themeFillTint="7F"/>
      </w:tcPr>
    </w:tblStylePr>
    <w:tblStylePr w:type="band1Horz">
      <w:tblPr/>
      <w:tcPr>
        <w:tcBorders>
          <w:insideH w:val="single" w:sz="6" w:space="0" w:color="FF1390" w:themeColor="accent1"/>
          <w:insideV w:val="single" w:sz="6" w:space="0" w:color="FF1390" w:themeColor="accent1"/>
        </w:tcBorders>
        <w:shd w:val="clear" w:color="auto" w:fill="FF89C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insideH w:val="single" w:sz="8" w:space="0" w:color="FEAA1B" w:themeColor="accent2"/>
        <w:insideV w:val="single" w:sz="8" w:space="0" w:color="FEAA1B" w:themeColor="accent2"/>
      </w:tblBorders>
    </w:tblPr>
    <w:tcPr>
      <w:shd w:val="clear" w:color="auto" w:fill="FEE9C6" w:themeFill="accent2" w:themeFillTint="3F"/>
    </w:tcPr>
    <w:tblStylePr w:type="firstRow">
      <w:rPr>
        <w:b/>
        <w:bCs/>
        <w:color w:val="000000" w:themeColor="text1"/>
      </w:rPr>
      <w:tblPr/>
      <w:tcPr>
        <w:shd w:val="clear" w:color="auto" w:fill="FFF6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D1" w:themeFill="accent2" w:themeFillTint="33"/>
      </w:tcPr>
    </w:tblStylePr>
    <w:tblStylePr w:type="band1Vert">
      <w:tblPr/>
      <w:tcPr>
        <w:shd w:val="clear" w:color="auto" w:fill="FED48D" w:themeFill="accent2" w:themeFillTint="7F"/>
      </w:tcPr>
    </w:tblStylePr>
    <w:tblStylePr w:type="band1Horz">
      <w:tblPr/>
      <w:tcPr>
        <w:tcBorders>
          <w:insideH w:val="single" w:sz="6" w:space="0" w:color="FEAA1B" w:themeColor="accent2"/>
          <w:insideV w:val="single" w:sz="6" w:space="0" w:color="FEAA1B" w:themeColor="accent2"/>
        </w:tcBorders>
        <w:shd w:val="clear" w:color="auto" w:fill="FED48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insideH w:val="single" w:sz="8" w:space="0" w:color="18C8AA" w:themeColor="accent3"/>
        <w:insideV w:val="single" w:sz="8" w:space="0" w:color="18C8AA" w:themeColor="accent3"/>
      </w:tblBorders>
    </w:tblPr>
    <w:tcPr>
      <w:shd w:val="clear" w:color="auto" w:fill="BFF7ED" w:themeFill="accent3" w:themeFillTint="3F"/>
    </w:tcPr>
    <w:tblStylePr w:type="firstRow">
      <w:rPr>
        <w:b/>
        <w:bCs/>
        <w:color w:val="000000" w:themeColor="text1"/>
      </w:rPr>
      <w:tblPr/>
      <w:tcPr>
        <w:shd w:val="clear" w:color="auto" w:fill="E5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BF9F1" w:themeFill="accent3" w:themeFillTint="33"/>
      </w:tcPr>
    </w:tblStylePr>
    <w:tblStylePr w:type="band1Vert">
      <w:tblPr/>
      <w:tcPr>
        <w:shd w:val="clear" w:color="auto" w:fill="7FEFDC" w:themeFill="accent3" w:themeFillTint="7F"/>
      </w:tcPr>
    </w:tblStylePr>
    <w:tblStylePr w:type="band1Horz">
      <w:tblPr/>
      <w:tcPr>
        <w:tcBorders>
          <w:insideH w:val="single" w:sz="6" w:space="0" w:color="18C8AA" w:themeColor="accent3"/>
          <w:insideV w:val="single" w:sz="6" w:space="0" w:color="18C8AA" w:themeColor="accent3"/>
        </w:tcBorders>
        <w:shd w:val="clear" w:color="auto" w:fill="7FEF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insideH w:val="single" w:sz="8" w:space="0" w:color="6B23D8" w:themeColor="accent4"/>
        <w:insideV w:val="single" w:sz="8" w:space="0" w:color="6B23D8" w:themeColor="accent4"/>
      </w:tblBorders>
    </w:tblPr>
    <w:tcPr>
      <w:shd w:val="clear" w:color="auto" w:fill="DAC7F6" w:themeFill="accent4" w:themeFillTint="3F"/>
    </w:tcPr>
    <w:tblStylePr w:type="firstRow">
      <w:rPr>
        <w:b/>
        <w:bCs/>
        <w:color w:val="000000" w:themeColor="text1"/>
      </w:rPr>
      <w:tblPr/>
      <w:tcPr>
        <w:shd w:val="clear" w:color="auto" w:fill="F0E8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D2F7" w:themeFill="accent4" w:themeFillTint="33"/>
      </w:tcPr>
    </w:tblStylePr>
    <w:tblStylePr w:type="band1Vert">
      <w:tblPr/>
      <w:tcPr>
        <w:shd w:val="clear" w:color="auto" w:fill="B490ED" w:themeFill="accent4" w:themeFillTint="7F"/>
      </w:tcPr>
    </w:tblStylePr>
    <w:tblStylePr w:type="band1Horz">
      <w:tblPr/>
      <w:tcPr>
        <w:tcBorders>
          <w:insideH w:val="single" w:sz="6" w:space="0" w:color="6B23D8" w:themeColor="accent4"/>
          <w:insideV w:val="single" w:sz="6" w:space="0" w:color="6B23D8" w:themeColor="accent4"/>
        </w:tcBorders>
        <w:shd w:val="clear" w:color="auto" w:fill="B490E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insideH w:val="single" w:sz="8" w:space="0" w:color="4E18AA" w:themeColor="accent5"/>
        <w:insideV w:val="single" w:sz="8" w:space="0" w:color="4E18AA" w:themeColor="accent5"/>
      </w:tblBorders>
    </w:tblPr>
    <w:tcPr>
      <w:shd w:val="clear" w:color="auto" w:fill="D0BAF5" w:themeFill="accent5" w:themeFillTint="3F"/>
    </w:tcPr>
    <w:tblStylePr w:type="firstRow">
      <w:rPr>
        <w:b/>
        <w:bCs/>
        <w:color w:val="000000" w:themeColor="text1"/>
      </w:rPr>
      <w:tblPr/>
      <w:tcPr>
        <w:shd w:val="clear" w:color="auto" w:fill="ECE3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C7F7" w:themeFill="accent5" w:themeFillTint="33"/>
      </w:tcPr>
    </w:tblStylePr>
    <w:tblStylePr w:type="band1Vert">
      <w:tblPr/>
      <w:tcPr>
        <w:shd w:val="clear" w:color="auto" w:fill="A074EB" w:themeFill="accent5" w:themeFillTint="7F"/>
      </w:tcPr>
    </w:tblStylePr>
    <w:tblStylePr w:type="band1Horz">
      <w:tblPr/>
      <w:tcPr>
        <w:tcBorders>
          <w:insideH w:val="single" w:sz="6" w:space="0" w:color="4E18AA" w:themeColor="accent5"/>
          <w:insideV w:val="single" w:sz="6" w:space="0" w:color="4E18AA" w:themeColor="accent5"/>
        </w:tcBorders>
        <w:shd w:val="clear" w:color="auto" w:fill="A074E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insideH w:val="single" w:sz="8" w:space="0" w:color="0A7CAE" w:themeColor="accent6"/>
        <w:insideV w:val="single" w:sz="8" w:space="0" w:color="0A7CAE" w:themeColor="accent6"/>
      </w:tblBorders>
    </w:tblPr>
    <w:tcPr>
      <w:shd w:val="clear" w:color="auto" w:fill="B2E4FA" w:themeFill="accent6" w:themeFillTint="3F"/>
    </w:tcPr>
    <w:tblStylePr w:type="firstRow">
      <w:rPr>
        <w:b/>
        <w:bCs/>
        <w:color w:val="000000" w:themeColor="text1"/>
      </w:rPr>
      <w:tblPr/>
      <w:tcPr>
        <w:shd w:val="clear" w:color="auto" w:fill="E0F4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9FB" w:themeFill="accent6" w:themeFillTint="33"/>
      </w:tcPr>
    </w:tblStylePr>
    <w:tblStylePr w:type="band1Vert">
      <w:tblPr/>
      <w:tcPr>
        <w:shd w:val="clear" w:color="auto" w:fill="65C9F6" w:themeFill="accent6" w:themeFillTint="7F"/>
      </w:tcPr>
    </w:tblStylePr>
    <w:tblStylePr w:type="band1Horz">
      <w:tblPr/>
      <w:tcPr>
        <w:tcBorders>
          <w:insideH w:val="single" w:sz="6" w:space="0" w:color="0A7CAE" w:themeColor="accent6"/>
          <w:insideV w:val="single" w:sz="6" w:space="0" w:color="0A7CAE" w:themeColor="accent6"/>
        </w:tcBorders>
        <w:shd w:val="clear" w:color="auto" w:fill="65C9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4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139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139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139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139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9C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9C7"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9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AA1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AA1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AA1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AA1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48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48D"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F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C8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C8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C8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C8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FEF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FEFD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C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B23D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B23D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B23D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B23D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90E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90ED"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BA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18A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18A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18A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18A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74E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74EB"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4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7C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7C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7C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7C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C9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C9F6"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FF139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00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D00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D006C" w:themeFill="accent1" w:themeFillShade="BF"/>
      </w:tcPr>
    </w:tblStylePr>
    <w:tblStylePr w:type="band1Vert">
      <w:tblPr/>
      <w:tcPr>
        <w:tcBorders>
          <w:top w:val="nil"/>
          <w:left w:val="nil"/>
          <w:bottom w:val="nil"/>
          <w:right w:val="nil"/>
          <w:insideH w:val="nil"/>
          <w:insideV w:val="nil"/>
        </w:tcBorders>
        <w:shd w:val="clear" w:color="auto" w:fill="CD006C" w:themeFill="accent1" w:themeFillShade="BF"/>
      </w:tcPr>
    </w:tblStylePr>
    <w:tblStylePr w:type="band1Horz">
      <w:tblPr/>
      <w:tcPr>
        <w:tcBorders>
          <w:top w:val="nil"/>
          <w:left w:val="nil"/>
          <w:bottom w:val="nil"/>
          <w:right w:val="nil"/>
          <w:insideH w:val="nil"/>
          <w:insideV w:val="nil"/>
        </w:tcBorders>
        <w:shd w:val="clear" w:color="auto" w:fill="CD006C"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FEAA1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57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183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18301" w:themeFill="accent2" w:themeFillShade="BF"/>
      </w:tcPr>
    </w:tblStylePr>
    <w:tblStylePr w:type="band1Vert">
      <w:tblPr/>
      <w:tcPr>
        <w:tcBorders>
          <w:top w:val="nil"/>
          <w:left w:val="nil"/>
          <w:bottom w:val="nil"/>
          <w:right w:val="nil"/>
          <w:insideH w:val="nil"/>
          <w:insideV w:val="nil"/>
        </w:tcBorders>
        <w:shd w:val="clear" w:color="auto" w:fill="D18301" w:themeFill="accent2" w:themeFillShade="BF"/>
      </w:tcPr>
    </w:tblStylePr>
    <w:tblStylePr w:type="band1Horz">
      <w:tblPr/>
      <w:tcPr>
        <w:tcBorders>
          <w:top w:val="nil"/>
          <w:left w:val="nil"/>
          <w:bottom w:val="nil"/>
          <w:right w:val="nil"/>
          <w:insideH w:val="nil"/>
          <w:insideV w:val="nil"/>
        </w:tcBorders>
        <w:shd w:val="clear" w:color="auto" w:fill="D1830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8C8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63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9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957E" w:themeFill="accent3" w:themeFillShade="BF"/>
      </w:tcPr>
    </w:tblStylePr>
    <w:tblStylePr w:type="band1Vert">
      <w:tblPr/>
      <w:tcPr>
        <w:tcBorders>
          <w:top w:val="nil"/>
          <w:left w:val="nil"/>
          <w:bottom w:val="nil"/>
          <w:right w:val="nil"/>
          <w:insideH w:val="nil"/>
          <w:insideV w:val="nil"/>
        </w:tcBorders>
        <w:shd w:val="clear" w:color="auto" w:fill="12957E" w:themeFill="accent3" w:themeFillShade="BF"/>
      </w:tcPr>
    </w:tblStylePr>
    <w:tblStylePr w:type="band1Horz">
      <w:tblPr/>
      <w:tcPr>
        <w:tcBorders>
          <w:top w:val="nil"/>
          <w:left w:val="nil"/>
          <w:bottom w:val="nil"/>
          <w:right w:val="nil"/>
          <w:insideH w:val="nil"/>
          <w:insideV w:val="nil"/>
        </w:tcBorders>
        <w:shd w:val="clear" w:color="auto" w:fill="12957E"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6B23D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116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F1AA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F1AA1" w:themeFill="accent4" w:themeFillShade="BF"/>
      </w:tcPr>
    </w:tblStylePr>
    <w:tblStylePr w:type="band1Vert">
      <w:tblPr/>
      <w:tcPr>
        <w:tcBorders>
          <w:top w:val="nil"/>
          <w:left w:val="nil"/>
          <w:bottom w:val="nil"/>
          <w:right w:val="nil"/>
          <w:insideH w:val="nil"/>
          <w:insideV w:val="nil"/>
        </w:tcBorders>
        <w:shd w:val="clear" w:color="auto" w:fill="4F1AA1" w:themeFill="accent4" w:themeFillShade="BF"/>
      </w:tcPr>
    </w:tblStylePr>
    <w:tblStylePr w:type="band1Horz">
      <w:tblPr/>
      <w:tcPr>
        <w:tcBorders>
          <w:top w:val="nil"/>
          <w:left w:val="nil"/>
          <w:bottom w:val="nil"/>
          <w:right w:val="nil"/>
          <w:insideH w:val="nil"/>
          <w:insideV w:val="nil"/>
        </w:tcBorders>
        <w:shd w:val="clear" w:color="auto" w:fill="4F1AA1"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E18A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0C5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A127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A127F" w:themeFill="accent5" w:themeFillShade="BF"/>
      </w:tcPr>
    </w:tblStylePr>
    <w:tblStylePr w:type="band1Vert">
      <w:tblPr/>
      <w:tcPr>
        <w:tcBorders>
          <w:top w:val="nil"/>
          <w:left w:val="nil"/>
          <w:bottom w:val="nil"/>
          <w:right w:val="nil"/>
          <w:insideH w:val="nil"/>
          <w:insideV w:val="nil"/>
        </w:tcBorders>
        <w:shd w:val="clear" w:color="auto" w:fill="3A127F" w:themeFill="accent5" w:themeFillShade="BF"/>
      </w:tcPr>
    </w:tblStylePr>
    <w:tblStylePr w:type="band1Horz">
      <w:tblPr/>
      <w:tcPr>
        <w:tcBorders>
          <w:top w:val="nil"/>
          <w:left w:val="nil"/>
          <w:bottom w:val="nil"/>
          <w:right w:val="nil"/>
          <w:insideH w:val="nil"/>
          <w:insideV w:val="nil"/>
        </w:tcBorders>
        <w:shd w:val="clear" w:color="auto" w:fill="3A127F"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0A7C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3D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75C8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75C82" w:themeFill="accent6" w:themeFillShade="BF"/>
      </w:tcPr>
    </w:tblStylePr>
    <w:tblStylePr w:type="band1Vert">
      <w:tblPr/>
      <w:tcPr>
        <w:tcBorders>
          <w:top w:val="nil"/>
          <w:left w:val="nil"/>
          <w:bottom w:val="nil"/>
          <w:right w:val="nil"/>
          <w:insideH w:val="nil"/>
          <w:insideV w:val="nil"/>
        </w:tcBorders>
        <w:shd w:val="clear" w:color="auto" w:fill="075C82" w:themeFill="accent6" w:themeFillShade="BF"/>
      </w:tcPr>
    </w:tblStylePr>
    <w:tblStylePr w:type="band1Horz">
      <w:tblPr/>
      <w:tcPr>
        <w:tcBorders>
          <w:top w:val="nil"/>
          <w:left w:val="nil"/>
          <w:bottom w:val="nil"/>
          <w:right w:val="nil"/>
          <w:insideH w:val="nil"/>
          <w:insideV w:val="nil"/>
        </w:tcBorders>
        <w:shd w:val="clear" w:color="auto" w:fill="075C8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FF1390" w:themeColor="accent1"/>
        <w:bottom w:val="single" w:sz="4" w:space="0" w:color="FF1390" w:themeColor="accent1"/>
        <w:right w:val="single" w:sz="4" w:space="0" w:color="FF1390" w:themeColor="accent1"/>
        <w:insideH w:val="single" w:sz="4" w:space="0" w:color="FFFFFF" w:themeColor="background1"/>
        <w:insideV w:val="single" w:sz="4" w:space="0" w:color="FFFFFF" w:themeColor="background1"/>
      </w:tblBorders>
    </w:tblPr>
    <w:tcPr>
      <w:shd w:val="clear" w:color="auto" w:fill="FFE7F4" w:themeFill="accent1"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0057" w:themeFill="accent1" w:themeFillShade="99"/>
      </w:tcPr>
    </w:tblStylePr>
    <w:tblStylePr w:type="firstCol">
      <w:rPr>
        <w:color w:val="FFFFFF" w:themeColor="background1"/>
      </w:rPr>
      <w:tblPr/>
      <w:tcPr>
        <w:tcBorders>
          <w:top w:val="nil"/>
          <w:left w:val="nil"/>
          <w:bottom w:val="nil"/>
          <w:right w:val="nil"/>
          <w:insideH w:val="single" w:sz="4" w:space="0" w:color="A40057" w:themeColor="accent1" w:themeShade="99"/>
          <w:insideV w:val="nil"/>
        </w:tcBorders>
        <w:shd w:val="clear" w:color="auto" w:fill="A400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40057" w:themeFill="accent1" w:themeFillShade="99"/>
      </w:tcPr>
    </w:tblStylePr>
    <w:tblStylePr w:type="band1Vert">
      <w:tblPr/>
      <w:tcPr>
        <w:shd w:val="clear" w:color="auto" w:fill="FFA0D2" w:themeFill="accent1" w:themeFillTint="66"/>
      </w:tcPr>
    </w:tblStylePr>
    <w:tblStylePr w:type="band1Horz">
      <w:tblPr/>
      <w:tcPr>
        <w:shd w:val="clear" w:color="auto" w:fill="FF89C7"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FEAA1B" w:themeColor="accent2"/>
        <w:bottom w:val="single" w:sz="4" w:space="0" w:color="FEAA1B" w:themeColor="accent2"/>
        <w:right w:val="single" w:sz="4" w:space="0" w:color="FEAA1B" w:themeColor="accent2"/>
        <w:insideH w:val="single" w:sz="4" w:space="0" w:color="FFFFFF" w:themeColor="background1"/>
        <w:insideV w:val="single" w:sz="4" w:space="0" w:color="FFFFFF" w:themeColor="background1"/>
      </w:tblBorders>
    </w:tblPr>
    <w:tcPr>
      <w:shd w:val="clear" w:color="auto" w:fill="FFF6E8" w:themeFill="accent2"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6900" w:themeFill="accent2" w:themeFillShade="99"/>
      </w:tcPr>
    </w:tblStylePr>
    <w:tblStylePr w:type="firstCol">
      <w:rPr>
        <w:color w:val="FFFFFF" w:themeColor="background1"/>
      </w:rPr>
      <w:tblPr/>
      <w:tcPr>
        <w:tcBorders>
          <w:top w:val="nil"/>
          <w:left w:val="nil"/>
          <w:bottom w:val="nil"/>
          <w:right w:val="nil"/>
          <w:insideH w:val="single" w:sz="4" w:space="0" w:color="A76900" w:themeColor="accent2" w:themeShade="99"/>
          <w:insideV w:val="nil"/>
        </w:tcBorders>
        <w:shd w:val="clear" w:color="auto" w:fill="A769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76900" w:themeFill="accent2" w:themeFillShade="99"/>
      </w:tcPr>
    </w:tblStylePr>
    <w:tblStylePr w:type="band1Vert">
      <w:tblPr/>
      <w:tcPr>
        <w:shd w:val="clear" w:color="auto" w:fill="FEDCA3" w:themeFill="accent2" w:themeFillTint="66"/>
      </w:tcPr>
    </w:tblStylePr>
    <w:tblStylePr w:type="band1Horz">
      <w:tblPr/>
      <w:tcPr>
        <w:shd w:val="clear" w:color="auto" w:fill="FED48D"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6B23D8" w:themeColor="accent4"/>
        <w:left w:val="single" w:sz="4" w:space="0" w:color="18C8AA" w:themeColor="accent3"/>
        <w:bottom w:val="single" w:sz="4" w:space="0" w:color="18C8AA" w:themeColor="accent3"/>
        <w:right w:val="single" w:sz="4" w:space="0" w:color="18C8AA" w:themeColor="accent3"/>
        <w:insideH w:val="single" w:sz="4" w:space="0" w:color="FFFFFF" w:themeColor="background1"/>
        <w:insideV w:val="single" w:sz="4" w:space="0" w:color="FFFFFF" w:themeColor="background1"/>
      </w:tblBorders>
    </w:tblPr>
    <w:tcPr>
      <w:shd w:val="clear" w:color="auto" w:fill="E5FCF8" w:themeFill="accent3" w:themeFillTint="19"/>
    </w:tcPr>
    <w:tblStylePr w:type="firstRow">
      <w:rPr>
        <w:b/>
        <w:bCs/>
      </w:rPr>
      <w:tblPr/>
      <w:tcPr>
        <w:tcBorders>
          <w:top w:val="nil"/>
          <w:left w:val="nil"/>
          <w:bottom w:val="single" w:sz="24" w:space="0" w:color="6B23D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7765" w:themeFill="accent3" w:themeFillShade="99"/>
      </w:tcPr>
    </w:tblStylePr>
    <w:tblStylePr w:type="firstCol">
      <w:rPr>
        <w:color w:val="FFFFFF" w:themeColor="background1"/>
      </w:rPr>
      <w:tblPr/>
      <w:tcPr>
        <w:tcBorders>
          <w:top w:val="nil"/>
          <w:left w:val="nil"/>
          <w:bottom w:val="nil"/>
          <w:right w:val="nil"/>
          <w:insideH w:val="single" w:sz="4" w:space="0" w:color="0E7765" w:themeColor="accent3" w:themeShade="99"/>
          <w:insideV w:val="nil"/>
        </w:tcBorders>
        <w:shd w:val="clear" w:color="auto" w:fill="0E77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E7765" w:themeFill="accent3" w:themeFillShade="99"/>
      </w:tcPr>
    </w:tblStylePr>
    <w:tblStylePr w:type="band1Vert">
      <w:tblPr/>
      <w:tcPr>
        <w:shd w:val="clear" w:color="auto" w:fill="98F2E3" w:themeFill="accent3" w:themeFillTint="66"/>
      </w:tcPr>
    </w:tblStylePr>
    <w:tblStylePr w:type="band1Horz">
      <w:tblPr/>
      <w:tcPr>
        <w:shd w:val="clear" w:color="auto" w:fill="7FEFD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8C8AA" w:themeColor="accent3"/>
        <w:left w:val="single" w:sz="4" w:space="0" w:color="6B23D8" w:themeColor="accent4"/>
        <w:bottom w:val="single" w:sz="4" w:space="0" w:color="6B23D8" w:themeColor="accent4"/>
        <w:right w:val="single" w:sz="4" w:space="0" w:color="6B23D8" w:themeColor="accent4"/>
        <w:insideH w:val="single" w:sz="4" w:space="0" w:color="FFFFFF" w:themeColor="background1"/>
        <w:insideV w:val="single" w:sz="4" w:space="0" w:color="FFFFFF" w:themeColor="background1"/>
      </w:tblBorders>
    </w:tblPr>
    <w:tcPr>
      <w:shd w:val="clear" w:color="auto" w:fill="F0E8FB" w:themeFill="accent4" w:themeFillTint="19"/>
    </w:tcPr>
    <w:tblStylePr w:type="firstRow">
      <w:rPr>
        <w:b/>
        <w:bCs/>
      </w:rPr>
      <w:tblPr/>
      <w:tcPr>
        <w:tcBorders>
          <w:top w:val="nil"/>
          <w:left w:val="nil"/>
          <w:bottom w:val="single" w:sz="24" w:space="0" w:color="18C8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1581" w:themeFill="accent4" w:themeFillShade="99"/>
      </w:tcPr>
    </w:tblStylePr>
    <w:tblStylePr w:type="firstCol">
      <w:rPr>
        <w:color w:val="FFFFFF" w:themeColor="background1"/>
      </w:rPr>
      <w:tblPr/>
      <w:tcPr>
        <w:tcBorders>
          <w:top w:val="nil"/>
          <w:left w:val="nil"/>
          <w:bottom w:val="nil"/>
          <w:right w:val="nil"/>
          <w:insideH w:val="single" w:sz="4" w:space="0" w:color="3F1581" w:themeColor="accent4" w:themeShade="99"/>
          <w:insideV w:val="nil"/>
        </w:tcBorders>
        <w:shd w:val="clear" w:color="auto" w:fill="3F158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F1581" w:themeFill="accent4" w:themeFillShade="99"/>
      </w:tcPr>
    </w:tblStylePr>
    <w:tblStylePr w:type="band1Vert">
      <w:tblPr/>
      <w:tcPr>
        <w:shd w:val="clear" w:color="auto" w:fill="C3A5F0" w:themeFill="accent4" w:themeFillTint="66"/>
      </w:tcPr>
    </w:tblStylePr>
    <w:tblStylePr w:type="band1Horz">
      <w:tblPr/>
      <w:tcPr>
        <w:shd w:val="clear" w:color="auto" w:fill="B490ED"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0A7CAE" w:themeColor="accent6"/>
        <w:left w:val="single" w:sz="4" w:space="0" w:color="4E18AA" w:themeColor="accent5"/>
        <w:bottom w:val="single" w:sz="4" w:space="0" w:color="4E18AA" w:themeColor="accent5"/>
        <w:right w:val="single" w:sz="4" w:space="0" w:color="4E18AA" w:themeColor="accent5"/>
        <w:insideH w:val="single" w:sz="4" w:space="0" w:color="FFFFFF" w:themeColor="background1"/>
        <w:insideV w:val="single" w:sz="4" w:space="0" w:color="FFFFFF" w:themeColor="background1"/>
      </w:tblBorders>
    </w:tblPr>
    <w:tcPr>
      <w:shd w:val="clear" w:color="auto" w:fill="ECE3FB" w:themeFill="accent5" w:themeFillTint="19"/>
    </w:tcPr>
    <w:tblStylePr w:type="firstRow">
      <w:rPr>
        <w:b/>
        <w:bCs/>
      </w:rPr>
      <w:tblPr/>
      <w:tcPr>
        <w:tcBorders>
          <w:top w:val="nil"/>
          <w:left w:val="nil"/>
          <w:bottom w:val="single" w:sz="24" w:space="0" w:color="0A7C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0E65" w:themeFill="accent5" w:themeFillShade="99"/>
      </w:tcPr>
    </w:tblStylePr>
    <w:tblStylePr w:type="firstCol">
      <w:rPr>
        <w:color w:val="FFFFFF" w:themeColor="background1"/>
      </w:rPr>
      <w:tblPr/>
      <w:tcPr>
        <w:tcBorders>
          <w:top w:val="nil"/>
          <w:left w:val="nil"/>
          <w:bottom w:val="nil"/>
          <w:right w:val="nil"/>
          <w:insideH w:val="single" w:sz="4" w:space="0" w:color="2E0E65" w:themeColor="accent5" w:themeShade="99"/>
          <w:insideV w:val="nil"/>
        </w:tcBorders>
        <w:shd w:val="clear" w:color="auto" w:fill="2E0E6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0E65" w:themeFill="accent5" w:themeFillShade="99"/>
      </w:tcPr>
    </w:tblStylePr>
    <w:tblStylePr w:type="band1Vert">
      <w:tblPr/>
      <w:tcPr>
        <w:shd w:val="clear" w:color="auto" w:fill="B390EF" w:themeFill="accent5" w:themeFillTint="66"/>
      </w:tcPr>
    </w:tblStylePr>
    <w:tblStylePr w:type="band1Horz">
      <w:tblPr/>
      <w:tcPr>
        <w:shd w:val="clear" w:color="auto" w:fill="A074EB"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E18AA" w:themeColor="accent5"/>
        <w:left w:val="single" w:sz="4" w:space="0" w:color="0A7CAE" w:themeColor="accent6"/>
        <w:bottom w:val="single" w:sz="4" w:space="0" w:color="0A7CAE" w:themeColor="accent6"/>
        <w:right w:val="single" w:sz="4" w:space="0" w:color="0A7CAE" w:themeColor="accent6"/>
        <w:insideH w:val="single" w:sz="4" w:space="0" w:color="FFFFFF" w:themeColor="background1"/>
        <w:insideV w:val="single" w:sz="4" w:space="0" w:color="FFFFFF" w:themeColor="background1"/>
      </w:tblBorders>
    </w:tblPr>
    <w:tcPr>
      <w:shd w:val="clear" w:color="auto" w:fill="E0F4FD" w:themeFill="accent6" w:themeFillTint="19"/>
    </w:tcPr>
    <w:tblStylePr w:type="firstRow">
      <w:rPr>
        <w:b/>
        <w:bCs/>
      </w:rPr>
      <w:tblPr/>
      <w:tcPr>
        <w:tcBorders>
          <w:top w:val="nil"/>
          <w:left w:val="nil"/>
          <w:bottom w:val="single" w:sz="24" w:space="0" w:color="4E18A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4A68" w:themeFill="accent6" w:themeFillShade="99"/>
      </w:tcPr>
    </w:tblStylePr>
    <w:tblStylePr w:type="firstCol">
      <w:rPr>
        <w:color w:val="FFFFFF" w:themeColor="background1"/>
      </w:rPr>
      <w:tblPr/>
      <w:tcPr>
        <w:tcBorders>
          <w:top w:val="nil"/>
          <w:left w:val="nil"/>
          <w:bottom w:val="nil"/>
          <w:right w:val="nil"/>
          <w:insideH w:val="single" w:sz="4" w:space="0" w:color="064A68" w:themeColor="accent6" w:themeShade="99"/>
          <w:insideV w:val="nil"/>
        </w:tcBorders>
        <w:shd w:val="clear" w:color="auto" w:fill="064A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64A68" w:themeFill="accent6" w:themeFillShade="99"/>
      </w:tcPr>
    </w:tblStylePr>
    <w:tblStylePr w:type="band1Vert">
      <w:tblPr/>
      <w:tcPr>
        <w:shd w:val="clear" w:color="auto" w:fill="83D4F8" w:themeFill="accent6" w:themeFillTint="66"/>
      </w:tcPr>
    </w:tblStylePr>
    <w:tblStylePr w:type="band1Horz">
      <w:tblPr/>
      <w:tcPr>
        <w:shd w:val="clear" w:color="auto" w:fill="65C9F6"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FE7F4" w:themeFill="accent1"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4E3" w:themeFill="accent1" w:themeFillTint="3F"/>
      </w:tcPr>
    </w:tblStylePr>
    <w:tblStylePr w:type="band1Horz">
      <w:tblPr/>
      <w:tcPr>
        <w:shd w:val="clear" w:color="auto" w:fill="FFCFE8"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FF6E8" w:themeFill="accent2"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9C6" w:themeFill="accent2" w:themeFillTint="3F"/>
      </w:tcPr>
    </w:tblStylePr>
    <w:tblStylePr w:type="band1Horz">
      <w:tblPr/>
      <w:tcPr>
        <w:shd w:val="clear" w:color="auto" w:fill="FEEDD1"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5FCF8" w:themeFill="accent3" w:themeFillTint="19"/>
    </w:tcPr>
    <w:tblStylePr w:type="firstRow">
      <w:rPr>
        <w:b/>
        <w:bCs/>
        <w:color w:val="FFFFFF" w:themeColor="background1"/>
      </w:rPr>
      <w:tblPr/>
      <w:tcPr>
        <w:tcBorders>
          <w:bottom w:val="single" w:sz="12" w:space="0" w:color="FFFFFF" w:themeColor="background1"/>
        </w:tcBorders>
        <w:shd w:val="clear" w:color="auto" w:fill="551CAC" w:themeFill="accent4" w:themeFillShade="CC"/>
      </w:tcPr>
    </w:tblStylePr>
    <w:tblStylePr w:type="lastRow">
      <w:rPr>
        <w:b/>
        <w:bCs/>
        <w:color w:val="551CA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F7ED" w:themeFill="accent3" w:themeFillTint="3F"/>
      </w:tcPr>
    </w:tblStylePr>
    <w:tblStylePr w:type="band1Horz">
      <w:tblPr/>
      <w:tcPr>
        <w:shd w:val="clear" w:color="auto" w:fill="CBF9F1"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0E8FB" w:themeFill="accent4" w:themeFillTint="19"/>
    </w:tcPr>
    <w:tblStylePr w:type="firstRow">
      <w:rPr>
        <w:b/>
        <w:bCs/>
        <w:color w:val="FFFFFF" w:themeColor="background1"/>
      </w:rPr>
      <w:tblPr/>
      <w:tcPr>
        <w:tcBorders>
          <w:bottom w:val="single" w:sz="12" w:space="0" w:color="FFFFFF" w:themeColor="background1"/>
        </w:tcBorders>
        <w:shd w:val="clear" w:color="auto" w:fill="139F87" w:themeFill="accent3" w:themeFillShade="CC"/>
      </w:tcPr>
    </w:tblStylePr>
    <w:tblStylePr w:type="lastRow">
      <w:rPr>
        <w:b/>
        <w:bCs/>
        <w:color w:val="139F8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C7F6" w:themeFill="accent4" w:themeFillTint="3F"/>
      </w:tcPr>
    </w:tblStylePr>
    <w:tblStylePr w:type="band1Horz">
      <w:tblPr/>
      <w:tcPr>
        <w:shd w:val="clear" w:color="auto" w:fill="E1D2F7"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CE3FB" w:themeFill="accent5" w:themeFillTint="19"/>
    </w:tcPr>
    <w:tblStylePr w:type="firstRow">
      <w:rPr>
        <w:b/>
        <w:bCs/>
        <w:color w:val="FFFFFF" w:themeColor="background1"/>
      </w:rPr>
      <w:tblPr/>
      <w:tcPr>
        <w:tcBorders>
          <w:bottom w:val="single" w:sz="12" w:space="0" w:color="FFFFFF" w:themeColor="background1"/>
        </w:tcBorders>
        <w:shd w:val="clear" w:color="auto" w:fill="08628A" w:themeFill="accent6" w:themeFillShade="CC"/>
      </w:tcPr>
    </w:tblStylePr>
    <w:tblStylePr w:type="lastRow">
      <w:rPr>
        <w:b/>
        <w:bCs/>
        <w:color w:val="0862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BAF5" w:themeFill="accent5" w:themeFillTint="3F"/>
      </w:tcPr>
    </w:tblStylePr>
    <w:tblStylePr w:type="band1Horz">
      <w:tblPr/>
      <w:tcPr>
        <w:shd w:val="clear" w:color="auto" w:fill="D9C7F7"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0F4FD" w:themeFill="accent6" w:themeFillTint="19"/>
    </w:tcPr>
    <w:tblStylePr w:type="firstRow">
      <w:rPr>
        <w:b/>
        <w:bCs/>
        <w:color w:val="FFFFFF" w:themeColor="background1"/>
      </w:rPr>
      <w:tblPr/>
      <w:tcPr>
        <w:tcBorders>
          <w:bottom w:val="single" w:sz="12" w:space="0" w:color="FFFFFF" w:themeColor="background1"/>
        </w:tcBorders>
        <w:shd w:val="clear" w:color="auto" w:fill="3E1387" w:themeFill="accent5" w:themeFillShade="CC"/>
      </w:tcPr>
    </w:tblStylePr>
    <w:tblStylePr w:type="lastRow">
      <w:rPr>
        <w:b/>
        <w:bCs/>
        <w:color w:val="3E138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4FA" w:themeFill="accent6" w:themeFillTint="3F"/>
      </w:tcPr>
    </w:tblStylePr>
    <w:tblStylePr w:type="band1Horz">
      <w:tblPr/>
      <w:tcPr>
        <w:shd w:val="clear" w:color="auto" w:fill="C1E9FB"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FE8" w:themeFill="accent1" w:themeFillTint="33"/>
    </w:tcPr>
    <w:tblStylePr w:type="firstRow">
      <w:rPr>
        <w:b/>
        <w:bCs/>
      </w:rPr>
      <w:tblPr/>
      <w:tcPr>
        <w:shd w:val="clear" w:color="auto" w:fill="FFA0D2" w:themeFill="accent1" w:themeFillTint="66"/>
      </w:tcPr>
    </w:tblStylePr>
    <w:tblStylePr w:type="lastRow">
      <w:rPr>
        <w:b/>
        <w:bCs/>
        <w:color w:val="000000" w:themeColor="text1"/>
      </w:rPr>
      <w:tblPr/>
      <w:tcPr>
        <w:shd w:val="clear" w:color="auto" w:fill="FFA0D2" w:themeFill="accent1" w:themeFillTint="66"/>
      </w:tcPr>
    </w:tblStylePr>
    <w:tblStylePr w:type="firstCol">
      <w:rPr>
        <w:color w:val="FFFFFF" w:themeColor="background1"/>
      </w:rPr>
      <w:tblPr/>
      <w:tcPr>
        <w:shd w:val="clear" w:color="auto" w:fill="CD006C" w:themeFill="accent1" w:themeFillShade="BF"/>
      </w:tcPr>
    </w:tblStylePr>
    <w:tblStylePr w:type="lastCol">
      <w:rPr>
        <w:color w:val="FFFFFF" w:themeColor="background1"/>
      </w:rPr>
      <w:tblPr/>
      <w:tcPr>
        <w:shd w:val="clear" w:color="auto" w:fill="CD006C" w:themeFill="accent1" w:themeFillShade="BF"/>
      </w:tcPr>
    </w:tblStylePr>
    <w:tblStylePr w:type="band1Vert">
      <w:tblPr/>
      <w:tcPr>
        <w:shd w:val="clear" w:color="auto" w:fill="FF89C7" w:themeFill="accent1" w:themeFillTint="7F"/>
      </w:tcPr>
    </w:tblStylePr>
    <w:tblStylePr w:type="band1Horz">
      <w:tblPr/>
      <w:tcPr>
        <w:shd w:val="clear" w:color="auto" w:fill="FF89C7"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DD1" w:themeFill="accent2" w:themeFillTint="33"/>
    </w:tcPr>
    <w:tblStylePr w:type="firstRow">
      <w:rPr>
        <w:b/>
        <w:bCs/>
      </w:rPr>
      <w:tblPr/>
      <w:tcPr>
        <w:shd w:val="clear" w:color="auto" w:fill="FEDCA3" w:themeFill="accent2" w:themeFillTint="66"/>
      </w:tcPr>
    </w:tblStylePr>
    <w:tblStylePr w:type="lastRow">
      <w:rPr>
        <w:b/>
        <w:bCs/>
        <w:color w:val="000000" w:themeColor="text1"/>
      </w:rPr>
      <w:tblPr/>
      <w:tcPr>
        <w:shd w:val="clear" w:color="auto" w:fill="FEDCA3" w:themeFill="accent2" w:themeFillTint="66"/>
      </w:tcPr>
    </w:tblStylePr>
    <w:tblStylePr w:type="firstCol">
      <w:rPr>
        <w:color w:val="FFFFFF" w:themeColor="background1"/>
      </w:rPr>
      <w:tblPr/>
      <w:tcPr>
        <w:shd w:val="clear" w:color="auto" w:fill="D18301" w:themeFill="accent2" w:themeFillShade="BF"/>
      </w:tcPr>
    </w:tblStylePr>
    <w:tblStylePr w:type="lastCol">
      <w:rPr>
        <w:color w:val="FFFFFF" w:themeColor="background1"/>
      </w:rPr>
      <w:tblPr/>
      <w:tcPr>
        <w:shd w:val="clear" w:color="auto" w:fill="D18301" w:themeFill="accent2" w:themeFillShade="BF"/>
      </w:tcPr>
    </w:tblStylePr>
    <w:tblStylePr w:type="band1Vert">
      <w:tblPr/>
      <w:tcPr>
        <w:shd w:val="clear" w:color="auto" w:fill="FED48D" w:themeFill="accent2" w:themeFillTint="7F"/>
      </w:tcPr>
    </w:tblStylePr>
    <w:tblStylePr w:type="band1Horz">
      <w:tblPr/>
      <w:tcPr>
        <w:shd w:val="clear" w:color="auto" w:fill="FED48D"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BF9F1" w:themeFill="accent3" w:themeFillTint="33"/>
    </w:tcPr>
    <w:tblStylePr w:type="firstRow">
      <w:rPr>
        <w:b/>
        <w:bCs/>
      </w:rPr>
      <w:tblPr/>
      <w:tcPr>
        <w:shd w:val="clear" w:color="auto" w:fill="98F2E3" w:themeFill="accent3" w:themeFillTint="66"/>
      </w:tcPr>
    </w:tblStylePr>
    <w:tblStylePr w:type="lastRow">
      <w:rPr>
        <w:b/>
        <w:bCs/>
        <w:color w:val="000000" w:themeColor="text1"/>
      </w:rPr>
      <w:tblPr/>
      <w:tcPr>
        <w:shd w:val="clear" w:color="auto" w:fill="98F2E3" w:themeFill="accent3" w:themeFillTint="66"/>
      </w:tcPr>
    </w:tblStylePr>
    <w:tblStylePr w:type="firstCol">
      <w:rPr>
        <w:color w:val="FFFFFF" w:themeColor="background1"/>
      </w:rPr>
      <w:tblPr/>
      <w:tcPr>
        <w:shd w:val="clear" w:color="auto" w:fill="12957E" w:themeFill="accent3" w:themeFillShade="BF"/>
      </w:tcPr>
    </w:tblStylePr>
    <w:tblStylePr w:type="lastCol">
      <w:rPr>
        <w:color w:val="FFFFFF" w:themeColor="background1"/>
      </w:rPr>
      <w:tblPr/>
      <w:tcPr>
        <w:shd w:val="clear" w:color="auto" w:fill="12957E" w:themeFill="accent3" w:themeFillShade="BF"/>
      </w:tcPr>
    </w:tblStylePr>
    <w:tblStylePr w:type="band1Vert">
      <w:tblPr/>
      <w:tcPr>
        <w:shd w:val="clear" w:color="auto" w:fill="7FEFDC" w:themeFill="accent3" w:themeFillTint="7F"/>
      </w:tcPr>
    </w:tblStylePr>
    <w:tblStylePr w:type="band1Horz">
      <w:tblPr/>
      <w:tcPr>
        <w:shd w:val="clear" w:color="auto" w:fill="7FEFD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D2F7" w:themeFill="accent4" w:themeFillTint="33"/>
    </w:tcPr>
    <w:tblStylePr w:type="firstRow">
      <w:rPr>
        <w:b/>
        <w:bCs/>
      </w:rPr>
      <w:tblPr/>
      <w:tcPr>
        <w:shd w:val="clear" w:color="auto" w:fill="C3A5F0" w:themeFill="accent4" w:themeFillTint="66"/>
      </w:tcPr>
    </w:tblStylePr>
    <w:tblStylePr w:type="lastRow">
      <w:rPr>
        <w:b/>
        <w:bCs/>
        <w:color w:val="000000" w:themeColor="text1"/>
      </w:rPr>
      <w:tblPr/>
      <w:tcPr>
        <w:shd w:val="clear" w:color="auto" w:fill="C3A5F0" w:themeFill="accent4" w:themeFillTint="66"/>
      </w:tcPr>
    </w:tblStylePr>
    <w:tblStylePr w:type="firstCol">
      <w:rPr>
        <w:color w:val="FFFFFF" w:themeColor="background1"/>
      </w:rPr>
      <w:tblPr/>
      <w:tcPr>
        <w:shd w:val="clear" w:color="auto" w:fill="4F1AA1" w:themeFill="accent4" w:themeFillShade="BF"/>
      </w:tcPr>
    </w:tblStylePr>
    <w:tblStylePr w:type="lastCol">
      <w:rPr>
        <w:color w:val="FFFFFF" w:themeColor="background1"/>
      </w:rPr>
      <w:tblPr/>
      <w:tcPr>
        <w:shd w:val="clear" w:color="auto" w:fill="4F1AA1" w:themeFill="accent4" w:themeFillShade="BF"/>
      </w:tcPr>
    </w:tblStylePr>
    <w:tblStylePr w:type="band1Vert">
      <w:tblPr/>
      <w:tcPr>
        <w:shd w:val="clear" w:color="auto" w:fill="B490ED" w:themeFill="accent4" w:themeFillTint="7F"/>
      </w:tcPr>
    </w:tblStylePr>
    <w:tblStylePr w:type="band1Horz">
      <w:tblPr/>
      <w:tcPr>
        <w:shd w:val="clear" w:color="auto" w:fill="B490ED"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C7F7" w:themeFill="accent5" w:themeFillTint="33"/>
    </w:tcPr>
    <w:tblStylePr w:type="firstRow">
      <w:rPr>
        <w:b/>
        <w:bCs/>
      </w:rPr>
      <w:tblPr/>
      <w:tcPr>
        <w:shd w:val="clear" w:color="auto" w:fill="B390EF" w:themeFill="accent5" w:themeFillTint="66"/>
      </w:tcPr>
    </w:tblStylePr>
    <w:tblStylePr w:type="lastRow">
      <w:rPr>
        <w:b/>
        <w:bCs/>
        <w:color w:val="000000" w:themeColor="text1"/>
      </w:rPr>
      <w:tblPr/>
      <w:tcPr>
        <w:shd w:val="clear" w:color="auto" w:fill="B390EF" w:themeFill="accent5" w:themeFillTint="66"/>
      </w:tcPr>
    </w:tblStylePr>
    <w:tblStylePr w:type="firstCol">
      <w:rPr>
        <w:color w:val="FFFFFF" w:themeColor="background1"/>
      </w:rPr>
      <w:tblPr/>
      <w:tcPr>
        <w:shd w:val="clear" w:color="auto" w:fill="3A127F" w:themeFill="accent5" w:themeFillShade="BF"/>
      </w:tcPr>
    </w:tblStylePr>
    <w:tblStylePr w:type="lastCol">
      <w:rPr>
        <w:color w:val="FFFFFF" w:themeColor="background1"/>
      </w:rPr>
      <w:tblPr/>
      <w:tcPr>
        <w:shd w:val="clear" w:color="auto" w:fill="3A127F" w:themeFill="accent5" w:themeFillShade="BF"/>
      </w:tcPr>
    </w:tblStylePr>
    <w:tblStylePr w:type="band1Vert">
      <w:tblPr/>
      <w:tcPr>
        <w:shd w:val="clear" w:color="auto" w:fill="A074EB" w:themeFill="accent5" w:themeFillTint="7F"/>
      </w:tcPr>
    </w:tblStylePr>
    <w:tblStylePr w:type="band1Horz">
      <w:tblPr/>
      <w:tcPr>
        <w:shd w:val="clear" w:color="auto" w:fill="A074EB"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9FB" w:themeFill="accent6" w:themeFillTint="33"/>
    </w:tcPr>
    <w:tblStylePr w:type="firstRow">
      <w:rPr>
        <w:b/>
        <w:bCs/>
      </w:rPr>
      <w:tblPr/>
      <w:tcPr>
        <w:shd w:val="clear" w:color="auto" w:fill="83D4F8" w:themeFill="accent6" w:themeFillTint="66"/>
      </w:tcPr>
    </w:tblStylePr>
    <w:tblStylePr w:type="lastRow">
      <w:rPr>
        <w:b/>
        <w:bCs/>
        <w:color w:val="000000" w:themeColor="text1"/>
      </w:rPr>
      <w:tblPr/>
      <w:tcPr>
        <w:shd w:val="clear" w:color="auto" w:fill="83D4F8" w:themeFill="accent6" w:themeFillTint="66"/>
      </w:tcPr>
    </w:tblStylePr>
    <w:tblStylePr w:type="firstCol">
      <w:rPr>
        <w:color w:val="FFFFFF" w:themeColor="background1"/>
      </w:rPr>
      <w:tblPr/>
      <w:tcPr>
        <w:shd w:val="clear" w:color="auto" w:fill="075C82" w:themeFill="accent6" w:themeFillShade="BF"/>
      </w:tcPr>
    </w:tblStylePr>
    <w:tblStylePr w:type="lastCol">
      <w:rPr>
        <w:color w:val="FFFFFF" w:themeColor="background1"/>
      </w:rPr>
      <w:tblPr/>
      <w:tcPr>
        <w:shd w:val="clear" w:color="auto" w:fill="075C82" w:themeFill="accent6" w:themeFillShade="BF"/>
      </w:tcPr>
    </w:tblStylePr>
    <w:tblStylePr w:type="band1Vert">
      <w:tblPr/>
      <w:tcPr>
        <w:shd w:val="clear" w:color="auto" w:fill="65C9F6" w:themeFill="accent6" w:themeFillTint="7F"/>
      </w:tcPr>
    </w:tblStylePr>
    <w:tblStylePr w:type="band1Horz">
      <w:tblPr/>
      <w:tcPr>
        <w:shd w:val="clear" w:color="auto" w:fill="65C9F6" w:themeFill="accent6" w:themeFillTint="7F"/>
      </w:tcPr>
    </w:tblStylePr>
  </w:style>
  <w:style w:type="paragraph" w:customStyle="1" w:styleId="TitleX">
    <w:name w:val="TitleX"/>
    <w:pPr>
      <w:keepNext/>
      <w:spacing w:after="140"/>
    </w:pPr>
    <w:rPr>
      <w:rFonts w:ascii="Aptos" w:hAnsi="Aptos"/>
      <w:b/>
      <w:color w:val="6B23D8"/>
      <w:sz w:val="44"/>
    </w:rPr>
  </w:style>
  <w:style w:type="paragraph" w:customStyle="1" w:styleId="SmallX">
    <w:name w:val="SmallX"/>
    <w:pPr>
      <w:keepNext/>
      <w:spacing w:after="60"/>
    </w:pPr>
    <w:rPr>
      <w:rFonts w:ascii="Aptos" w:hAnsi="Aptos"/>
      <w:color w:val="5D6872"/>
      <w:sz w:val="17"/>
    </w:rPr>
  </w:style>
  <w:style w:type="paragraph" w:customStyle="1" w:styleId="BulletX">
    <w:name w:val="BulletX"/>
    <w:pPr>
      <w:spacing w:after="50"/>
      <w:ind w:left="346" w:hanging="202"/>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FID">
  <a:themeElements>
    <a:clrScheme name="FDC Diagnostics">
      <a:dk1>
        <a:sysClr val="windowText" lastClr="000000"/>
      </a:dk1>
      <a:lt1>
        <a:sysClr val="window" lastClr="FFFFFF"/>
      </a:lt1>
      <a:dk2>
        <a:srgbClr val="0E2841"/>
      </a:dk2>
      <a:lt2>
        <a:srgbClr val="E8E8E8"/>
      </a:lt2>
      <a:accent1>
        <a:srgbClr val="FF1390"/>
      </a:accent1>
      <a:accent2>
        <a:srgbClr val="FEAA1B"/>
      </a:accent2>
      <a:accent3>
        <a:srgbClr val="18C8AA"/>
      </a:accent3>
      <a:accent4>
        <a:srgbClr val="6B23D8"/>
      </a:accent4>
      <a:accent5>
        <a:srgbClr val="4E18AA"/>
      </a:accent5>
      <a:accent6>
        <a:srgbClr val="0A7CAE"/>
      </a:accent6>
      <a:hlink>
        <a:srgbClr val="467886"/>
      </a:hlink>
      <a:folHlink>
        <a:srgbClr val="96607D"/>
      </a:folHlink>
    </a:clrScheme>
    <a:fontScheme name="FID">
      <a:majorFont>
        <a:latin typeface="Montserrat Extra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FID" id="{A0397BBA-A80E-4E16-A0D6-B51358A9FF97}" vid="{AF3F4B38-D3AC-43D4-AE9F-4D29F82C72B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269</Words>
  <Characters>2422</Characters>
  <Application>Microsoft Office Word</Application>
  <DocSecurity>0</DocSecurity>
  <Lines>80</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Jason de Bakker</cp:lastModifiedBy>
  <cp:revision>6</cp:revision>
  <dcterms:created xsi:type="dcterms:W3CDTF">2013-12-23T23:15:00Z</dcterms:created>
  <dcterms:modified xsi:type="dcterms:W3CDTF">2026-08-11T05:00:00Z</dcterms:modified>
  <cp:category/>
</cp:coreProperties>
</file>