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41"/>
        <w:gridCol w:w="2541"/>
        <w:gridCol w:w="2541"/>
        <w:gridCol w:w="2541"/>
      </w:tblGrid>
      <w:tr w:rsidR="00E51D9F" w14:paraId="50E4B583" w14:textId="77777777">
        <w:trPr>
          <w:cantSplit/>
          <w:jc w:val="center"/>
        </w:trPr>
        <w:tc>
          <w:tcPr>
            <w:tcW w:w="2541" w:type="dxa"/>
            <w:shd w:val="clear" w:color="auto" w:fill="FF1390"/>
            <w:tcMar>
              <w:top w:w="0" w:type="dxa"/>
              <w:left w:w="0" w:type="dxa"/>
              <w:bottom w:w="0" w:type="dxa"/>
              <w:right w:w="0" w:type="dxa"/>
            </w:tcMar>
          </w:tcPr>
          <w:p w14:paraId="151E4D59" w14:textId="77777777" w:rsidR="00E51D9F" w:rsidRDefault="00E51D9F"/>
        </w:tc>
        <w:tc>
          <w:tcPr>
            <w:tcW w:w="2541" w:type="dxa"/>
            <w:shd w:val="clear" w:color="auto" w:fill="FEAA1B"/>
            <w:tcMar>
              <w:top w:w="0" w:type="dxa"/>
              <w:left w:w="0" w:type="dxa"/>
              <w:bottom w:w="0" w:type="dxa"/>
              <w:right w:w="0" w:type="dxa"/>
            </w:tcMar>
          </w:tcPr>
          <w:p w14:paraId="468A0A27" w14:textId="77777777" w:rsidR="00E51D9F" w:rsidRDefault="00E51D9F"/>
        </w:tc>
        <w:tc>
          <w:tcPr>
            <w:tcW w:w="2541" w:type="dxa"/>
            <w:shd w:val="clear" w:color="auto" w:fill="18C8AA"/>
            <w:tcMar>
              <w:top w:w="0" w:type="dxa"/>
              <w:left w:w="0" w:type="dxa"/>
              <w:bottom w:w="0" w:type="dxa"/>
              <w:right w:w="0" w:type="dxa"/>
            </w:tcMar>
          </w:tcPr>
          <w:p w14:paraId="38B44433" w14:textId="77777777" w:rsidR="00E51D9F" w:rsidRDefault="00E51D9F"/>
        </w:tc>
        <w:tc>
          <w:tcPr>
            <w:tcW w:w="2541" w:type="dxa"/>
            <w:shd w:val="clear" w:color="auto" w:fill="6B23D8"/>
            <w:tcMar>
              <w:top w:w="0" w:type="dxa"/>
              <w:left w:w="0" w:type="dxa"/>
              <w:bottom w:w="0" w:type="dxa"/>
              <w:right w:w="0" w:type="dxa"/>
            </w:tcMar>
          </w:tcPr>
          <w:p w14:paraId="76A91DAF" w14:textId="77777777" w:rsidR="00E51D9F" w:rsidRDefault="00E51D9F"/>
        </w:tc>
      </w:tr>
    </w:tbl>
    <w:p w14:paraId="71145501" w14:textId="77777777" w:rsidR="00E51D9F" w:rsidRDefault="00E51D9F">
      <w:pPr>
        <w:spacing w:after="240"/>
      </w:pPr>
    </w:p>
    <w:p w14:paraId="340DEF37" w14:textId="77777777" w:rsidR="00E51D9F" w:rsidRDefault="00D643DD">
      <w:pPr>
        <w:pStyle w:val="SmallX"/>
        <w:jc w:val="center"/>
      </w:pPr>
      <w:r>
        <w:rPr>
          <w:b/>
          <w:color w:val="18C8AA"/>
          <w:sz w:val="20"/>
        </w:rPr>
        <w:t>WORKPLACE ACTIVITY 2</w:t>
      </w:r>
    </w:p>
    <w:p w14:paraId="159EE188" w14:textId="77777777" w:rsidR="00E51D9F" w:rsidRPr="004255A6" w:rsidRDefault="00D643DD">
      <w:pPr>
        <w:pStyle w:val="TitleX"/>
        <w:jc w:val="center"/>
        <w:rPr>
          <w:rFonts w:asciiTheme="majorHAnsi" w:hAnsiTheme="majorHAnsi"/>
        </w:rPr>
      </w:pPr>
      <w:r w:rsidRPr="004255A6">
        <w:rPr>
          <w:rFonts w:asciiTheme="majorHAnsi" w:hAnsiTheme="majorHAnsi"/>
        </w:rPr>
        <w:t>The Leadership Shadow Challenge</w:t>
      </w:r>
    </w:p>
    <w:p w14:paraId="0B3EDC00" w14:textId="77777777" w:rsidR="00E51D9F" w:rsidRDefault="00D643DD">
      <w:pPr>
        <w:jc w:val="center"/>
      </w:pPr>
      <w:r>
        <w:rPr>
          <w:b/>
          <w:color w:val="25313C"/>
          <w:sz w:val="23"/>
        </w:rPr>
        <w:t>Participant Activity Sheet</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ayout w:type="fixed"/>
        <w:tblLook w:val="04A0" w:firstRow="1" w:lastRow="0" w:firstColumn="1" w:lastColumn="0" w:noHBand="0" w:noVBand="1"/>
      </w:tblPr>
      <w:tblGrid>
        <w:gridCol w:w="5083"/>
        <w:gridCol w:w="5083"/>
      </w:tblGrid>
      <w:tr w:rsidR="00E51D9F" w14:paraId="74E43062" w14:textId="77777777">
        <w:trPr>
          <w:cantSplit/>
          <w:jc w:val="center"/>
        </w:trPr>
        <w:tc>
          <w:tcPr>
            <w:tcW w:w="5083" w:type="dxa"/>
            <w:shd w:val="clear" w:color="auto" w:fill="18C8AA"/>
            <w:tcMar>
              <w:top w:w="80" w:type="dxa"/>
              <w:left w:w="90" w:type="dxa"/>
              <w:bottom w:w="80" w:type="dxa"/>
              <w:right w:w="90" w:type="dxa"/>
            </w:tcMar>
            <w:vAlign w:val="center"/>
          </w:tcPr>
          <w:p w14:paraId="058AAB51" w14:textId="77777777" w:rsidR="00E51D9F" w:rsidRDefault="00D643DD">
            <w:pPr>
              <w:spacing w:after="0"/>
            </w:pPr>
            <w:r>
              <w:rPr>
                <w:rFonts w:ascii="Aptos" w:hAnsi="Aptos"/>
                <w:b/>
                <w:color w:val="FFFFFF"/>
                <w:sz w:val="18"/>
              </w:rPr>
              <w:t>Best for</w:t>
            </w:r>
          </w:p>
        </w:tc>
        <w:tc>
          <w:tcPr>
            <w:tcW w:w="5083" w:type="dxa"/>
            <w:shd w:val="clear" w:color="auto" w:fill="F5F7F9"/>
            <w:tcMar>
              <w:top w:w="80" w:type="dxa"/>
              <w:left w:w="90" w:type="dxa"/>
              <w:bottom w:w="80" w:type="dxa"/>
              <w:right w:w="90" w:type="dxa"/>
            </w:tcMar>
            <w:vAlign w:val="center"/>
          </w:tcPr>
          <w:p w14:paraId="33DB088F" w14:textId="77777777" w:rsidR="00E51D9F" w:rsidRDefault="00D643DD">
            <w:pPr>
              <w:spacing w:after="0"/>
            </w:pPr>
            <w:r>
              <w:rPr>
                <w:rFonts w:ascii="Aptos" w:hAnsi="Aptos"/>
                <w:color w:val="25313C"/>
                <w:sz w:val="18"/>
              </w:rPr>
              <w:t>Self-awareness, professional identity and understanding your impact</w:t>
            </w:r>
          </w:p>
        </w:tc>
      </w:tr>
      <w:tr w:rsidR="00E51D9F" w14:paraId="59DE3BFC" w14:textId="77777777">
        <w:trPr>
          <w:cantSplit/>
          <w:jc w:val="center"/>
        </w:trPr>
        <w:tc>
          <w:tcPr>
            <w:tcW w:w="5083" w:type="dxa"/>
            <w:shd w:val="clear" w:color="auto" w:fill="FEAA1B"/>
            <w:tcMar>
              <w:top w:w="80" w:type="dxa"/>
              <w:left w:w="90" w:type="dxa"/>
              <w:bottom w:w="80" w:type="dxa"/>
              <w:right w:w="90" w:type="dxa"/>
            </w:tcMar>
            <w:vAlign w:val="center"/>
          </w:tcPr>
          <w:p w14:paraId="71212904" w14:textId="77777777" w:rsidR="00E51D9F" w:rsidRDefault="00D643DD">
            <w:pPr>
              <w:spacing w:after="0"/>
            </w:pPr>
            <w:r>
              <w:rPr>
                <w:rFonts w:ascii="Aptos" w:hAnsi="Aptos"/>
                <w:b/>
                <w:color w:val="FFFFFF"/>
                <w:sz w:val="18"/>
              </w:rPr>
              <w:t>Estimated time</w:t>
            </w:r>
          </w:p>
        </w:tc>
        <w:tc>
          <w:tcPr>
            <w:tcW w:w="5083" w:type="dxa"/>
            <w:shd w:val="clear" w:color="auto" w:fill="F5F7F9"/>
            <w:tcMar>
              <w:top w:w="80" w:type="dxa"/>
              <w:left w:w="90" w:type="dxa"/>
              <w:bottom w:w="80" w:type="dxa"/>
              <w:right w:w="90" w:type="dxa"/>
            </w:tcMar>
            <w:vAlign w:val="center"/>
          </w:tcPr>
          <w:p w14:paraId="202F83C1" w14:textId="77777777" w:rsidR="00E51D9F" w:rsidRDefault="00D643DD">
            <w:pPr>
              <w:spacing w:after="0"/>
            </w:pPr>
            <w:r>
              <w:rPr>
                <w:rFonts w:ascii="Aptos" w:hAnsi="Aptos"/>
                <w:color w:val="25313C"/>
                <w:sz w:val="18"/>
              </w:rPr>
              <w:t>Short observations over 3–5 working days, plus 20 minutes reflection</w:t>
            </w:r>
          </w:p>
        </w:tc>
      </w:tr>
    </w:tbl>
    <w:p w14:paraId="3DB00737" w14:textId="77777777" w:rsidR="00E51D9F" w:rsidRDefault="00E51D9F"/>
    <w:p w14:paraId="2511AC90" w14:textId="77777777" w:rsidR="00E51D9F" w:rsidRDefault="00D643DD">
      <w:pPr>
        <w:pStyle w:val="Heading1"/>
      </w:pPr>
      <w:r>
        <w:t>Purpose of this activity</w:t>
      </w:r>
    </w:p>
    <w:p w14:paraId="3215D326" w14:textId="77777777" w:rsidR="00E51D9F" w:rsidRDefault="00D643DD">
      <w:r>
        <w:t>Your leadership shadow is the influence created by what you repeatedly say, do, prioritise, notice, reward, ignore and tolerate. This activity helps you observe your own behaviour over several working days and compare the leadership shadow you intend to create with the one your actions may actually communicate.</w:t>
      </w:r>
    </w:p>
    <w:tbl>
      <w:tblPr>
        <w:tblW w:w="0" w:type="auto"/>
        <w:jc w:val="center"/>
        <w:tblBorders>
          <w:top w:val="single" w:sz="0" w:space="0" w:color="F3EEFC"/>
          <w:left w:val="single" w:sz="0" w:space="0" w:color="F3EEFC"/>
          <w:bottom w:val="single" w:sz="0" w:space="0" w:color="F3EEFC"/>
          <w:right w:val="single" w:sz="0" w:space="0" w:color="F3EEFC"/>
          <w:insideH w:val="single" w:sz="0" w:space="0" w:color="F3EEFC"/>
          <w:insideV w:val="single" w:sz="0" w:space="0" w:color="F3EEFC"/>
        </w:tblBorders>
        <w:tblLayout w:type="fixed"/>
        <w:tblLook w:val="04A0" w:firstRow="1" w:lastRow="0" w:firstColumn="1" w:lastColumn="0" w:noHBand="0" w:noVBand="1"/>
      </w:tblPr>
      <w:tblGrid>
        <w:gridCol w:w="5083"/>
        <w:gridCol w:w="5083"/>
      </w:tblGrid>
      <w:tr w:rsidR="00E51D9F" w14:paraId="62EBE341" w14:textId="77777777">
        <w:trPr>
          <w:cantSplit/>
          <w:jc w:val="center"/>
        </w:trPr>
        <w:tc>
          <w:tcPr>
            <w:tcW w:w="5083" w:type="dxa"/>
            <w:shd w:val="clear" w:color="auto" w:fill="6B23D8"/>
            <w:tcMar>
              <w:top w:w="0" w:type="dxa"/>
              <w:left w:w="0" w:type="dxa"/>
              <w:bottom w:w="0" w:type="dxa"/>
              <w:right w:w="0" w:type="dxa"/>
            </w:tcMar>
          </w:tcPr>
          <w:p w14:paraId="0A52338C" w14:textId="77777777" w:rsidR="00E51D9F" w:rsidRDefault="00E51D9F"/>
        </w:tc>
        <w:tc>
          <w:tcPr>
            <w:tcW w:w="5083" w:type="dxa"/>
            <w:shd w:val="clear" w:color="auto" w:fill="F3EEFC"/>
            <w:tcMar>
              <w:top w:w="100" w:type="dxa"/>
              <w:left w:w="130" w:type="dxa"/>
              <w:bottom w:w="100" w:type="dxa"/>
              <w:right w:w="130" w:type="dxa"/>
            </w:tcMar>
          </w:tcPr>
          <w:p w14:paraId="0E903411" w14:textId="77777777" w:rsidR="00E51D9F" w:rsidRDefault="00D643DD">
            <w:pPr>
              <w:spacing w:after="40"/>
            </w:pPr>
            <w:r>
              <w:rPr>
                <w:b/>
                <w:color w:val="6B23D8"/>
                <w:sz w:val="20"/>
              </w:rPr>
              <w:t>Choose meaningful practice, not perfect practice</w:t>
            </w:r>
          </w:p>
          <w:p w14:paraId="4D2A181D" w14:textId="77777777" w:rsidR="00E51D9F" w:rsidRDefault="00D643DD">
            <w:pPr>
              <w:spacing w:after="0"/>
            </w:pPr>
            <w:r>
              <w:rPr>
                <w:rFonts w:ascii="Aptos" w:hAnsi="Aptos"/>
                <w:sz w:val="20"/>
              </w:rPr>
              <w:t>The purpose of this workplace activity is to apply one idea from Module 1 to your real coordinator practice, notice what happens and critically reflect on what you learn. There is no expectation that the situation or outcome will be perfect.</w:t>
            </w:r>
          </w:p>
        </w:tc>
      </w:tr>
    </w:tbl>
    <w:p w14:paraId="0E7A22D6" w14:textId="77777777" w:rsidR="00E51D9F" w:rsidRDefault="00E51D9F">
      <w:pPr>
        <w:spacing w:after="0"/>
      </w:pPr>
    </w:p>
    <w:p w14:paraId="7E9726A2" w14:textId="77777777" w:rsidR="00E51D9F" w:rsidRDefault="00D643DD">
      <w:pPr>
        <w:pStyle w:val="Heading2"/>
      </w:pPr>
      <w:r>
        <w:t>Before you begin</w:t>
      </w:r>
    </w:p>
    <w:p w14:paraId="07B20C37" w14:textId="77777777" w:rsidR="00E51D9F" w:rsidRDefault="00D643DD">
      <w:pPr>
        <w:spacing w:after="60"/>
      </w:pPr>
      <w:r>
        <w:rPr>
          <w:color w:val="6B23D8"/>
          <w:sz w:val="22"/>
        </w:rPr>
        <w:t>☐</w:t>
      </w:r>
      <w:r>
        <w:rPr>
          <w:color w:val="6B23D8"/>
          <w:sz w:val="22"/>
        </w:rPr>
        <w:t xml:space="preserve"> </w:t>
      </w:r>
      <w:r>
        <w:t>Choose a real workplace situation that is appropriate for reflection and learning.</w:t>
      </w:r>
    </w:p>
    <w:p w14:paraId="548B5B18" w14:textId="77777777" w:rsidR="00E51D9F" w:rsidRDefault="00D643DD">
      <w:pPr>
        <w:spacing w:after="60"/>
      </w:pPr>
      <w:r>
        <w:rPr>
          <w:color w:val="6B23D8"/>
          <w:sz w:val="22"/>
        </w:rPr>
        <w:t>☐</w:t>
      </w:r>
      <w:r>
        <w:rPr>
          <w:color w:val="6B23D8"/>
          <w:sz w:val="22"/>
        </w:rPr>
        <w:t xml:space="preserve"> </w:t>
      </w:r>
      <w:r>
        <w:t>Protect the privacy and confidentiality of children, educators, families and colleagues.</w:t>
      </w:r>
    </w:p>
    <w:p w14:paraId="01327BA5" w14:textId="77777777" w:rsidR="00E51D9F" w:rsidRDefault="00D643DD">
      <w:pPr>
        <w:spacing w:after="60"/>
      </w:pPr>
      <w:r>
        <w:rPr>
          <w:color w:val="6B23D8"/>
          <w:sz w:val="22"/>
        </w:rPr>
        <w:t>☐</w:t>
      </w:r>
      <w:r>
        <w:rPr>
          <w:color w:val="6B23D8"/>
          <w:sz w:val="22"/>
        </w:rPr>
        <w:t xml:space="preserve"> </w:t>
      </w:r>
      <w:r>
        <w:t>Do not include identifying information in this activity sheet.</w:t>
      </w:r>
    </w:p>
    <w:p w14:paraId="08BE06D7" w14:textId="77777777" w:rsidR="00E51D9F" w:rsidRDefault="00D643DD">
      <w:pPr>
        <w:spacing w:after="60"/>
      </w:pPr>
      <w:r>
        <w:rPr>
          <w:color w:val="6B23D8"/>
          <w:sz w:val="22"/>
        </w:rPr>
        <w:t>☐</w:t>
      </w:r>
      <w:r>
        <w:rPr>
          <w:color w:val="6B23D8"/>
          <w:sz w:val="22"/>
        </w:rPr>
        <w:t xml:space="preserve"> </w:t>
      </w:r>
      <w:r>
        <w:t>Focus on your own leadership practice, decisions and learning rather than assessing another person.</w:t>
      </w:r>
    </w:p>
    <w:p w14:paraId="7D192BC9" w14:textId="77777777" w:rsidR="00E51D9F" w:rsidRDefault="00D643DD">
      <w:pPr>
        <w:pStyle w:val="Heading1"/>
      </w:pPr>
      <w:r>
        <w:t>Step 1: Set your intention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4C1D2DA8" w14:textId="77777777">
        <w:trPr>
          <w:cantSplit/>
          <w:jc w:val="center"/>
        </w:trPr>
        <w:tc>
          <w:tcPr>
            <w:tcW w:w="10166" w:type="dxa"/>
            <w:shd w:val="clear" w:color="auto" w:fill="F5F7F9"/>
            <w:tcMar>
              <w:top w:w="90" w:type="dxa"/>
              <w:left w:w="110" w:type="dxa"/>
              <w:bottom w:w="90" w:type="dxa"/>
              <w:right w:w="110" w:type="dxa"/>
            </w:tcMar>
          </w:tcPr>
          <w:p w14:paraId="49B1C6E0" w14:textId="77777777" w:rsidR="00E51D9F" w:rsidRDefault="00D643DD">
            <w:pPr>
              <w:spacing w:after="80"/>
            </w:pPr>
            <w:r>
              <w:rPr>
                <w:b/>
                <w:color w:val="6B23D8"/>
                <w:sz w:val="19"/>
              </w:rPr>
              <w:t>What would I like educators and colleagues to experience consistently in my leadership?</w:t>
            </w:r>
          </w:p>
          <w:p w14:paraId="33431644" w14:textId="77777777" w:rsidR="00E51D9F" w:rsidRDefault="00E51D9F" w:rsidP="004255A6"/>
          <w:p w14:paraId="7A9548F7" w14:textId="3E95C314" w:rsidR="004255A6" w:rsidRDefault="004255A6" w:rsidP="004255A6"/>
        </w:tc>
      </w:tr>
    </w:tbl>
    <w:p w14:paraId="166D5EAD" w14:textId="77777777" w:rsidR="00E51D9F" w:rsidRDefault="00E51D9F">
      <w:pPr>
        <w:spacing w:after="0"/>
      </w:pPr>
    </w:p>
    <w:p w14:paraId="7CBDE028" w14:textId="77777777" w:rsidR="00DC29B4" w:rsidRDefault="00DC29B4">
      <w:pPr>
        <w:spacing w:after="200" w:line="276" w:lineRule="auto"/>
        <w:rPr>
          <w:rFonts w:asciiTheme="majorHAnsi" w:eastAsiaTheme="majorEastAsia" w:hAnsiTheme="majorHAnsi" w:cstheme="majorBidi"/>
          <w:b/>
          <w:bCs/>
          <w:color w:val="6B23D8"/>
          <w:sz w:val="34"/>
          <w:szCs w:val="28"/>
        </w:rPr>
      </w:pPr>
      <w:r>
        <w:br w:type="page"/>
      </w:r>
    </w:p>
    <w:p w14:paraId="7CD5C1C0" w14:textId="1269B7D3" w:rsidR="00E51D9F" w:rsidRDefault="00D643DD">
      <w:pPr>
        <w:pStyle w:val="Heading1"/>
      </w:pPr>
      <w:r>
        <w:lastRenderedPageBreak/>
        <w:t>Step 2: Observe your leadership for 3–5 working days</w:t>
      </w:r>
    </w:p>
    <w:p w14:paraId="2F76D7B7" w14:textId="77777777" w:rsidR="00E51D9F" w:rsidRDefault="00D643DD">
      <w:r>
        <w:t>Use the table below to make brief notes. You do not need to record every interaction; capture patterns and examples that stand out.</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452"/>
        <w:gridCol w:w="1452"/>
        <w:gridCol w:w="1452"/>
        <w:gridCol w:w="1452"/>
        <w:gridCol w:w="1452"/>
        <w:gridCol w:w="1452"/>
        <w:gridCol w:w="1452"/>
      </w:tblGrid>
      <w:tr w:rsidR="00E51D9F" w14:paraId="0EC26721" w14:textId="77777777">
        <w:trPr>
          <w:cantSplit/>
          <w:jc w:val="center"/>
        </w:trPr>
        <w:tc>
          <w:tcPr>
            <w:tcW w:w="1452" w:type="dxa"/>
            <w:shd w:val="clear" w:color="auto" w:fill="FF1390"/>
            <w:tcMar>
              <w:top w:w="80" w:type="dxa"/>
              <w:left w:w="90" w:type="dxa"/>
              <w:bottom w:w="80" w:type="dxa"/>
              <w:right w:w="90" w:type="dxa"/>
            </w:tcMar>
            <w:vAlign w:val="center"/>
          </w:tcPr>
          <w:p w14:paraId="7D3E4FC8" w14:textId="77777777" w:rsidR="00E51D9F" w:rsidRDefault="00D643DD">
            <w:pPr>
              <w:spacing w:after="0"/>
              <w:jc w:val="center"/>
            </w:pPr>
            <w:r>
              <w:rPr>
                <w:rFonts w:ascii="Aptos" w:hAnsi="Aptos"/>
                <w:b/>
                <w:color w:val="FFFFFF"/>
                <w:sz w:val="13"/>
              </w:rPr>
              <w:t>Day</w:t>
            </w:r>
          </w:p>
        </w:tc>
        <w:tc>
          <w:tcPr>
            <w:tcW w:w="1452" w:type="dxa"/>
            <w:shd w:val="clear" w:color="auto" w:fill="FF1390"/>
            <w:tcMar>
              <w:top w:w="80" w:type="dxa"/>
              <w:left w:w="90" w:type="dxa"/>
              <w:bottom w:w="80" w:type="dxa"/>
              <w:right w:w="90" w:type="dxa"/>
            </w:tcMar>
            <w:vAlign w:val="center"/>
          </w:tcPr>
          <w:p w14:paraId="5A87B6B9" w14:textId="77777777" w:rsidR="00E51D9F" w:rsidRDefault="00D643DD">
            <w:pPr>
              <w:spacing w:after="0"/>
              <w:jc w:val="center"/>
            </w:pPr>
            <w:r>
              <w:rPr>
                <w:rFonts w:ascii="Aptos" w:hAnsi="Aptos"/>
                <w:b/>
                <w:color w:val="FFFFFF"/>
                <w:sz w:val="13"/>
              </w:rPr>
              <w:t>What I prioritised</w:t>
            </w:r>
          </w:p>
        </w:tc>
        <w:tc>
          <w:tcPr>
            <w:tcW w:w="1452" w:type="dxa"/>
            <w:shd w:val="clear" w:color="auto" w:fill="FF1390"/>
            <w:tcMar>
              <w:top w:w="80" w:type="dxa"/>
              <w:left w:w="90" w:type="dxa"/>
              <w:bottom w:w="80" w:type="dxa"/>
              <w:right w:w="90" w:type="dxa"/>
            </w:tcMar>
            <w:vAlign w:val="center"/>
          </w:tcPr>
          <w:p w14:paraId="2379B5D8" w14:textId="77777777" w:rsidR="00E51D9F" w:rsidRDefault="00D643DD">
            <w:pPr>
              <w:spacing w:after="0"/>
              <w:jc w:val="center"/>
            </w:pPr>
            <w:r>
              <w:rPr>
                <w:rFonts w:ascii="Aptos" w:hAnsi="Aptos"/>
                <w:b/>
                <w:color w:val="FFFFFF"/>
                <w:sz w:val="13"/>
              </w:rPr>
              <w:t>What I praised / reinforced</w:t>
            </w:r>
          </w:p>
        </w:tc>
        <w:tc>
          <w:tcPr>
            <w:tcW w:w="1452" w:type="dxa"/>
            <w:shd w:val="clear" w:color="auto" w:fill="FF1390"/>
            <w:tcMar>
              <w:top w:w="80" w:type="dxa"/>
              <w:left w:w="90" w:type="dxa"/>
              <w:bottom w:w="80" w:type="dxa"/>
              <w:right w:w="90" w:type="dxa"/>
            </w:tcMar>
            <w:vAlign w:val="center"/>
          </w:tcPr>
          <w:p w14:paraId="0F41E2C2" w14:textId="77777777" w:rsidR="00E51D9F" w:rsidRDefault="00D643DD">
            <w:pPr>
              <w:spacing w:after="0"/>
              <w:jc w:val="center"/>
            </w:pPr>
            <w:r>
              <w:rPr>
                <w:rFonts w:ascii="Aptos" w:hAnsi="Aptos"/>
                <w:b/>
                <w:color w:val="FFFFFF"/>
                <w:sz w:val="13"/>
              </w:rPr>
              <w:t>What I challenged</w:t>
            </w:r>
          </w:p>
        </w:tc>
        <w:tc>
          <w:tcPr>
            <w:tcW w:w="1452" w:type="dxa"/>
            <w:shd w:val="clear" w:color="auto" w:fill="FF1390"/>
            <w:tcMar>
              <w:top w:w="80" w:type="dxa"/>
              <w:left w:w="90" w:type="dxa"/>
              <w:bottom w:w="80" w:type="dxa"/>
              <w:right w:w="90" w:type="dxa"/>
            </w:tcMar>
            <w:vAlign w:val="center"/>
          </w:tcPr>
          <w:p w14:paraId="6DA4E44C" w14:textId="77777777" w:rsidR="00E51D9F" w:rsidRDefault="00D643DD">
            <w:pPr>
              <w:spacing w:after="0"/>
              <w:jc w:val="center"/>
            </w:pPr>
            <w:r>
              <w:rPr>
                <w:rFonts w:ascii="Aptos" w:hAnsi="Aptos"/>
                <w:b/>
                <w:color w:val="FFFFFF"/>
                <w:sz w:val="13"/>
              </w:rPr>
              <w:t>What I ignored / deferred</w:t>
            </w:r>
          </w:p>
        </w:tc>
        <w:tc>
          <w:tcPr>
            <w:tcW w:w="1452" w:type="dxa"/>
            <w:shd w:val="clear" w:color="auto" w:fill="FF1390"/>
            <w:tcMar>
              <w:top w:w="80" w:type="dxa"/>
              <w:left w:w="90" w:type="dxa"/>
              <w:bottom w:w="80" w:type="dxa"/>
              <w:right w:w="90" w:type="dxa"/>
            </w:tcMar>
            <w:vAlign w:val="center"/>
          </w:tcPr>
          <w:p w14:paraId="69D71DCF" w14:textId="77777777" w:rsidR="00E51D9F" w:rsidRDefault="00D643DD">
            <w:pPr>
              <w:spacing w:after="0"/>
              <w:jc w:val="center"/>
            </w:pPr>
            <w:r>
              <w:rPr>
                <w:rFonts w:ascii="Aptos" w:hAnsi="Aptos"/>
                <w:b/>
                <w:color w:val="FFFFFF"/>
                <w:sz w:val="13"/>
              </w:rPr>
              <w:t>When I felt pressure</w:t>
            </w:r>
          </w:p>
        </w:tc>
        <w:tc>
          <w:tcPr>
            <w:tcW w:w="1452" w:type="dxa"/>
            <w:shd w:val="clear" w:color="auto" w:fill="FF1390"/>
            <w:tcMar>
              <w:top w:w="80" w:type="dxa"/>
              <w:left w:w="90" w:type="dxa"/>
              <w:bottom w:w="80" w:type="dxa"/>
              <w:right w:w="90" w:type="dxa"/>
            </w:tcMar>
            <w:vAlign w:val="center"/>
          </w:tcPr>
          <w:p w14:paraId="7C9F851B" w14:textId="77777777" w:rsidR="00E51D9F" w:rsidRDefault="00D643DD">
            <w:pPr>
              <w:spacing w:after="0"/>
              <w:jc w:val="center"/>
            </w:pPr>
            <w:r>
              <w:rPr>
                <w:rFonts w:ascii="Aptos" w:hAnsi="Aptos"/>
                <w:b/>
                <w:color w:val="FFFFFF"/>
                <w:sz w:val="13"/>
              </w:rPr>
              <w:t>What my behaviour may have communicated</w:t>
            </w:r>
          </w:p>
        </w:tc>
      </w:tr>
      <w:tr w:rsidR="00E51D9F" w14:paraId="56EF139B" w14:textId="77777777">
        <w:trPr>
          <w:cantSplit/>
          <w:jc w:val="center"/>
        </w:trPr>
        <w:tc>
          <w:tcPr>
            <w:tcW w:w="1452" w:type="dxa"/>
            <w:shd w:val="clear" w:color="auto" w:fill="F5F7F9"/>
            <w:tcMar>
              <w:top w:w="80" w:type="dxa"/>
              <w:left w:w="90" w:type="dxa"/>
              <w:bottom w:w="80" w:type="dxa"/>
              <w:right w:w="90" w:type="dxa"/>
            </w:tcMar>
            <w:vAlign w:val="center"/>
          </w:tcPr>
          <w:p w14:paraId="52FB1C74" w14:textId="77777777" w:rsidR="00E51D9F" w:rsidRDefault="00D643DD">
            <w:pPr>
              <w:spacing w:after="0"/>
            </w:pPr>
            <w:r>
              <w:rPr>
                <w:rFonts w:ascii="Aptos" w:hAnsi="Aptos"/>
                <w:b/>
                <w:color w:val="6B23D8"/>
                <w:sz w:val="15"/>
              </w:rPr>
              <w:t>Day 1</w:t>
            </w:r>
          </w:p>
        </w:tc>
        <w:tc>
          <w:tcPr>
            <w:tcW w:w="1452" w:type="dxa"/>
            <w:shd w:val="clear" w:color="auto" w:fill="FFFFFF"/>
            <w:tcMar>
              <w:top w:w="80" w:type="dxa"/>
              <w:left w:w="90" w:type="dxa"/>
              <w:bottom w:w="80" w:type="dxa"/>
              <w:right w:w="90" w:type="dxa"/>
            </w:tcMar>
            <w:vAlign w:val="center"/>
          </w:tcPr>
          <w:p w14:paraId="067F6237"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5FE783D0"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4FB8A65E"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79D33BE3"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37AD6834"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12836CBC" w14:textId="77777777" w:rsidR="00E51D9F" w:rsidRDefault="00D643DD" w:rsidP="004255A6">
            <w:r w:rsidRPr="004255A6">
              <w:br/>
            </w:r>
            <w:r w:rsidRPr="004255A6">
              <w:br/>
            </w:r>
          </w:p>
        </w:tc>
      </w:tr>
      <w:tr w:rsidR="00E51D9F" w14:paraId="1C2273FD" w14:textId="77777777">
        <w:trPr>
          <w:cantSplit/>
          <w:jc w:val="center"/>
        </w:trPr>
        <w:tc>
          <w:tcPr>
            <w:tcW w:w="1452" w:type="dxa"/>
            <w:shd w:val="clear" w:color="auto" w:fill="F5F7F9"/>
            <w:tcMar>
              <w:top w:w="80" w:type="dxa"/>
              <w:left w:w="90" w:type="dxa"/>
              <w:bottom w:w="80" w:type="dxa"/>
              <w:right w:w="90" w:type="dxa"/>
            </w:tcMar>
            <w:vAlign w:val="center"/>
          </w:tcPr>
          <w:p w14:paraId="2CCFFAB3" w14:textId="77777777" w:rsidR="00E51D9F" w:rsidRDefault="00D643DD">
            <w:pPr>
              <w:spacing w:after="0"/>
            </w:pPr>
            <w:r>
              <w:rPr>
                <w:rFonts w:ascii="Aptos" w:hAnsi="Aptos"/>
                <w:b/>
                <w:color w:val="6B23D8"/>
                <w:sz w:val="15"/>
              </w:rPr>
              <w:t>Day 2</w:t>
            </w:r>
          </w:p>
        </w:tc>
        <w:tc>
          <w:tcPr>
            <w:tcW w:w="1452" w:type="dxa"/>
            <w:shd w:val="clear" w:color="auto" w:fill="FFFFFF"/>
            <w:tcMar>
              <w:top w:w="80" w:type="dxa"/>
              <w:left w:w="90" w:type="dxa"/>
              <w:bottom w:w="80" w:type="dxa"/>
              <w:right w:w="90" w:type="dxa"/>
            </w:tcMar>
            <w:vAlign w:val="center"/>
          </w:tcPr>
          <w:p w14:paraId="41D17341"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1B3F505E"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66FAF220"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44279682"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3DC5CDBF"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6872EE07" w14:textId="77777777" w:rsidR="00E51D9F" w:rsidRDefault="00D643DD" w:rsidP="004255A6">
            <w:r w:rsidRPr="004255A6">
              <w:br/>
            </w:r>
            <w:r w:rsidRPr="004255A6">
              <w:br/>
            </w:r>
          </w:p>
        </w:tc>
      </w:tr>
      <w:tr w:rsidR="00E51D9F" w14:paraId="15B21C97" w14:textId="77777777">
        <w:trPr>
          <w:cantSplit/>
          <w:jc w:val="center"/>
        </w:trPr>
        <w:tc>
          <w:tcPr>
            <w:tcW w:w="1452" w:type="dxa"/>
            <w:shd w:val="clear" w:color="auto" w:fill="F5F7F9"/>
            <w:tcMar>
              <w:top w:w="80" w:type="dxa"/>
              <w:left w:w="90" w:type="dxa"/>
              <w:bottom w:w="80" w:type="dxa"/>
              <w:right w:w="90" w:type="dxa"/>
            </w:tcMar>
            <w:vAlign w:val="center"/>
          </w:tcPr>
          <w:p w14:paraId="70C86488" w14:textId="77777777" w:rsidR="00E51D9F" w:rsidRDefault="00D643DD">
            <w:pPr>
              <w:spacing w:after="0"/>
            </w:pPr>
            <w:r>
              <w:rPr>
                <w:rFonts w:ascii="Aptos" w:hAnsi="Aptos"/>
                <w:b/>
                <w:color w:val="6B23D8"/>
                <w:sz w:val="15"/>
              </w:rPr>
              <w:t>Day 3</w:t>
            </w:r>
          </w:p>
        </w:tc>
        <w:tc>
          <w:tcPr>
            <w:tcW w:w="1452" w:type="dxa"/>
            <w:shd w:val="clear" w:color="auto" w:fill="FFFFFF"/>
            <w:tcMar>
              <w:top w:w="80" w:type="dxa"/>
              <w:left w:w="90" w:type="dxa"/>
              <w:bottom w:w="80" w:type="dxa"/>
              <w:right w:w="90" w:type="dxa"/>
            </w:tcMar>
            <w:vAlign w:val="center"/>
          </w:tcPr>
          <w:p w14:paraId="52C5BB61"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06B24964"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00B629F2"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6773C742"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5FB01E78"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028DD1B1" w14:textId="77777777" w:rsidR="00E51D9F" w:rsidRDefault="00D643DD" w:rsidP="004255A6">
            <w:r w:rsidRPr="004255A6">
              <w:br/>
            </w:r>
            <w:r w:rsidRPr="004255A6">
              <w:br/>
            </w:r>
          </w:p>
        </w:tc>
      </w:tr>
      <w:tr w:rsidR="00E51D9F" w14:paraId="271D0AE6" w14:textId="77777777">
        <w:trPr>
          <w:cantSplit/>
          <w:jc w:val="center"/>
        </w:trPr>
        <w:tc>
          <w:tcPr>
            <w:tcW w:w="1452" w:type="dxa"/>
            <w:shd w:val="clear" w:color="auto" w:fill="F5F7F9"/>
            <w:tcMar>
              <w:top w:w="80" w:type="dxa"/>
              <w:left w:w="90" w:type="dxa"/>
              <w:bottom w:w="80" w:type="dxa"/>
              <w:right w:w="90" w:type="dxa"/>
            </w:tcMar>
            <w:vAlign w:val="center"/>
          </w:tcPr>
          <w:p w14:paraId="6CFF838E" w14:textId="77777777" w:rsidR="00E51D9F" w:rsidRDefault="00D643DD">
            <w:pPr>
              <w:spacing w:after="0"/>
            </w:pPr>
            <w:r>
              <w:rPr>
                <w:rFonts w:ascii="Aptos" w:hAnsi="Aptos"/>
                <w:b/>
                <w:color w:val="6B23D8"/>
                <w:sz w:val="15"/>
              </w:rPr>
              <w:t>Day 4</w:t>
            </w:r>
          </w:p>
        </w:tc>
        <w:tc>
          <w:tcPr>
            <w:tcW w:w="1452" w:type="dxa"/>
            <w:shd w:val="clear" w:color="auto" w:fill="FFFFFF"/>
            <w:tcMar>
              <w:top w:w="80" w:type="dxa"/>
              <w:left w:w="90" w:type="dxa"/>
              <w:bottom w:w="80" w:type="dxa"/>
              <w:right w:w="90" w:type="dxa"/>
            </w:tcMar>
            <w:vAlign w:val="center"/>
          </w:tcPr>
          <w:p w14:paraId="2166BFFF"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7DE05234"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21BE9A6A"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2836A25C"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52FF72B2"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2CDFF740" w14:textId="77777777" w:rsidR="00E51D9F" w:rsidRDefault="00D643DD" w:rsidP="004255A6">
            <w:r w:rsidRPr="004255A6">
              <w:br/>
            </w:r>
            <w:r w:rsidRPr="004255A6">
              <w:br/>
            </w:r>
          </w:p>
        </w:tc>
      </w:tr>
      <w:tr w:rsidR="00E51D9F" w14:paraId="18D43E87" w14:textId="77777777">
        <w:trPr>
          <w:cantSplit/>
          <w:jc w:val="center"/>
        </w:trPr>
        <w:tc>
          <w:tcPr>
            <w:tcW w:w="1452" w:type="dxa"/>
            <w:shd w:val="clear" w:color="auto" w:fill="F5F7F9"/>
            <w:tcMar>
              <w:top w:w="80" w:type="dxa"/>
              <w:left w:w="90" w:type="dxa"/>
              <w:bottom w:w="80" w:type="dxa"/>
              <w:right w:w="90" w:type="dxa"/>
            </w:tcMar>
            <w:vAlign w:val="center"/>
          </w:tcPr>
          <w:p w14:paraId="2037D952" w14:textId="77777777" w:rsidR="00E51D9F" w:rsidRDefault="00D643DD">
            <w:pPr>
              <w:spacing w:after="0"/>
            </w:pPr>
            <w:r>
              <w:rPr>
                <w:rFonts w:ascii="Aptos" w:hAnsi="Aptos"/>
                <w:b/>
                <w:color w:val="6B23D8"/>
                <w:sz w:val="15"/>
              </w:rPr>
              <w:t>Day 5</w:t>
            </w:r>
          </w:p>
        </w:tc>
        <w:tc>
          <w:tcPr>
            <w:tcW w:w="1452" w:type="dxa"/>
            <w:shd w:val="clear" w:color="auto" w:fill="FFFFFF"/>
            <w:tcMar>
              <w:top w:w="80" w:type="dxa"/>
              <w:left w:w="90" w:type="dxa"/>
              <w:bottom w:w="80" w:type="dxa"/>
              <w:right w:w="90" w:type="dxa"/>
            </w:tcMar>
            <w:vAlign w:val="center"/>
          </w:tcPr>
          <w:p w14:paraId="1998E85F"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1A17463A"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09EDDE04"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056AE2C0"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70898211" w14:textId="77777777" w:rsidR="00E51D9F" w:rsidRDefault="00D643DD" w:rsidP="004255A6">
            <w:r w:rsidRPr="004255A6">
              <w:br/>
            </w:r>
            <w:r w:rsidRPr="004255A6">
              <w:br/>
            </w:r>
          </w:p>
        </w:tc>
        <w:tc>
          <w:tcPr>
            <w:tcW w:w="1452" w:type="dxa"/>
            <w:shd w:val="clear" w:color="auto" w:fill="FFFFFF"/>
            <w:tcMar>
              <w:top w:w="80" w:type="dxa"/>
              <w:left w:w="90" w:type="dxa"/>
              <w:bottom w:w="80" w:type="dxa"/>
              <w:right w:w="90" w:type="dxa"/>
            </w:tcMar>
            <w:vAlign w:val="center"/>
          </w:tcPr>
          <w:p w14:paraId="664FA75B" w14:textId="77777777" w:rsidR="00E51D9F" w:rsidRDefault="00D643DD" w:rsidP="004255A6">
            <w:r w:rsidRPr="004255A6">
              <w:br/>
            </w:r>
            <w:r w:rsidRPr="004255A6">
              <w:br/>
            </w:r>
          </w:p>
        </w:tc>
      </w:tr>
    </w:tbl>
    <w:p w14:paraId="216F8D2C" w14:textId="77777777" w:rsidR="00E51D9F" w:rsidRDefault="00D643DD">
      <w:pPr>
        <w:pStyle w:val="Heading1"/>
      </w:pPr>
      <w:r>
        <w:t>Step 3: Look for patterns</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1408BAAF" w14:textId="77777777">
        <w:trPr>
          <w:cantSplit/>
          <w:jc w:val="center"/>
        </w:trPr>
        <w:tc>
          <w:tcPr>
            <w:tcW w:w="10166" w:type="dxa"/>
            <w:shd w:val="clear" w:color="auto" w:fill="F5F7F9"/>
            <w:tcMar>
              <w:top w:w="90" w:type="dxa"/>
              <w:left w:w="110" w:type="dxa"/>
              <w:bottom w:w="90" w:type="dxa"/>
              <w:right w:w="110" w:type="dxa"/>
            </w:tcMar>
          </w:tcPr>
          <w:p w14:paraId="4F879970" w14:textId="77777777" w:rsidR="00E51D9F" w:rsidRDefault="00D643DD">
            <w:pPr>
              <w:spacing w:after="80"/>
            </w:pPr>
            <w:r>
              <w:rPr>
                <w:b/>
                <w:color w:val="6B23D8"/>
                <w:sz w:val="19"/>
              </w:rPr>
              <w:t>What did I spend most of my time and attention on?</w:t>
            </w:r>
          </w:p>
          <w:p w14:paraId="720E98BF" w14:textId="77777777" w:rsidR="00E51D9F" w:rsidRDefault="00E51D9F" w:rsidP="004255A6"/>
          <w:p w14:paraId="13147CE9" w14:textId="1B4D5BD0" w:rsidR="00DC29B4" w:rsidRDefault="00DC29B4" w:rsidP="004255A6"/>
        </w:tc>
      </w:tr>
    </w:tbl>
    <w:p w14:paraId="2DEE7C5B"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46A9FA07" w14:textId="77777777">
        <w:trPr>
          <w:cantSplit/>
          <w:jc w:val="center"/>
        </w:trPr>
        <w:tc>
          <w:tcPr>
            <w:tcW w:w="10166" w:type="dxa"/>
            <w:shd w:val="clear" w:color="auto" w:fill="F5F7F9"/>
            <w:tcMar>
              <w:top w:w="90" w:type="dxa"/>
              <w:left w:w="110" w:type="dxa"/>
              <w:bottom w:w="90" w:type="dxa"/>
              <w:right w:w="110" w:type="dxa"/>
            </w:tcMar>
          </w:tcPr>
          <w:p w14:paraId="31256C0D" w14:textId="77777777" w:rsidR="00E51D9F" w:rsidRDefault="00D643DD">
            <w:pPr>
              <w:spacing w:after="80"/>
            </w:pPr>
            <w:r>
              <w:rPr>
                <w:b/>
                <w:color w:val="6B23D8"/>
                <w:sz w:val="19"/>
              </w:rPr>
              <w:t>What behaviours or practices did I repeatedly reinforce?</w:t>
            </w:r>
          </w:p>
          <w:p w14:paraId="11350000" w14:textId="77777777" w:rsidR="00E51D9F" w:rsidRDefault="00E51D9F" w:rsidP="004255A6">
            <w:pPr>
              <w:rPr>
                <w:color w:val="D9E1E7"/>
                <w:sz w:val="18"/>
              </w:rPr>
            </w:pPr>
          </w:p>
          <w:p w14:paraId="6C13978D" w14:textId="3506BD5E" w:rsidR="00DC29B4" w:rsidRDefault="00DC29B4" w:rsidP="004255A6"/>
        </w:tc>
      </w:tr>
    </w:tbl>
    <w:p w14:paraId="01E9B77D"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5A7BA493" w14:textId="77777777">
        <w:trPr>
          <w:cantSplit/>
          <w:jc w:val="center"/>
        </w:trPr>
        <w:tc>
          <w:tcPr>
            <w:tcW w:w="10166" w:type="dxa"/>
            <w:shd w:val="clear" w:color="auto" w:fill="F5F7F9"/>
            <w:tcMar>
              <w:top w:w="90" w:type="dxa"/>
              <w:left w:w="110" w:type="dxa"/>
              <w:bottom w:w="90" w:type="dxa"/>
              <w:right w:w="110" w:type="dxa"/>
            </w:tcMar>
          </w:tcPr>
          <w:p w14:paraId="7E30DAD2" w14:textId="77777777" w:rsidR="00E51D9F" w:rsidRDefault="00D643DD">
            <w:pPr>
              <w:spacing w:after="80"/>
            </w:pPr>
            <w:r>
              <w:rPr>
                <w:b/>
                <w:color w:val="6B23D8"/>
                <w:sz w:val="19"/>
              </w:rPr>
              <w:t>What did I avoid, defer or allow to pass without comment?</w:t>
            </w:r>
          </w:p>
          <w:p w14:paraId="51B93CD3" w14:textId="77777777" w:rsidR="00E51D9F" w:rsidRDefault="00E51D9F" w:rsidP="004255A6">
            <w:pPr>
              <w:rPr>
                <w:color w:val="D9E1E7"/>
                <w:sz w:val="18"/>
              </w:rPr>
            </w:pPr>
          </w:p>
          <w:p w14:paraId="60FCBA15" w14:textId="394DBF04" w:rsidR="00DC29B4" w:rsidRDefault="00DC29B4" w:rsidP="004255A6"/>
        </w:tc>
      </w:tr>
    </w:tbl>
    <w:p w14:paraId="54657949"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56026664" w14:textId="77777777">
        <w:trPr>
          <w:cantSplit/>
          <w:jc w:val="center"/>
        </w:trPr>
        <w:tc>
          <w:tcPr>
            <w:tcW w:w="10166" w:type="dxa"/>
            <w:shd w:val="clear" w:color="auto" w:fill="F5F7F9"/>
            <w:tcMar>
              <w:top w:w="90" w:type="dxa"/>
              <w:left w:w="110" w:type="dxa"/>
              <w:bottom w:w="90" w:type="dxa"/>
              <w:right w:w="110" w:type="dxa"/>
            </w:tcMar>
          </w:tcPr>
          <w:p w14:paraId="53EAD636" w14:textId="77777777" w:rsidR="00E51D9F" w:rsidRDefault="00D643DD">
            <w:pPr>
              <w:spacing w:after="80"/>
            </w:pPr>
            <w:r>
              <w:rPr>
                <w:b/>
                <w:color w:val="6B23D8"/>
                <w:sz w:val="19"/>
              </w:rPr>
              <w:t>How did my behaviour change when I felt busy, frustrated, anxious or under pressure?</w:t>
            </w:r>
          </w:p>
          <w:p w14:paraId="6CCF5E6E" w14:textId="77777777" w:rsidR="00E51D9F" w:rsidRDefault="00E51D9F" w:rsidP="004255A6">
            <w:pPr>
              <w:rPr>
                <w:color w:val="D9E1E7"/>
                <w:sz w:val="18"/>
              </w:rPr>
            </w:pPr>
          </w:p>
          <w:p w14:paraId="7BF3E0C2" w14:textId="4A5F4C49" w:rsidR="00DC29B4" w:rsidRDefault="00DC29B4" w:rsidP="004255A6"/>
        </w:tc>
      </w:tr>
    </w:tbl>
    <w:p w14:paraId="351EE42B" w14:textId="77777777" w:rsidR="00E51D9F" w:rsidRDefault="00E51D9F">
      <w:pPr>
        <w:spacing w:after="0"/>
      </w:pPr>
    </w:p>
    <w:p w14:paraId="7D24174A" w14:textId="77777777" w:rsidR="00E51D9F" w:rsidRDefault="00D643DD">
      <w:pPr>
        <w:pStyle w:val="Heading1"/>
      </w:pPr>
      <w:r>
        <w:t>Step 4: Compare intention and impact</w:t>
      </w:r>
    </w:p>
    <w:tbl>
      <w:tblPr>
        <w:tblW w:w="0" w:type="auto"/>
        <w:jc w:val="center"/>
        <w:tblBorders>
          <w:top w:val="single" w:sz="0" w:space="0" w:color="FFF7E8"/>
          <w:left w:val="single" w:sz="0" w:space="0" w:color="FFF7E8"/>
          <w:bottom w:val="single" w:sz="0" w:space="0" w:color="FFF7E8"/>
          <w:right w:val="single" w:sz="0" w:space="0" w:color="FFF7E8"/>
          <w:insideH w:val="single" w:sz="0" w:space="0" w:color="FFF7E8"/>
          <w:insideV w:val="single" w:sz="0" w:space="0" w:color="FFF7E8"/>
        </w:tblBorders>
        <w:tblLayout w:type="fixed"/>
        <w:tblLook w:val="04A0" w:firstRow="1" w:lastRow="0" w:firstColumn="1" w:lastColumn="0" w:noHBand="0" w:noVBand="1"/>
      </w:tblPr>
      <w:tblGrid>
        <w:gridCol w:w="5083"/>
        <w:gridCol w:w="5083"/>
      </w:tblGrid>
      <w:tr w:rsidR="00E51D9F" w14:paraId="29080E94" w14:textId="77777777">
        <w:trPr>
          <w:cantSplit/>
          <w:jc w:val="center"/>
        </w:trPr>
        <w:tc>
          <w:tcPr>
            <w:tcW w:w="5083" w:type="dxa"/>
            <w:shd w:val="clear" w:color="auto" w:fill="FEAA1B"/>
            <w:tcMar>
              <w:top w:w="0" w:type="dxa"/>
              <w:left w:w="0" w:type="dxa"/>
              <w:bottom w:w="0" w:type="dxa"/>
              <w:right w:w="0" w:type="dxa"/>
            </w:tcMar>
          </w:tcPr>
          <w:p w14:paraId="6C9E71A2" w14:textId="77777777" w:rsidR="00E51D9F" w:rsidRDefault="00E51D9F"/>
        </w:tc>
        <w:tc>
          <w:tcPr>
            <w:tcW w:w="5083" w:type="dxa"/>
            <w:shd w:val="clear" w:color="auto" w:fill="FFF7E8"/>
            <w:tcMar>
              <w:top w:w="100" w:type="dxa"/>
              <w:left w:w="130" w:type="dxa"/>
              <w:bottom w:w="100" w:type="dxa"/>
              <w:right w:w="130" w:type="dxa"/>
            </w:tcMar>
          </w:tcPr>
          <w:p w14:paraId="157A4885" w14:textId="77777777" w:rsidR="00E51D9F" w:rsidRDefault="00D643DD">
            <w:pPr>
              <w:spacing w:after="40"/>
            </w:pPr>
            <w:r>
              <w:rPr>
                <w:b/>
                <w:color w:val="FEAA1B"/>
                <w:sz w:val="20"/>
              </w:rPr>
              <w:t>Key reflection</w:t>
            </w:r>
          </w:p>
          <w:p w14:paraId="0F3CC2C1" w14:textId="77777777" w:rsidR="00E51D9F" w:rsidRDefault="00D643DD">
            <w:pPr>
              <w:spacing w:after="0"/>
            </w:pPr>
            <w:r>
              <w:rPr>
                <w:rFonts w:ascii="Aptos" w:hAnsi="Aptos"/>
                <w:sz w:val="20"/>
              </w:rPr>
              <w:t>If an educator judged what matters to me only by observing my behaviour during this activity, what would they conclude?</w:t>
            </w:r>
          </w:p>
        </w:tc>
      </w:tr>
    </w:tbl>
    <w:p w14:paraId="3523FA8A"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34F0E14A" w14:textId="77777777">
        <w:trPr>
          <w:cantSplit/>
          <w:jc w:val="center"/>
        </w:trPr>
        <w:tc>
          <w:tcPr>
            <w:tcW w:w="10166" w:type="dxa"/>
            <w:shd w:val="clear" w:color="auto" w:fill="F5F7F9"/>
            <w:tcMar>
              <w:top w:w="90" w:type="dxa"/>
              <w:left w:w="110" w:type="dxa"/>
              <w:bottom w:w="90" w:type="dxa"/>
              <w:right w:w="110" w:type="dxa"/>
            </w:tcMar>
          </w:tcPr>
          <w:p w14:paraId="404F5181" w14:textId="77777777" w:rsidR="00E51D9F" w:rsidRDefault="00D643DD">
            <w:pPr>
              <w:spacing w:after="80"/>
            </w:pPr>
            <w:r>
              <w:rPr>
                <w:b/>
                <w:color w:val="6B23D8"/>
                <w:sz w:val="19"/>
              </w:rPr>
              <w:t>Is that the leadership shadow I intend to create? Why or why not?</w:t>
            </w:r>
          </w:p>
          <w:p w14:paraId="230A13ED" w14:textId="77777777" w:rsidR="00E51D9F" w:rsidRDefault="00E51D9F" w:rsidP="004255A6">
            <w:pPr>
              <w:rPr>
                <w:color w:val="D9E1E7"/>
                <w:sz w:val="18"/>
              </w:rPr>
            </w:pPr>
          </w:p>
          <w:p w14:paraId="75901E8C" w14:textId="6A669726" w:rsidR="00DC29B4" w:rsidRDefault="00DC29B4" w:rsidP="004255A6"/>
        </w:tc>
      </w:tr>
    </w:tbl>
    <w:p w14:paraId="17FF9440"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34F88847" w14:textId="77777777">
        <w:trPr>
          <w:cantSplit/>
          <w:jc w:val="center"/>
        </w:trPr>
        <w:tc>
          <w:tcPr>
            <w:tcW w:w="10166" w:type="dxa"/>
            <w:shd w:val="clear" w:color="auto" w:fill="F5F7F9"/>
            <w:tcMar>
              <w:top w:w="90" w:type="dxa"/>
              <w:left w:w="110" w:type="dxa"/>
              <w:bottom w:w="90" w:type="dxa"/>
              <w:right w:w="110" w:type="dxa"/>
            </w:tcMar>
          </w:tcPr>
          <w:p w14:paraId="42E70FDA" w14:textId="77777777" w:rsidR="00E51D9F" w:rsidRDefault="00D643DD">
            <w:pPr>
              <w:spacing w:after="80"/>
            </w:pPr>
            <w:r>
              <w:rPr>
                <w:b/>
                <w:color w:val="18C8AA"/>
                <w:sz w:val="19"/>
              </w:rPr>
              <w:t>What do I want educators and colleagues to see more of in my leadership?</w:t>
            </w:r>
          </w:p>
          <w:p w14:paraId="69D7566B" w14:textId="77777777" w:rsidR="00E51D9F" w:rsidRDefault="00E51D9F" w:rsidP="004255A6">
            <w:pPr>
              <w:rPr>
                <w:color w:val="D9E1E7"/>
                <w:sz w:val="18"/>
              </w:rPr>
            </w:pPr>
          </w:p>
          <w:p w14:paraId="0804A347" w14:textId="54AB28C3" w:rsidR="00DC29B4" w:rsidRDefault="00DC29B4" w:rsidP="004255A6"/>
        </w:tc>
      </w:tr>
    </w:tbl>
    <w:p w14:paraId="3D90C916"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07E36E5F" w14:textId="77777777">
        <w:trPr>
          <w:cantSplit/>
          <w:jc w:val="center"/>
        </w:trPr>
        <w:tc>
          <w:tcPr>
            <w:tcW w:w="10166" w:type="dxa"/>
            <w:shd w:val="clear" w:color="auto" w:fill="F5F7F9"/>
            <w:tcMar>
              <w:top w:w="90" w:type="dxa"/>
              <w:left w:w="110" w:type="dxa"/>
              <w:bottom w:w="90" w:type="dxa"/>
              <w:right w:w="110" w:type="dxa"/>
            </w:tcMar>
          </w:tcPr>
          <w:p w14:paraId="767F1ACB" w14:textId="77777777" w:rsidR="00E51D9F" w:rsidRDefault="00D643DD">
            <w:pPr>
              <w:spacing w:after="80"/>
            </w:pPr>
            <w:r>
              <w:rPr>
                <w:b/>
                <w:color w:val="FF1390"/>
                <w:sz w:val="19"/>
              </w:rPr>
              <w:t>One behaviour I will deliberately practise next week is…</w:t>
            </w:r>
          </w:p>
          <w:p w14:paraId="7B78C25E" w14:textId="77777777" w:rsidR="00E51D9F" w:rsidRDefault="00E51D9F" w:rsidP="004255A6">
            <w:pPr>
              <w:rPr>
                <w:color w:val="D9E1E7"/>
                <w:sz w:val="18"/>
              </w:rPr>
            </w:pPr>
          </w:p>
          <w:p w14:paraId="315AEA83" w14:textId="051B480D" w:rsidR="00DC29B4" w:rsidRDefault="00DC29B4" w:rsidP="004255A6"/>
        </w:tc>
      </w:tr>
    </w:tbl>
    <w:p w14:paraId="3B0DF0A1" w14:textId="77777777" w:rsidR="00E51D9F" w:rsidRDefault="00E51D9F">
      <w:pPr>
        <w:spacing w:after="0"/>
      </w:pPr>
    </w:p>
    <w:p w14:paraId="20D51A38" w14:textId="77777777" w:rsidR="00E51D9F" w:rsidRDefault="00D643DD">
      <w:pPr>
        <w:pStyle w:val="Heading1"/>
      </w:pPr>
      <w:r>
        <w:t>Connect this activity to your Professional Development Plan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75CEC8F0" w14:textId="77777777">
        <w:trPr>
          <w:cantSplit/>
          <w:jc w:val="center"/>
        </w:trPr>
        <w:tc>
          <w:tcPr>
            <w:tcW w:w="10166" w:type="dxa"/>
            <w:shd w:val="clear" w:color="auto" w:fill="F5F7F9"/>
            <w:tcMar>
              <w:top w:w="90" w:type="dxa"/>
              <w:left w:w="110" w:type="dxa"/>
              <w:bottom w:w="90" w:type="dxa"/>
              <w:right w:w="110" w:type="dxa"/>
            </w:tcMar>
          </w:tcPr>
          <w:p w14:paraId="2A5BA5FF" w14:textId="77777777" w:rsidR="00E51D9F" w:rsidRDefault="00D643DD">
            <w:pPr>
              <w:spacing w:after="80"/>
            </w:pPr>
            <w:r>
              <w:rPr>
                <w:b/>
                <w:color w:val="18C8AA"/>
                <w:sz w:val="19"/>
              </w:rPr>
              <w:t>What did this activity confirm about a current leadership strength?</w:t>
            </w:r>
          </w:p>
          <w:p w14:paraId="725C93AC" w14:textId="77777777" w:rsidR="00E51D9F" w:rsidRDefault="00E51D9F" w:rsidP="004255A6">
            <w:pPr>
              <w:rPr>
                <w:color w:val="D9E1E7"/>
                <w:sz w:val="18"/>
              </w:rPr>
            </w:pPr>
          </w:p>
          <w:p w14:paraId="118D53A6" w14:textId="62C5899C" w:rsidR="00DC29B4" w:rsidRDefault="00DC29B4" w:rsidP="004255A6"/>
        </w:tc>
      </w:tr>
    </w:tbl>
    <w:p w14:paraId="18FFA3E3"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71A575AE" w14:textId="77777777">
        <w:trPr>
          <w:cantSplit/>
          <w:jc w:val="center"/>
        </w:trPr>
        <w:tc>
          <w:tcPr>
            <w:tcW w:w="10166" w:type="dxa"/>
            <w:shd w:val="clear" w:color="auto" w:fill="F5F7F9"/>
            <w:tcMar>
              <w:top w:w="90" w:type="dxa"/>
              <w:left w:w="110" w:type="dxa"/>
              <w:bottom w:w="90" w:type="dxa"/>
              <w:right w:w="110" w:type="dxa"/>
            </w:tcMar>
          </w:tcPr>
          <w:p w14:paraId="223F0951" w14:textId="77777777" w:rsidR="00E51D9F" w:rsidRDefault="00D643DD">
            <w:pPr>
              <w:spacing w:after="80"/>
            </w:pPr>
            <w:r>
              <w:rPr>
                <w:b/>
                <w:color w:val="FF1390"/>
                <w:sz w:val="19"/>
              </w:rPr>
              <w:t>What capability or behaviour would I like to strengthen next?</w:t>
            </w:r>
          </w:p>
          <w:p w14:paraId="5A6250E5" w14:textId="77777777" w:rsidR="00E51D9F" w:rsidRDefault="00E51D9F" w:rsidP="004255A6">
            <w:pPr>
              <w:rPr>
                <w:color w:val="D9E1E7"/>
                <w:sz w:val="18"/>
              </w:rPr>
            </w:pPr>
          </w:p>
          <w:p w14:paraId="4B46AE9C" w14:textId="649A278A" w:rsidR="00DC29B4" w:rsidRDefault="00DC29B4" w:rsidP="004255A6"/>
        </w:tc>
      </w:tr>
    </w:tbl>
    <w:p w14:paraId="73A07A56"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4354F4CA" w14:textId="77777777">
        <w:trPr>
          <w:cantSplit/>
          <w:jc w:val="center"/>
        </w:trPr>
        <w:tc>
          <w:tcPr>
            <w:tcW w:w="10166" w:type="dxa"/>
            <w:shd w:val="clear" w:color="auto" w:fill="F5F7F9"/>
            <w:tcMar>
              <w:top w:w="90" w:type="dxa"/>
              <w:left w:w="110" w:type="dxa"/>
              <w:bottom w:w="90" w:type="dxa"/>
              <w:right w:w="110" w:type="dxa"/>
            </w:tcMar>
          </w:tcPr>
          <w:p w14:paraId="6E822542" w14:textId="77777777" w:rsidR="00E51D9F" w:rsidRDefault="00D643DD">
            <w:pPr>
              <w:spacing w:after="80"/>
            </w:pPr>
            <w:r>
              <w:rPr>
                <w:b/>
                <w:color w:val="FEAA1B"/>
                <w:sz w:val="19"/>
              </w:rPr>
              <w:t>What is one specific action I will take in the next two weeks?</w:t>
            </w:r>
          </w:p>
          <w:p w14:paraId="4D24E9FC" w14:textId="77777777" w:rsidR="00E51D9F" w:rsidRDefault="00E51D9F" w:rsidP="004255A6">
            <w:pPr>
              <w:rPr>
                <w:color w:val="D9E1E7"/>
                <w:sz w:val="18"/>
              </w:rPr>
            </w:pPr>
          </w:p>
          <w:p w14:paraId="4A2D34F2" w14:textId="08C6594E" w:rsidR="00DC29B4" w:rsidRDefault="00DC29B4" w:rsidP="004255A6"/>
        </w:tc>
      </w:tr>
    </w:tbl>
    <w:p w14:paraId="2D3FD129" w14:textId="77777777" w:rsidR="00E51D9F" w:rsidRDefault="00E51D9F">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E51D9F" w14:paraId="656B19DD" w14:textId="77777777">
        <w:trPr>
          <w:cantSplit/>
          <w:jc w:val="center"/>
        </w:trPr>
        <w:tc>
          <w:tcPr>
            <w:tcW w:w="10166" w:type="dxa"/>
            <w:shd w:val="clear" w:color="auto" w:fill="F5F7F9"/>
            <w:tcMar>
              <w:top w:w="90" w:type="dxa"/>
              <w:left w:w="110" w:type="dxa"/>
              <w:bottom w:w="90" w:type="dxa"/>
              <w:right w:w="110" w:type="dxa"/>
            </w:tcMar>
          </w:tcPr>
          <w:p w14:paraId="0447DB54" w14:textId="77777777" w:rsidR="00E51D9F" w:rsidRDefault="00D643DD">
            <w:pPr>
              <w:spacing w:after="80"/>
            </w:pPr>
            <w:r>
              <w:rPr>
                <w:b/>
                <w:color w:val="6B23D8"/>
                <w:sz w:val="19"/>
              </w:rPr>
              <w:t>What evidence will tell me whether the action made a difference?</w:t>
            </w:r>
          </w:p>
          <w:p w14:paraId="025DD96F" w14:textId="1C3134AD" w:rsidR="00DC29B4" w:rsidRDefault="00DC29B4" w:rsidP="004255A6"/>
        </w:tc>
      </w:tr>
    </w:tbl>
    <w:p w14:paraId="58CC2960" w14:textId="77777777" w:rsidR="00E51D9F" w:rsidRPr="004255A6" w:rsidRDefault="00E51D9F">
      <w:pPr>
        <w:spacing w:after="0"/>
        <w:rPr>
          <w:sz w:val="2"/>
          <w:szCs w:val="2"/>
        </w:rPr>
      </w:pPr>
    </w:p>
    <w:sectPr w:rsidR="00E51D9F" w:rsidRPr="004255A6" w:rsidSect="00034616">
      <w:headerReference w:type="default" r:id="rId8"/>
      <w:footerReference w:type="default" r:id="rId9"/>
      <w:pgSz w:w="12240" w:h="15840"/>
      <w:pgMar w:top="979"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3F038" w14:textId="77777777" w:rsidR="00D643DD" w:rsidRDefault="00D643DD">
      <w:pPr>
        <w:spacing w:after="0" w:line="240" w:lineRule="auto"/>
      </w:pPr>
      <w:r>
        <w:separator/>
      </w:r>
    </w:p>
  </w:endnote>
  <w:endnote w:type="continuationSeparator" w:id="0">
    <w:p w14:paraId="20868622" w14:textId="77777777" w:rsidR="00D643DD" w:rsidRDefault="00D64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Montserrat ExtraBold">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FD1D" w14:textId="77777777" w:rsidR="00E51D9F" w:rsidRDefault="00D643DD">
    <w:pPr>
      <w:pStyle w:val="Footer"/>
    </w:pPr>
    <w:r>
      <w:rPr>
        <w:rFonts w:ascii="Aptos" w:hAnsi="Aptos"/>
        <w:color w:val="5D6872"/>
        <w:sz w:val="16"/>
      </w:rPr>
      <w:t>Module 1 Workplace Activity 2  |  The Leadership Shadow Challenge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46E81" w14:textId="77777777" w:rsidR="00D643DD" w:rsidRDefault="00D643DD">
      <w:pPr>
        <w:spacing w:after="0" w:line="240" w:lineRule="auto"/>
      </w:pPr>
      <w:r>
        <w:separator/>
      </w:r>
    </w:p>
  </w:footnote>
  <w:footnote w:type="continuationSeparator" w:id="0">
    <w:p w14:paraId="3BBB5F86" w14:textId="77777777" w:rsidR="00D643DD" w:rsidRDefault="00D64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13619" w14:textId="77777777" w:rsidR="00E51D9F" w:rsidRDefault="00D643DD">
    <w:pPr>
      <w:pStyle w:val="Header"/>
      <w:jc w:val="right"/>
    </w:pPr>
    <w:r>
      <w:rPr>
        <w:rFonts w:ascii="Aptos" w:hAnsi="Aptos"/>
        <w:b/>
        <w:color w:val="6B23D8"/>
        <w:sz w:val="16"/>
      </w:rPr>
      <w:t>FAMILY DAY CARE COORDINATOR DEVELOPMENT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6530648">
    <w:abstractNumId w:val="8"/>
  </w:num>
  <w:num w:numId="2" w16cid:durableId="146214404">
    <w:abstractNumId w:val="6"/>
  </w:num>
  <w:num w:numId="3" w16cid:durableId="60367498">
    <w:abstractNumId w:val="5"/>
  </w:num>
  <w:num w:numId="4" w16cid:durableId="534195759">
    <w:abstractNumId w:val="4"/>
  </w:num>
  <w:num w:numId="5" w16cid:durableId="813529190">
    <w:abstractNumId w:val="7"/>
  </w:num>
  <w:num w:numId="6" w16cid:durableId="1835291687">
    <w:abstractNumId w:val="3"/>
  </w:num>
  <w:num w:numId="7" w16cid:durableId="1727220517">
    <w:abstractNumId w:val="2"/>
  </w:num>
  <w:num w:numId="8" w16cid:durableId="1306622779">
    <w:abstractNumId w:val="1"/>
  </w:num>
  <w:num w:numId="9" w16cid:durableId="236596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55A6"/>
    <w:rsid w:val="0096523B"/>
    <w:rsid w:val="00AA1D8D"/>
    <w:rsid w:val="00B47730"/>
    <w:rsid w:val="00CB0664"/>
    <w:rsid w:val="00D643DD"/>
    <w:rsid w:val="00DC29B4"/>
    <w:rsid w:val="00E51D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20BB3"/>
  <w14:defaultImageDpi w14:val="300"/>
  <w15:docId w15:val="{15AD2BD1-FD78-4541-B6C8-3DDD43EE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5A6"/>
    <w:pPr>
      <w:spacing w:after="100" w:line="252" w:lineRule="auto"/>
    </w:pPr>
    <w:rPr>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6B23D8"/>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8C8AA"/>
      <w:sz w:val="27"/>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FF139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FF1390"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88004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8800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FF1390"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CD006C"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FF139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FF1390" w:themeColor="accent1"/>
    </w:rPr>
  </w:style>
  <w:style w:type="paragraph" w:styleId="Title">
    <w:name w:val="Title"/>
    <w:basedOn w:val="Normal"/>
    <w:next w:val="Normal"/>
    <w:link w:val="TitleChar"/>
    <w:uiPriority w:val="10"/>
    <w:qFormat/>
    <w:rsid w:val="00FC693F"/>
    <w:pPr>
      <w:pBdr>
        <w:bottom w:val="single" w:sz="8" w:space="4" w:color="FF1390"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FF1390"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FF139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FF139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88004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8800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FF139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FF1390"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FF1390" w:themeColor="accent1"/>
      </w:pBdr>
      <w:spacing w:before="200" w:after="280"/>
      <w:ind w:left="936" w:right="936"/>
    </w:pPr>
    <w:rPr>
      <w:b/>
      <w:bCs/>
      <w:i/>
      <w:iCs/>
      <w:color w:val="FF1390" w:themeColor="accent1"/>
    </w:rPr>
  </w:style>
  <w:style w:type="character" w:customStyle="1" w:styleId="IntenseQuoteChar">
    <w:name w:val="Intense Quote Char"/>
    <w:basedOn w:val="DefaultParagraphFont"/>
    <w:link w:val="IntenseQuote"/>
    <w:uiPriority w:val="30"/>
    <w:rsid w:val="00FC693F"/>
    <w:rPr>
      <w:b/>
      <w:bCs/>
      <w:i/>
      <w:iCs/>
      <w:color w:val="FF1390"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FF1390" w:themeColor="accent1"/>
    </w:rPr>
  </w:style>
  <w:style w:type="character" w:styleId="SubtleReference">
    <w:name w:val="Subtle Reference"/>
    <w:basedOn w:val="DefaultParagraphFont"/>
    <w:uiPriority w:val="31"/>
    <w:qFormat/>
    <w:rsid w:val="00FC693F"/>
    <w:rPr>
      <w:smallCaps/>
      <w:color w:val="FEAA1B" w:themeColor="accent2"/>
      <w:u w:val="single"/>
    </w:rPr>
  </w:style>
  <w:style w:type="character" w:styleId="IntenseReference">
    <w:name w:val="Intense Reference"/>
    <w:basedOn w:val="DefaultParagraphFont"/>
    <w:uiPriority w:val="32"/>
    <w:qFormat/>
    <w:rsid w:val="00FC693F"/>
    <w:rPr>
      <w:b/>
      <w:bCs/>
      <w:smallCaps/>
      <w:color w:val="FEAA1B"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CD006C" w:themeColor="accent1" w:themeShade="BF"/>
    </w:rPr>
    <w:tblPr>
      <w:tblStyleRowBandSize w:val="1"/>
      <w:tblStyleColBandSize w:val="1"/>
      <w:tblBorders>
        <w:top w:val="single" w:sz="8" w:space="0" w:color="FF1390" w:themeColor="accent1"/>
        <w:bottom w:val="single" w:sz="8" w:space="0" w:color="FF1390" w:themeColor="accent1"/>
      </w:tblBorders>
    </w:tblPr>
    <w:tblStylePr w:type="fir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la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left w:val="nil"/>
          <w:right w:val="nil"/>
          <w:insideH w:val="nil"/>
          <w:insideV w:val="nil"/>
        </w:tcBorders>
        <w:shd w:val="clear" w:color="auto" w:fill="FFC4E3" w:themeFill="accent1" w:themeFillTint="3F"/>
      </w:tcPr>
    </w:tblStylePr>
  </w:style>
  <w:style w:type="table" w:styleId="LightShading-Accent2">
    <w:name w:val="Light Shading Accent 2"/>
    <w:basedOn w:val="TableNormal"/>
    <w:uiPriority w:val="60"/>
    <w:rsid w:val="00FC693F"/>
    <w:pPr>
      <w:spacing w:after="0" w:line="240" w:lineRule="auto"/>
    </w:pPr>
    <w:rPr>
      <w:color w:val="D18301" w:themeColor="accent2" w:themeShade="BF"/>
    </w:rPr>
    <w:tblPr>
      <w:tblStyleRowBandSize w:val="1"/>
      <w:tblStyleColBandSize w:val="1"/>
      <w:tblBorders>
        <w:top w:val="single" w:sz="8" w:space="0" w:color="FEAA1B" w:themeColor="accent2"/>
        <w:bottom w:val="single" w:sz="8" w:space="0" w:color="FEAA1B" w:themeColor="accent2"/>
      </w:tblBorders>
    </w:tblPr>
    <w:tblStylePr w:type="fir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la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left w:val="nil"/>
          <w:right w:val="nil"/>
          <w:insideH w:val="nil"/>
          <w:insideV w:val="nil"/>
        </w:tcBorders>
        <w:shd w:val="clear" w:color="auto" w:fill="FEE9C6" w:themeFill="accent2" w:themeFillTint="3F"/>
      </w:tcPr>
    </w:tblStylePr>
  </w:style>
  <w:style w:type="table" w:styleId="LightShading-Accent3">
    <w:name w:val="Light Shading Accent 3"/>
    <w:basedOn w:val="TableNormal"/>
    <w:uiPriority w:val="60"/>
    <w:rsid w:val="00FC693F"/>
    <w:pPr>
      <w:spacing w:after="0" w:line="240" w:lineRule="auto"/>
    </w:pPr>
    <w:rPr>
      <w:color w:val="12957E" w:themeColor="accent3" w:themeShade="BF"/>
    </w:rPr>
    <w:tblPr>
      <w:tblStyleRowBandSize w:val="1"/>
      <w:tblStyleColBandSize w:val="1"/>
      <w:tblBorders>
        <w:top w:val="single" w:sz="8" w:space="0" w:color="18C8AA" w:themeColor="accent3"/>
        <w:bottom w:val="single" w:sz="8" w:space="0" w:color="18C8AA" w:themeColor="accent3"/>
      </w:tblBorders>
    </w:tblPr>
    <w:tblStylePr w:type="fir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la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left w:val="nil"/>
          <w:right w:val="nil"/>
          <w:insideH w:val="nil"/>
          <w:insideV w:val="nil"/>
        </w:tcBorders>
        <w:shd w:val="clear" w:color="auto" w:fill="BFF7ED" w:themeFill="accent3" w:themeFillTint="3F"/>
      </w:tcPr>
    </w:tblStylePr>
  </w:style>
  <w:style w:type="table" w:styleId="LightShading-Accent4">
    <w:name w:val="Light Shading Accent 4"/>
    <w:basedOn w:val="TableNormal"/>
    <w:uiPriority w:val="60"/>
    <w:rsid w:val="00FC693F"/>
    <w:pPr>
      <w:spacing w:after="0" w:line="240" w:lineRule="auto"/>
    </w:pPr>
    <w:rPr>
      <w:color w:val="4F1AA1" w:themeColor="accent4" w:themeShade="BF"/>
    </w:rPr>
    <w:tblPr>
      <w:tblStyleRowBandSize w:val="1"/>
      <w:tblStyleColBandSize w:val="1"/>
      <w:tblBorders>
        <w:top w:val="single" w:sz="8" w:space="0" w:color="6B23D8" w:themeColor="accent4"/>
        <w:bottom w:val="single" w:sz="8" w:space="0" w:color="6B23D8" w:themeColor="accent4"/>
      </w:tblBorders>
    </w:tblPr>
    <w:tblStylePr w:type="fir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la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left w:val="nil"/>
          <w:right w:val="nil"/>
          <w:insideH w:val="nil"/>
          <w:insideV w:val="nil"/>
        </w:tcBorders>
        <w:shd w:val="clear" w:color="auto" w:fill="DAC7F6" w:themeFill="accent4" w:themeFillTint="3F"/>
      </w:tcPr>
    </w:tblStylePr>
  </w:style>
  <w:style w:type="table" w:styleId="LightShading-Accent5">
    <w:name w:val="Light Shading Accent 5"/>
    <w:basedOn w:val="TableNormal"/>
    <w:uiPriority w:val="60"/>
    <w:rsid w:val="00FC693F"/>
    <w:pPr>
      <w:spacing w:after="0" w:line="240" w:lineRule="auto"/>
    </w:pPr>
    <w:rPr>
      <w:color w:val="3A127F" w:themeColor="accent5" w:themeShade="BF"/>
    </w:rPr>
    <w:tblPr>
      <w:tblStyleRowBandSize w:val="1"/>
      <w:tblStyleColBandSize w:val="1"/>
      <w:tblBorders>
        <w:top w:val="single" w:sz="8" w:space="0" w:color="4E18AA" w:themeColor="accent5"/>
        <w:bottom w:val="single" w:sz="8" w:space="0" w:color="4E18AA" w:themeColor="accent5"/>
      </w:tblBorders>
    </w:tblPr>
    <w:tblStylePr w:type="fir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la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left w:val="nil"/>
          <w:right w:val="nil"/>
          <w:insideH w:val="nil"/>
          <w:insideV w:val="nil"/>
        </w:tcBorders>
        <w:shd w:val="clear" w:color="auto" w:fill="D0BAF5" w:themeFill="accent5" w:themeFillTint="3F"/>
      </w:tcPr>
    </w:tblStylePr>
  </w:style>
  <w:style w:type="table" w:styleId="LightShading-Accent6">
    <w:name w:val="Light Shading Accent 6"/>
    <w:basedOn w:val="TableNormal"/>
    <w:uiPriority w:val="60"/>
    <w:rsid w:val="00FC693F"/>
    <w:pPr>
      <w:spacing w:after="0" w:line="240" w:lineRule="auto"/>
    </w:pPr>
    <w:rPr>
      <w:color w:val="075C82" w:themeColor="accent6" w:themeShade="BF"/>
    </w:rPr>
    <w:tblPr>
      <w:tblStyleRowBandSize w:val="1"/>
      <w:tblStyleColBandSize w:val="1"/>
      <w:tblBorders>
        <w:top w:val="single" w:sz="8" w:space="0" w:color="0A7CAE" w:themeColor="accent6"/>
        <w:bottom w:val="single" w:sz="8" w:space="0" w:color="0A7CAE" w:themeColor="accent6"/>
      </w:tblBorders>
    </w:tblPr>
    <w:tblStylePr w:type="fir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la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left w:val="nil"/>
          <w:right w:val="nil"/>
          <w:insideH w:val="nil"/>
          <w:insideV w:val="nil"/>
        </w:tcBorders>
        <w:shd w:val="clear" w:color="auto" w:fill="B2E4F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pPr>
        <w:spacing w:before="0" w:after="0" w:line="240" w:lineRule="auto"/>
      </w:pPr>
      <w:rPr>
        <w:b/>
        <w:bCs/>
        <w:color w:val="FFFFFF" w:themeColor="background1"/>
      </w:rPr>
      <w:tblPr/>
      <w:tcPr>
        <w:shd w:val="clear" w:color="auto" w:fill="FF1390" w:themeFill="accent1"/>
      </w:tcPr>
    </w:tblStylePr>
    <w:tblStylePr w:type="lastRow">
      <w:pPr>
        <w:spacing w:before="0" w:after="0" w:line="240" w:lineRule="auto"/>
      </w:pPr>
      <w:rPr>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tcBorders>
      </w:tcPr>
    </w:tblStylePr>
    <w:tblStylePr w:type="firstCol">
      <w:rPr>
        <w:b/>
        <w:bCs/>
      </w:rPr>
    </w:tblStylePr>
    <w:tblStylePr w:type="lastCol">
      <w:rPr>
        <w:b/>
        <w:bCs/>
      </w:r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pPr>
        <w:spacing w:before="0" w:after="0" w:line="240" w:lineRule="auto"/>
      </w:pPr>
      <w:rPr>
        <w:b/>
        <w:bCs/>
        <w:color w:val="FFFFFF" w:themeColor="background1"/>
      </w:rPr>
      <w:tblPr/>
      <w:tcPr>
        <w:shd w:val="clear" w:color="auto" w:fill="FEAA1B" w:themeFill="accent2"/>
      </w:tcPr>
    </w:tblStylePr>
    <w:tblStylePr w:type="lastRow">
      <w:pPr>
        <w:spacing w:before="0" w:after="0" w:line="240" w:lineRule="auto"/>
      </w:pPr>
      <w:rPr>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tcBorders>
      </w:tcPr>
    </w:tblStylePr>
    <w:tblStylePr w:type="firstCol">
      <w:rPr>
        <w:b/>
        <w:bCs/>
      </w:rPr>
    </w:tblStylePr>
    <w:tblStylePr w:type="lastCol">
      <w:rPr>
        <w:b/>
        <w:bCs/>
      </w:r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pPr>
        <w:spacing w:before="0" w:after="0" w:line="240" w:lineRule="auto"/>
      </w:pPr>
      <w:rPr>
        <w:b/>
        <w:bCs/>
        <w:color w:val="FFFFFF" w:themeColor="background1"/>
      </w:rPr>
      <w:tblPr/>
      <w:tcPr>
        <w:shd w:val="clear" w:color="auto" w:fill="18C8AA" w:themeFill="accent3"/>
      </w:tcPr>
    </w:tblStylePr>
    <w:tblStylePr w:type="lastRow">
      <w:pPr>
        <w:spacing w:before="0" w:after="0" w:line="240" w:lineRule="auto"/>
      </w:pPr>
      <w:rPr>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tcBorders>
      </w:tcPr>
    </w:tblStylePr>
    <w:tblStylePr w:type="firstCol">
      <w:rPr>
        <w:b/>
        <w:bCs/>
      </w:rPr>
    </w:tblStylePr>
    <w:tblStylePr w:type="lastCol">
      <w:rPr>
        <w:b/>
        <w:bCs/>
      </w:r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pPr>
        <w:spacing w:before="0" w:after="0" w:line="240" w:lineRule="auto"/>
      </w:pPr>
      <w:rPr>
        <w:b/>
        <w:bCs/>
        <w:color w:val="FFFFFF" w:themeColor="background1"/>
      </w:rPr>
      <w:tblPr/>
      <w:tcPr>
        <w:shd w:val="clear" w:color="auto" w:fill="6B23D8" w:themeFill="accent4"/>
      </w:tcPr>
    </w:tblStylePr>
    <w:tblStylePr w:type="lastRow">
      <w:pPr>
        <w:spacing w:before="0" w:after="0" w:line="240" w:lineRule="auto"/>
      </w:pPr>
      <w:rPr>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tcBorders>
      </w:tcPr>
    </w:tblStylePr>
    <w:tblStylePr w:type="firstCol">
      <w:rPr>
        <w:b/>
        <w:bCs/>
      </w:rPr>
    </w:tblStylePr>
    <w:tblStylePr w:type="lastCol">
      <w:rPr>
        <w:b/>
        <w:bCs/>
      </w:r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pPr>
        <w:spacing w:before="0" w:after="0" w:line="240" w:lineRule="auto"/>
      </w:pPr>
      <w:rPr>
        <w:b/>
        <w:bCs/>
        <w:color w:val="FFFFFF" w:themeColor="background1"/>
      </w:rPr>
      <w:tblPr/>
      <w:tcPr>
        <w:shd w:val="clear" w:color="auto" w:fill="4E18AA" w:themeFill="accent5"/>
      </w:tcPr>
    </w:tblStylePr>
    <w:tblStylePr w:type="lastRow">
      <w:pPr>
        <w:spacing w:before="0" w:after="0" w:line="240" w:lineRule="auto"/>
      </w:pPr>
      <w:rPr>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tcBorders>
      </w:tcPr>
    </w:tblStylePr>
    <w:tblStylePr w:type="firstCol">
      <w:rPr>
        <w:b/>
        <w:bCs/>
      </w:rPr>
    </w:tblStylePr>
    <w:tblStylePr w:type="lastCol">
      <w:rPr>
        <w:b/>
        <w:bCs/>
      </w:r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pPr>
        <w:spacing w:before="0" w:after="0" w:line="240" w:lineRule="auto"/>
      </w:pPr>
      <w:rPr>
        <w:b/>
        <w:bCs/>
        <w:color w:val="FFFFFF" w:themeColor="background1"/>
      </w:rPr>
      <w:tblPr/>
      <w:tcPr>
        <w:shd w:val="clear" w:color="auto" w:fill="0A7CAE" w:themeFill="accent6"/>
      </w:tcPr>
    </w:tblStylePr>
    <w:tblStylePr w:type="lastRow">
      <w:pPr>
        <w:spacing w:before="0" w:after="0" w:line="240" w:lineRule="auto"/>
      </w:pPr>
      <w:rPr>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tcBorders>
      </w:tcPr>
    </w:tblStylePr>
    <w:tblStylePr w:type="firstCol">
      <w:rPr>
        <w:b/>
        <w:bCs/>
      </w:rPr>
    </w:tblStylePr>
    <w:tblStylePr w:type="lastCol">
      <w:rPr>
        <w:b/>
        <w:bCs/>
      </w:r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18" w:space="0" w:color="FF1390" w:themeColor="accent1"/>
          <w:right w:val="single" w:sz="8" w:space="0" w:color="FF1390" w:themeColor="accent1"/>
          <w:insideH w:val="nil"/>
          <w:insideV w:val="single" w:sz="8" w:space="0" w:color="FF139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insideH w:val="nil"/>
          <w:insideV w:val="single" w:sz="8" w:space="0" w:color="FF139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shd w:val="clear" w:color="auto" w:fill="FFC4E3" w:themeFill="accent1" w:themeFillTint="3F"/>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shd w:val="clear" w:color="auto" w:fill="FFC4E3" w:themeFill="accent1" w:themeFillTint="3F"/>
      </w:tcPr>
    </w:tblStylePr>
    <w:tblStylePr w:type="band2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18" w:space="0" w:color="FEAA1B" w:themeColor="accent2"/>
          <w:right w:val="single" w:sz="8" w:space="0" w:color="FEAA1B" w:themeColor="accent2"/>
          <w:insideH w:val="nil"/>
          <w:insideV w:val="single" w:sz="8" w:space="0" w:color="FEAA1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insideH w:val="nil"/>
          <w:insideV w:val="single" w:sz="8" w:space="0" w:color="FEAA1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shd w:val="clear" w:color="auto" w:fill="FEE9C6" w:themeFill="accent2" w:themeFillTint="3F"/>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shd w:val="clear" w:color="auto" w:fill="FEE9C6" w:themeFill="accent2" w:themeFillTint="3F"/>
      </w:tcPr>
    </w:tblStylePr>
    <w:tblStylePr w:type="band2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18" w:space="0" w:color="18C8AA" w:themeColor="accent3"/>
          <w:right w:val="single" w:sz="8" w:space="0" w:color="18C8AA" w:themeColor="accent3"/>
          <w:insideH w:val="nil"/>
          <w:insideV w:val="single" w:sz="8" w:space="0" w:color="18C8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insideH w:val="nil"/>
          <w:insideV w:val="single" w:sz="8" w:space="0" w:color="18C8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shd w:val="clear" w:color="auto" w:fill="BFF7ED" w:themeFill="accent3" w:themeFillTint="3F"/>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shd w:val="clear" w:color="auto" w:fill="BFF7ED" w:themeFill="accent3" w:themeFillTint="3F"/>
      </w:tcPr>
    </w:tblStylePr>
    <w:tblStylePr w:type="band2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18" w:space="0" w:color="6B23D8" w:themeColor="accent4"/>
          <w:right w:val="single" w:sz="8" w:space="0" w:color="6B23D8" w:themeColor="accent4"/>
          <w:insideH w:val="nil"/>
          <w:insideV w:val="single" w:sz="8" w:space="0" w:color="6B23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insideH w:val="nil"/>
          <w:insideV w:val="single" w:sz="8" w:space="0" w:color="6B23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shd w:val="clear" w:color="auto" w:fill="DAC7F6" w:themeFill="accent4" w:themeFillTint="3F"/>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shd w:val="clear" w:color="auto" w:fill="DAC7F6" w:themeFill="accent4" w:themeFillTint="3F"/>
      </w:tcPr>
    </w:tblStylePr>
    <w:tblStylePr w:type="band2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18" w:space="0" w:color="4E18AA" w:themeColor="accent5"/>
          <w:right w:val="single" w:sz="8" w:space="0" w:color="4E18AA" w:themeColor="accent5"/>
          <w:insideH w:val="nil"/>
          <w:insideV w:val="single" w:sz="8" w:space="0" w:color="4E18A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insideH w:val="nil"/>
          <w:insideV w:val="single" w:sz="8" w:space="0" w:color="4E18A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shd w:val="clear" w:color="auto" w:fill="D0BAF5" w:themeFill="accent5" w:themeFillTint="3F"/>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shd w:val="clear" w:color="auto" w:fill="D0BAF5" w:themeFill="accent5" w:themeFillTint="3F"/>
      </w:tcPr>
    </w:tblStylePr>
    <w:tblStylePr w:type="band2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18" w:space="0" w:color="0A7CAE" w:themeColor="accent6"/>
          <w:right w:val="single" w:sz="8" w:space="0" w:color="0A7CAE" w:themeColor="accent6"/>
          <w:insideH w:val="nil"/>
          <w:insideV w:val="single" w:sz="8" w:space="0" w:color="0A7C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insideH w:val="nil"/>
          <w:insideV w:val="single" w:sz="8" w:space="0" w:color="0A7C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shd w:val="clear" w:color="auto" w:fill="B2E4FA" w:themeFill="accent6" w:themeFillTint="3F"/>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shd w:val="clear" w:color="auto" w:fill="B2E4FA" w:themeFill="accent6" w:themeFillTint="3F"/>
      </w:tcPr>
    </w:tblStylePr>
    <w:tblStylePr w:type="band2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tblBorders>
    </w:tblPr>
    <w:tblStylePr w:type="firstRow">
      <w:pPr>
        <w:spacing w:before="0" w:after="0" w:line="240" w:lineRule="auto"/>
      </w:pPr>
      <w:rPr>
        <w:b/>
        <w:bCs/>
        <w:color w:val="FFFFFF" w:themeColor="background1"/>
      </w:rPr>
      <w:tblPr/>
      <w:tcPr>
        <w:tc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shd w:val="clear" w:color="auto" w:fill="FF1390" w:themeFill="accent1"/>
      </w:tcPr>
    </w:tblStylePr>
    <w:tblStylePr w:type="lastRow">
      <w:pPr>
        <w:spacing w:before="0" w:after="0" w:line="240" w:lineRule="auto"/>
      </w:pPr>
      <w:rPr>
        <w:b/>
        <w:bCs/>
      </w:rPr>
      <w:tblPr/>
      <w:tcPr>
        <w:tcBorders>
          <w:top w:val="double" w:sz="6"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4E3" w:themeFill="accent1" w:themeFillTint="3F"/>
      </w:tcPr>
    </w:tblStylePr>
    <w:tblStylePr w:type="band1Horz">
      <w:tblPr/>
      <w:tcPr>
        <w:tcBorders>
          <w:insideH w:val="nil"/>
          <w:insideV w:val="nil"/>
        </w:tcBorders>
        <w:shd w:val="clear" w:color="auto" w:fill="FFC4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tblBorders>
    </w:tblPr>
    <w:tblStylePr w:type="firstRow">
      <w:pPr>
        <w:spacing w:before="0" w:after="0" w:line="240" w:lineRule="auto"/>
      </w:pPr>
      <w:rPr>
        <w:b/>
        <w:bCs/>
        <w:color w:val="FFFFFF" w:themeColor="background1"/>
      </w:rPr>
      <w:tblPr/>
      <w:tcPr>
        <w:tc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shd w:val="clear" w:color="auto" w:fill="FEAA1B" w:themeFill="accent2"/>
      </w:tcPr>
    </w:tblStylePr>
    <w:tblStylePr w:type="lastRow">
      <w:pPr>
        <w:spacing w:before="0" w:after="0" w:line="240" w:lineRule="auto"/>
      </w:pPr>
      <w:rPr>
        <w:b/>
        <w:bCs/>
      </w:rPr>
      <w:tblPr/>
      <w:tcPr>
        <w:tcBorders>
          <w:top w:val="double" w:sz="6"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9C6" w:themeFill="accent2" w:themeFillTint="3F"/>
      </w:tcPr>
    </w:tblStylePr>
    <w:tblStylePr w:type="band1Horz">
      <w:tblPr/>
      <w:tcPr>
        <w:tcBorders>
          <w:insideH w:val="nil"/>
          <w:insideV w:val="nil"/>
        </w:tcBorders>
        <w:shd w:val="clear" w:color="auto" w:fill="FEE9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tblBorders>
    </w:tblPr>
    <w:tblStylePr w:type="firstRow">
      <w:pPr>
        <w:spacing w:before="0" w:after="0" w:line="240" w:lineRule="auto"/>
      </w:pPr>
      <w:rPr>
        <w:b/>
        <w:bCs/>
        <w:color w:val="FFFFFF" w:themeColor="background1"/>
      </w:rPr>
      <w:tblPr/>
      <w:tcPr>
        <w:tc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shd w:val="clear" w:color="auto" w:fill="18C8AA" w:themeFill="accent3"/>
      </w:tcPr>
    </w:tblStylePr>
    <w:tblStylePr w:type="lastRow">
      <w:pPr>
        <w:spacing w:before="0" w:after="0" w:line="240" w:lineRule="auto"/>
      </w:pPr>
      <w:rPr>
        <w:b/>
        <w:bCs/>
      </w:rPr>
      <w:tblPr/>
      <w:tcPr>
        <w:tcBorders>
          <w:top w:val="double" w:sz="6"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tcPr>
    </w:tblStylePr>
    <w:tblStylePr w:type="firstCol">
      <w:rPr>
        <w:b/>
        <w:bCs/>
      </w:rPr>
    </w:tblStylePr>
    <w:tblStylePr w:type="lastCol">
      <w:rPr>
        <w:b/>
        <w:bCs/>
      </w:rPr>
    </w:tblStylePr>
    <w:tblStylePr w:type="band1Vert">
      <w:tblPr/>
      <w:tcPr>
        <w:shd w:val="clear" w:color="auto" w:fill="BFF7ED" w:themeFill="accent3" w:themeFillTint="3F"/>
      </w:tcPr>
    </w:tblStylePr>
    <w:tblStylePr w:type="band1Horz">
      <w:tblPr/>
      <w:tcPr>
        <w:tcBorders>
          <w:insideH w:val="nil"/>
          <w:insideV w:val="nil"/>
        </w:tcBorders>
        <w:shd w:val="clear" w:color="auto" w:fill="BF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tblBorders>
    </w:tblPr>
    <w:tblStylePr w:type="firstRow">
      <w:pPr>
        <w:spacing w:before="0" w:after="0" w:line="240" w:lineRule="auto"/>
      </w:pPr>
      <w:rPr>
        <w:b/>
        <w:bCs/>
        <w:color w:val="FFFFFF" w:themeColor="background1"/>
      </w:rPr>
      <w:tblPr/>
      <w:tcPr>
        <w:tc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shd w:val="clear" w:color="auto" w:fill="6B23D8" w:themeFill="accent4"/>
      </w:tcPr>
    </w:tblStylePr>
    <w:tblStylePr w:type="lastRow">
      <w:pPr>
        <w:spacing w:before="0" w:after="0" w:line="240" w:lineRule="auto"/>
      </w:pPr>
      <w:rPr>
        <w:b/>
        <w:bCs/>
      </w:rPr>
      <w:tblPr/>
      <w:tcPr>
        <w:tcBorders>
          <w:top w:val="double" w:sz="6"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C7F6" w:themeFill="accent4" w:themeFillTint="3F"/>
      </w:tcPr>
    </w:tblStylePr>
    <w:tblStylePr w:type="band1Horz">
      <w:tblPr/>
      <w:tcPr>
        <w:tcBorders>
          <w:insideH w:val="nil"/>
          <w:insideV w:val="nil"/>
        </w:tcBorders>
        <w:shd w:val="clear" w:color="auto" w:fill="DAC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tblBorders>
    </w:tblPr>
    <w:tblStylePr w:type="firstRow">
      <w:pPr>
        <w:spacing w:before="0" w:after="0" w:line="240" w:lineRule="auto"/>
      </w:pPr>
      <w:rPr>
        <w:b/>
        <w:bCs/>
        <w:color w:val="FFFFFF" w:themeColor="background1"/>
      </w:rPr>
      <w:tblPr/>
      <w:tcPr>
        <w:tc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shd w:val="clear" w:color="auto" w:fill="4E18AA" w:themeFill="accent5"/>
      </w:tcPr>
    </w:tblStylePr>
    <w:tblStylePr w:type="lastRow">
      <w:pPr>
        <w:spacing w:before="0" w:after="0" w:line="240" w:lineRule="auto"/>
      </w:pPr>
      <w:rPr>
        <w:b/>
        <w:bCs/>
      </w:rPr>
      <w:tblPr/>
      <w:tcPr>
        <w:tcBorders>
          <w:top w:val="double" w:sz="6"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BAF5" w:themeFill="accent5" w:themeFillTint="3F"/>
      </w:tcPr>
    </w:tblStylePr>
    <w:tblStylePr w:type="band1Horz">
      <w:tblPr/>
      <w:tcPr>
        <w:tcBorders>
          <w:insideH w:val="nil"/>
          <w:insideV w:val="nil"/>
        </w:tcBorders>
        <w:shd w:val="clear" w:color="auto" w:fill="D0BAF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tblBorders>
    </w:tblPr>
    <w:tblStylePr w:type="firstRow">
      <w:pPr>
        <w:spacing w:before="0" w:after="0" w:line="240" w:lineRule="auto"/>
      </w:pPr>
      <w:rPr>
        <w:b/>
        <w:bCs/>
        <w:color w:val="FFFFFF" w:themeColor="background1"/>
      </w:rPr>
      <w:tblPr/>
      <w:tcPr>
        <w:tc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shd w:val="clear" w:color="auto" w:fill="0A7CAE" w:themeFill="accent6"/>
      </w:tcPr>
    </w:tblStylePr>
    <w:tblStylePr w:type="lastRow">
      <w:pPr>
        <w:spacing w:before="0" w:after="0" w:line="240" w:lineRule="auto"/>
      </w:pPr>
      <w:rPr>
        <w:b/>
        <w:bCs/>
      </w:rPr>
      <w:tblPr/>
      <w:tcPr>
        <w:tcBorders>
          <w:top w:val="double" w:sz="6"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4FA" w:themeFill="accent6" w:themeFillTint="3F"/>
      </w:tcPr>
    </w:tblStylePr>
    <w:tblStylePr w:type="band1Horz">
      <w:tblPr/>
      <w:tcPr>
        <w:tcBorders>
          <w:insideH w:val="nil"/>
          <w:insideV w:val="nil"/>
        </w:tcBorders>
        <w:shd w:val="clear" w:color="auto" w:fill="B2E4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139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1390" w:themeFill="accent1"/>
      </w:tcPr>
    </w:tblStylePr>
    <w:tblStylePr w:type="lastCol">
      <w:rPr>
        <w:b/>
        <w:bCs/>
        <w:color w:val="FFFFFF" w:themeColor="background1"/>
      </w:rPr>
      <w:tblPr/>
      <w:tcPr>
        <w:tcBorders>
          <w:left w:val="nil"/>
          <w:right w:val="nil"/>
          <w:insideH w:val="nil"/>
          <w:insideV w:val="nil"/>
        </w:tcBorders>
        <w:shd w:val="clear" w:color="auto" w:fill="FF139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AA1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AA1B" w:themeFill="accent2"/>
      </w:tcPr>
    </w:tblStylePr>
    <w:tblStylePr w:type="lastCol">
      <w:rPr>
        <w:b/>
        <w:bCs/>
        <w:color w:val="FFFFFF" w:themeColor="background1"/>
      </w:rPr>
      <w:tblPr/>
      <w:tcPr>
        <w:tcBorders>
          <w:left w:val="nil"/>
          <w:right w:val="nil"/>
          <w:insideH w:val="nil"/>
          <w:insideV w:val="nil"/>
        </w:tcBorders>
        <w:shd w:val="clear" w:color="auto" w:fill="FEAA1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C8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C8AA" w:themeFill="accent3"/>
      </w:tcPr>
    </w:tblStylePr>
    <w:tblStylePr w:type="lastCol">
      <w:rPr>
        <w:b/>
        <w:bCs/>
        <w:color w:val="FFFFFF" w:themeColor="background1"/>
      </w:rPr>
      <w:tblPr/>
      <w:tcPr>
        <w:tcBorders>
          <w:left w:val="nil"/>
          <w:right w:val="nil"/>
          <w:insideH w:val="nil"/>
          <w:insideV w:val="nil"/>
        </w:tcBorders>
        <w:shd w:val="clear" w:color="auto" w:fill="18C8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23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23D8" w:themeFill="accent4"/>
      </w:tcPr>
    </w:tblStylePr>
    <w:tblStylePr w:type="lastCol">
      <w:rPr>
        <w:b/>
        <w:bCs/>
        <w:color w:val="FFFFFF" w:themeColor="background1"/>
      </w:rPr>
      <w:tblPr/>
      <w:tcPr>
        <w:tcBorders>
          <w:left w:val="nil"/>
          <w:right w:val="nil"/>
          <w:insideH w:val="nil"/>
          <w:insideV w:val="nil"/>
        </w:tcBorders>
        <w:shd w:val="clear" w:color="auto" w:fill="6B23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18A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18AA" w:themeFill="accent5"/>
      </w:tcPr>
    </w:tblStylePr>
    <w:tblStylePr w:type="lastCol">
      <w:rPr>
        <w:b/>
        <w:bCs/>
        <w:color w:val="FFFFFF" w:themeColor="background1"/>
      </w:rPr>
      <w:tblPr/>
      <w:tcPr>
        <w:tcBorders>
          <w:left w:val="nil"/>
          <w:right w:val="nil"/>
          <w:insideH w:val="nil"/>
          <w:insideV w:val="nil"/>
        </w:tcBorders>
        <w:shd w:val="clear" w:color="auto" w:fill="4E18A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7C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7CAE" w:themeFill="accent6"/>
      </w:tcPr>
    </w:tblStylePr>
    <w:tblStylePr w:type="lastCol">
      <w:rPr>
        <w:b/>
        <w:bCs/>
        <w:color w:val="FFFFFF" w:themeColor="background1"/>
      </w:rPr>
      <w:tblPr/>
      <w:tcPr>
        <w:tcBorders>
          <w:left w:val="nil"/>
          <w:right w:val="nil"/>
          <w:insideH w:val="nil"/>
          <w:insideV w:val="nil"/>
        </w:tcBorders>
        <w:shd w:val="clear" w:color="auto" w:fill="0A7C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FF1390" w:themeColor="accent1"/>
        <w:bottom w:val="single" w:sz="8" w:space="0" w:color="FF1390" w:themeColor="accent1"/>
      </w:tblBorders>
    </w:tblPr>
    <w:tblStylePr w:type="firstRow">
      <w:rPr>
        <w:rFonts w:asciiTheme="majorHAnsi" w:eastAsiaTheme="majorEastAsia" w:hAnsiTheme="majorHAnsi" w:cstheme="majorBidi"/>
      </w:rPr>
      <w:tblPr/>
      <w:tcPr>
        <w:tcBorders>
          <w:top w:val="nil"/>
          <w:bottom w:val="single" w:sz="8" w:space="0" w:color="FF1390" w:themeColor="accent1"/>
        </w:tcBorders>
      </w:tcPr>
    </w:tblStylePr>
    <w:tblStylePr w:type="lastRow">
      <w:rPr>
        <w:b/>
        <w:bCs/>
        <w:color w:val="0E2841" w:themeColor="text2"/>
      </w:rPr>
      <w:tblPr/>
      <w:tcPr>
        <w:tcBorders>
          <w:top w:val="single" w:sz="8" w:space="0" w:color="FF1390" w:themeColor="accent1"/>
          <w:bottom w:val="single" w:sz="8" w:space="0" w:color="FF1390" w:themeColor="accent1"/>
        </w:tcBorders>
      </w:tcPr>
    </w:tblStylePr>
    <w:tblStylePr w:type="firstCol">
      <w:rPr>
        <w:b/>
        <w:bCs/>
      </w:rPr>
    </w:tblStylePr>
    <w:tblStylePr w:type="lastCol">
      <w:rPr>
        <w:b/>
        <w:bCs/>
      </w:rPr>
      <w:tblPr/>
      <w:tcPr>
        <w:tcBorders>
          <w:top w:val="single" w:sz="8" w:space="0" w:color="FF1390" w:themeColor="accent1"/>
          <w:bottom w:val="single" w:sz="8" w:space="0" w:color="FF1390" w:themeColor="accent1"/>
        </w:tcBorders>
      </w:tcPr>
    </w:tblStylePr>
    <w:tblStylePr w:type="band1Vert">
      <w:tblPr/>
      <w:tcPr>
        <w:shd w:val="clear" w:color="auto" w:fill="FFC4E3" w:themeFill="accent1" w:themeFillTint="3F"/>
      </w:tcPr>
    </w:tblStylePr>
    <w:tblStylePr w:type="band1Horz">
      <w:tblPr/>
      <w:tcPr>
        <w:shd w:val="clear" w:color="auto" w:fill="FFC4E3"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FEAA1B" w:themeColor="accent2"/>
        <w:bottom w:val="single" w:sz="8" w:space="0" w:color="FEAA1B" w:themeColor="accent2"/>
      </w:tblBorders>
    </w:tblPr>
    <w:tblStylePr w:type="firstRow">
      <w:rPr>
        <w:rFonts w:asciiTheme="majorHAnsi" w:eastAsiaTheme="majorEastAsia" w:hAnsiTheme="majorHAnsi" w:cstheme="majorBidi"/>
      </w:rPr>
      <w:tblPr/>
      <w:tcPr>
        <w:tcBorders>
          <w:top w:val="nil"/>
          <w:bottom w:val="single" w:sz="8" w:space="0" w:color="FEAA1B" w:themeColor="accent2"/>
        </w:tcBorders>
      </w:tcPr>
    </w:tblStylePr>
    <w:tblStylePr w:type="lastRow">
      <w:rPr>
        <w:b/>
        <w:bCs/>
        <w:color w:val="0E2841" w:themeColor="text2"/>
      </w:rPr>
      <w:tblPr/>
      <w:tcPr>
        <w:tcBorders>
          <w:top w:val="single" w:sz="8" w:space="0" w:color="FEAA1B" w:themeColor="accent2"/>
          <w:bottom w:val="single" w:sz="8" w:space="0" w:color="FEAA1B" w:themeColor="accent2"/>
        </w:tcBorders>
      </w:tcPr>
    </w:tblStylePr>
    <w:tblStylePr w:type="firstCol">
      <w:rPr>
        <w:b/>
        <w:bCs/>
      </w:rPr>
    </w:tblStylePr>
    <w:tblStylePr w:type="lastCol">
      <w:rPr>
        <w:b/>
        <w:bCs/>
      </w:rPr>
      <w:tblPr/>
      <w:tcPr>
        <w:tcBorders>
          <w:top w:val="single" w:sz="8" w:space="0" w:color="FEAA1B" w:themeColor="accent2"/>
          <w:bottom w:val="single" w:sz="8" w:space="0" w:color="FEAA1B" w:themeColor="accent2"/>
        </w:tcBorders>
      </w:tcPr>
    </w:tblStylePr>
    <w:tblStylePr w:type="band1Vert">
      <w:tblPr/>
      <w:tcPr>
        <w:shd w:val="clear" w:color="auto" w:fill="FEE9C6" w:themeFill="accent2" w:themeFillTint="3F"/>
      </w:tcPr>
    </w:tblStylePr>
    <w:tblStylePr w:type="band1Horz">
      <w:tblPr/>
      <w:tcPr>
        <w:shd w:val="clear" w:color="auto" w:fill="FEE9C6"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8C8AA" w:themeColor="accent3"/>
        <w:bottom w:val="single" w:sz="8" w:space="0" w:color="18C8AA" w:themeColor="accent3"/>
      </w:tblBorders>
    </w:tblPr>
    <w:tblStylePr w:type="firstRow">
      <w:rPr>
        <w:rFonts w:asciiTheme="majorHAnsi" w:eastAsiaTheme="majorEastAsia" w:hAnsiTheme="majorHAnsi" w:cstheme="majorBidi"/>
      </w:rPr>
      <w:tblPr/>
      <w:tcPr>
        <w:tcBorders>
          <w:top w:val="nil"/>
          <w:bottom w:val="single" w:sz="8" w:space="0" w:color="18C8AA" w:themeColor="accent3"/>
        </w:tcBorders>
      </w:tcPr>
    </w:tblStylePr>
    <w:tblStylePr w:type="lastRow">
      <w:rPr>
        <w:b/>
        <w:bCs/>
        <w:color w:val="0E2841" w:themeColor="text2"/>
      </w:rPr>
      <w:tblPr/>
      <w:tcPr>
        <w:tcBorders>
          <w:top w:val="single" w:sz="8" w:space="0" w:color="18C8AA" w:themeColor="accent3"/>
          <w:bottom w:val="single" w:sz="8" w:space="0" w:color="18C8AA" w:themeColor="accent3"/>
        </w:tcBorders>
      </w:tcPr>
    </w:tblStylePr>
    <w:tblStylePr w:type="firstCol">
      <w:rPr>
        <w:b/>
        <w:bCs/>
      </w:rPr>
    </w:tblStylePr>
    <w:tblStylePr w:type="lastCol">
      <w:rPr>
        <w:b/>
        <w:bCs/>
      </w:rPr>
      <w:tblPr/>
      <w:tcPr>
        <w:tcBorders>
          <w:top w:val="single" w:sz="8" w:space="0" w:color="18C8AA" w:themeColor="accent3"/>
          <w:bottom w:val="single" w:sz="8" w:space="0" w:color="18C8AA" w:themeColor="accent3"/>
        </w:tcBorders>
      </w:tcPr>
    </w:tblStylePr>
    <w:tblStylePr w:type="band1Vert">
      <w:tblPr/>
      <w:tcPr>
        <w:shd w:val="clear" w:color="auto" w:fill="BFF7ED" w:themeFill="accent3" w:themeFillTint="3F"/>
      </w:tcPr>
    </w:tblStylePr>
    <w:tblStylePr w:type="band1Horz">
      <w:tblPr/>
      <w:tcPr>
        <w:shd w:val="clear" w:color="auto" w:fill="BFF7ED"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6B23D8" w:themeColor="accent4"/>
        <w:bottom w:val="single" w:sz="8" w:space="0" w:color="6B23D8" w:themeColor="accent4"/>
      </w:tblBorders>
    </w:tblPr>
    <w:tblStylePr w:type="firstRow">
      <w:rPr>
        <w:rFonts w:asciiTheme="majorHAnsi" w:eastAsiaTheme="majorEastAsia" w:hAnsiTheme="majorHAnsi" w:cstheme="majorBidi"/>
      </w:rPr>
      <w:tblPr/>
      <w:tcPr>
        <w:tcBorders>
          <w:top w:val="nil"/>
          <w:bottom w:val="single" w:sz="8" w:space="0" w:color="6B23D8" w:themeColor="accent4"/>
        </w:tcBorders>
      </w:tcPr>
    </w:tblStylePr>
    <w:tblStylePr w:type="lastRow">
      <w:rPr>
        <w:b/>
        <w:bCs/>
        <w:color w:val="0E2841" w:themeColor="text2"/>
      </w:rPr>
      <w:tblPr/>
      <w:tcPr>
        <w:tcBorders>
          <w:top w:val="single" w:sz="8" w:space="0" w:color="6B23D8" w:themeColor="accent4"/>
          <w:bottom w:val="single" w:sz="8" w:space="0" w:color="6B23D8" w:themeColor="accent4"/>
        </w:tcBorders>
      </w:tcPr>
    </w:tblStylePr>
    <w:tblStylePr w:type="firstCol">
      <w:rPr>
        <w:b/>
        <w:bCs/>
      </w:rPr>
    </w:tblStylePr>
    <w:tblStylePr w:type="lastCol">
      <w:rPr>
        <w:b/>
        <w:bCs/>
      </w:rPr>
      <w:tblPr/>
      <w:tcPr>
        <w:tcBorders>
          <w:top w:val="single" w:sz="8" w:space="0" w:color="6B23D8" w:themeColor="accent4"/>
          <w:bottom w:val="single" w:sz="8" w:space="0" w:color="6B23D8" w:themeColor="accent4"/>
        </w:tcBorders>
      </w:tcPr>
    </w:tblStylePr>
    <w:tblStylePr w:type="band1Vert">
      <w:tblPr/>
      <w:tcPr>
        <w:shd w:val="clear" w:color="auto" w:fill="DAC7F6" w:themeFill="accent4" w:themeFillTint="3F"/>
      </w:tcPr>
    </w:tblStylePr>
    <w:tblStylePr w:type="band1Horz">
      <w:tblPr/>
      <w:tcPr>
        <w:shd w:val="clear" w:color="auto" w:fill="DAC7F6"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E18AA" w:themeColor="accent5"/>
        <w:bottom w:val="single" w:sz="8" w:space="0" w:color="4E18AA" w:themeColor="accent5"/>
      </w:tblBorders>
    </w:tblPr>
    <w:tblStylePr w:type="firstRow">
      <w:rPr>
        <w:rFonts w:asciiTheme="majorHAnsi" w:eastAsiaTheme="majorEastAsia" w:hAnsiTheme="majorHAnsi" w:cstheme="majorBidi"/>
      </w:rPr>
      <w:tblPr/>
      <w:tcPr>
        <w:tcBorders>
          <w:top w:val="nil"/>
          <w:bottom w:val="single" w:sz="8" w:space="0" w:color="4E18AA" w:themeColor="accent5"/>
        </w:tcBorders>
      </w:tcPr>
    </w:tblStylePr>
    <w:tblStylePr w:type="lastRow">
      <w:rPr>
        <w:b/>
        <w:bCs/>
        <w:color w:val="0E2841" w:themeColor="text2"/>
      </w:rPr>
      <w:tblPr/>
      <w:tcPr>
        <w:tcBorders>
          <w:top w:val="single" w:sz="8" w:space="0" w:color="4E18AA" w:themeColor="accent5"/>
          <w:bottom w:val="single" w:sz="8" w:space="0" w:color="4E18AA" w:themeColor="accent5"/>
        </w:tcBorders>
      </w:tcPr>
    </w:tblStylePr>
    <w:tblStylePr w:type="firstCol">
      <w:rPr>
        <w:b/>
        <w:bCs/>
      </w:rPr>
    </w:tblStylePr>
    <w:tblStylePr w:type="lastCol">
      <w:rPr>
        <w:b/>
        <w:bCs/>
      </w:rPr>
      <w:tblPr/>
      <w:tcPr>
        <w:tcBorders>
          <w:top w:val="single" w:sz="8" w:space="0" w:color="4E18AA" w:themeColor="accent5"/>
          <w:bottom w:val="single" w:sz="8" w:space="0" w:color="4E18AA" w:themeColor="accent5"/>
        </w:tcBorders>
      </w:tcPr>
    </w:tblStylePr>
    <w:tblStylePr w:type="band1Vert">
      <w:tblPr/>
      <w:tcPr>
        <w:shd w:val="clear" w:color="auto" w:fill="D0BAF5" w:themeFill="accent5" w:themeFillTint="3F"/>
      </w:tcPr>
    </w:tblStylePr>
    <w:tblStylePr w:type="band1Horz">
      <w:tblPr/>
      <w:tcPr>
        <w:shd w:val="clear" w:color="auto" w:fill="D0BAF5"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A7CAE" w:themeColor="accent6"/>
        <w:bottom w:val="single" w:sz="8" w:space="0" w:color="0A7CAE" w:themeColor="accent6"/>
      </w:tblBorders>
    </w:tblPr>
    <w:tblStylePr w:type="firstRow">
      <w:rPr>
        <w:rFonts w:asciiTheme="majorHAnsi" w:eastAsiaTheme="majorEastAsia" w:hAnsiTheme="majorHAnsi" w:cstheme="majorBidi"/>
      </w:rPr>
      <w:tblPr/>
      <w:tcPr>
        <w:tcBorders>
          <w:top w:val="nil"/>
          <w:bottom w:val="single" w:sz="8" w:space="0" w:color="0A7CAE" w:themeColor="accent6"/>
        </w:tcBorders>
      </w:tcPr>
    </w:tblStylePr>
    <w:tblStylePr w:type="lastRow">
      <w:rPr>
        <w:b/>
        <w:bCs/>
        <w:color w:val="0E2841" w:themeColor="text2"/>
      </w:rPr>
      <w:tblPr/>
      <w:tcPr>
        <w:tcBorders>
          <w:top w:val="single" w:sz="8" w:space="0" w:color="0A7CAE" w:themeColor="accent6"/>
          <w:bottom w:val="single" w:sz="8" w:space="0" w:color="0A7CAE" w:themeColor="accent6"/>
        </w:tcBorders>
      </w:tcPr>
    </w:tblStylePr>
    <w:tblStylePr w:type="firstCol">
      <w:rPr>
        <w:b/>
        <w:bCs/>
      </w:rPr>
    </w:tblStylePr>
    <w:tblStylePr w:type="lastCol">
      <w:rPr>
        <w:b/>
        <w:bCs/>
      </w:rPr>
      <w:tblPr/>
      <w:tcPr>
        <w:tcBorders>
          <w:top w:val="single" w:sz="8" w:space="0" w:color="0A7CAE" w:themeColor="accent6"/>
          <w:bottom w:val="single" w:sz="8" w:space="0" w:color="0A7CAE" w:themeColor="accent6"/>
        </w:tcBorders>
      </w:tcPr>
    </w:tblStylePr>
    <w:tblStylePr w:type="band1Vert">
      <w:tblPr/>
      <w:tcPr>
        <w:shd w:val="clear" w:color="auto" w:fill="B2E4FA" w:themeFill="accent6" w:themeFillTint="3F"/>
      </w:tcPr>
    </w:tblStylePr>
    <w:tblStylePr w:type="band1Horz">
      <w:tblPr/>
      <w:tcPr>
        <w:shd w:val="clear" w:color="auto" w:fill="B2E4F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rPr>
        <w:sz w:val="24"/>
        <w:szCs w:val="24"/>
      </w:rPr>
      <w:tblPr/>
      <w:tcPr>
        <w:tcBorders>
          <w:top w:val="nil"/>
          <w:left w:val="nil"/>
          <w:bottom w:val="single" w:sz="24" w:space="0" w:color="FF1390" w:themeColor="accent1"/>
          <w:right w:val="nil"/>
          <w:insideH w:val="nil"/>
          <w:insideV w:val="nil"/>
        </w:tcBorders>
        <w:shd w:val="clear" w:color="auto" w:fill="FFFFFF" w:themeFill="background1"/>
      </w:tcPr>
    </w:tblStylePr>
    <w:tblStylePr w:type="lastRow">
      <w:tblPr/>
      <w:tcPr>
        <w:tcBorders>
          <w:top w:val="single" w:sz="8" w:space="0" w:color="FF139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1390" w:themeColor="accent1"/>
          <w:insideH w:val="nil"/>
          <w:insideV w:val="nil"/>
        </w:tcBorders>
        <w:shd w:val="clear" w:color="auto" w:fill="FFFFFF" w:themeFill="background1"/>
      </w:tcPr>
    </w:tblStylePr>
    <w:tblStylePr w:type="lastCol">
      <w:tblPr/>
      <w:tcPr>
        <w:tcBorders>
          <w:top w:val="nil"/>
          <w:left w:val="single" w:sz="8" w:space="0" w:color="FF139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top w:val="nil"/>
          <w:bottom w:val="nil"/>
          <w:insideH w:val="nil"/>
          <w:insideV w:val="nil"/>
        </w:tcBorders>
        <w:shd w:val="clear" w:color="auto" w:fill="FFC4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rPr>
        <w:sz w:val="24"/>
        <w:szCs w:val="24"/>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tblPr/>
      <w:tcPr>
        <w:tcBorders>
          <w:top w:val="single" w:sz="8" w:space="0" w:color="FEAA1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AA1B" w:themeColor="accent2"/>
          <w:insideH w:val="nil"/>
          <w:insideV w:val="nil"/>
        </w:tcBorders>
        <w:shd w:val="clear" w:color="auto" w:fill="FFFFFF" w:themeFill="background1"/>
      </w:tcPr>
    </w:tblStylePr>
    <w:tblStylePr w:type="lastCol">
      <w:tblPr/>
      <w:tcPr>
        <w:tcBorders>
          <w:top w:val="nil"/>
          <w:left w:val="single" w:sz="8" w:space="0" w:color="FEAA1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top w:val="nil"/>
          <w:bottom w:val="nil"/>
          <w:insideH w:val="nil"/>
          <w:insideV w:val="nil"/>
        </w:tcBorders>
        <w:shd w:val="clear" w:color="auto" w:fill="FEE9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rPr>
        <w:sz w:val="24"/>
        <w:szCs w:val="24"/>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tblPr/>
      <w:tcPr>
        <w:tcBorders>
          <w:top w:val="single" w:sz="8" w:space="0" w:color="18C8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C8AA" w:themeColor="accent3"/>
          <w:insideH w:val="nil"/>
          <w:insideV w:val="nil"/>
        </w:tcBorders>
        <w:shd w:val="clear" w:color="auto" w:fill="FFFFFF" w:themeFill="background1"/>
      </w:tcPr>
    </w:tblStylePr>
    <w:tblStylePr w:type="lastCol">
      <w:tblPr/>
      <w:tcPr>
        <w:tcBorders>
          <w:top w:val="nil"/>
          <w:left w:val="single" w:sz="8" w:space="0" w:color="18C8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top w:val="nil"/>
          <w:bottom w:val="nil"/>
          <w:insideH w:val="nil"/>
          <w:insideV w:val="nil"/>
        </w:tcBorders>
        <w:shd w:val="clear" w:color="auto" w:fill="BF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rPr>
        <w:sz w:val="24"/>
        <w:szCs w:val="24"/>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tblPr/>
      <w:tcPr>
        <w:tcBorders>
          <w:top w:val="single" w:sz="8" w:space="0" w:color="6B23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23D8" w:themeColor="accent4"/>
          <w:insideH w:val="nil"/>
          <w:insideV w:val="nil"/>
        </w:tcBorders>
        <w:shd w:val="clear" w:color="auto" w:fill="FFFFFF" w:themeFill="background1"/>
      </w:tcPr>
    </w:tblStylePr>
    <w:tblStylePr w:type="lastCol">
      <w:tblPr/>
      <w:tcPr>
        <w:tcBorders>
          <w:top w:val="nil"/>
          <w:left w:val="single" w:sz="8" w:space="0" w:color="6B23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top w:val="nil"/>
          <w:bottom w:val="nil"/>
          <w:insideH w:val="nil"/>
          <w:insideV w:val="nil"/>
        </w:tcBorders>
        <w:shd w:val="clear" w:color="auto" w:fill="DAC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rPr>
        <w:sz w:val="24"/>
        <w:szCs w:val="24"/>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tblPr/>
      <w:tcPr>
        <w:tcBorders>
          <w:top w:val="single" w:sz="8" w:space="0" w:color="4E18A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18AA" w:themeColor="accent5"/>
          <w:insideH w:val="nil"/>
          <w:insideV w:val="nil"/>
        </w:tcBorders>
        <w:shd w:val="clear" w:color="auto" w:fill="FFFFFF" w:themeFill="background1"/>
      </w:tcPr>
    </w:tblStylePr>
    <w:tblStylePr w:type="lastCol">
      <w:tblPr/>
      <w:tcPr>
        <w:tcBorders>
          <w:top w:val="nil"/>
          <w:left w:val="single" w:sz="8" w:space="0" w:color="4E18A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top w:val="nil"/>
          <w:bottom w:val="nil"/>
          <w:insideH w:val="nil"/>
          <w:insideV w:val="nil"/>
        </w:tcBorders>
        <w:shd w:val="clear" w:color="auto" w:fill="D0BA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rPr>
        <w:sz w:val="24"/>
        <w:szCs w:val="24"/>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tblPr/>
      <w:tcPr>
        <w:tcBorders>
          <w:top w:val="single" w:sz="8" w:space="0" w:color="0A7C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7CAE" w:themeColor="accent6"/>
          <w:insideH w:val="nil"/>
          <w:insideV w:val="nil"/>
        </w:tcBorders>
        <w:shd w:val="clear" w:color="auto" w:fill="FFFFFF" w:themeFill="background1"/>
      </w:tcPr>
    </w:tblStylePr>
    <w:tblStylePr w:type="lastCol">
      <w:tblPr/>
      <w:tcPr>
        <w:tcBorders>
          <w:top w:val="nil"/>
          <w:left w:val="single" w:sz="8" w:space="0" w:color="0A7C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top w:val="nil"/>
          <w:bottom w:val="nil"/>
          <w:insideH w:val="nil"/>
          <w:insideV w:val="nil"/>
        </w:tcBorders>
        <w:shd w:val="clear" w:color="auto" w:fill="B2E4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insideV w:val="single" w:sz="8" w:space="0" w:color="FF4EAB" w:themeColor="accent1" w:themeTint="BF"/>
      </w:tblBorders>
    </w:tblPr>
    <w:tcPr>
      <w:shd w:val="clear" w:color="auto" w:fill="FFC4E3" w:themeFill="accent1" w:themeFillTint="3F"/>
    </w:tcPr>
    <w:tblStylePr w:type="firstRow">
      <w:rPr>
        <w:b/>
        <w:bCs/>
      </w:rPr>
    </w:tblStylePr>
    <w:tblStylePr w:type="lastRow">
      <w:rPr>
        <w:b/>
        <w:bCs/>
      </w:rPr>
      <w:tblPr/>
      <w:tcPr>
        <w:tcBorders>
          <w:top w:val="single" w:sz="18" w:space="0" w:color="FF4EAB" w:themeColor="accent1" w:themeTint="BF"/>
        </w:tcBorders>
      </w:tcPr>
    </w:tblStylePr>
    <w:tblStylePr w:type="firstCol">
      <w:rPr>
        <w:b/>
        <w:bCs/>
      </w:rPr>
    </w:tblStylePr>
    <w:tblStylePr w:type="lastCol">
      <w:rPr>
        <w:b/>
        <w:bCs/>
      </w:r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insideV w:val="single" w:sz="8" w:space="0" w:color="FEBE54" w:themeColor="accent2" w:themeTint="BF"/>
      </w:tblBorders>
    </w:tblPr>
    <w:tcPr>
      <w:shd w:val="clear" w:color="auto" w:fill="FEE9C6" w:themeFill="accent2" w:themeFillTint="3F"/>
    </w:tcPr>
    <w:tblStylePr w:type="firstRow">
      <w:rPr>
        <w:b/>
        <w:bCs/>
      </w:rPr>
    </w:tblStylePr>
    <w:tblStylePr w:type="lastRow">
      <w:rPr>
        <w:b/>
        <w:bCs/>
      </w:rPr>
      <w:tblPr/>
      <w:tcPr>
        <w:tcBorders>
          <w:top w:val="single" w:sz="18" w:space="0" w:color="FEBE54" w:themeColor="accent2" w:themeTint="BF"/>
        </w:tcBorders>
      </w:tcPr>
    </w:tblStylePr>
    <w:tblStylePr w:type="firstCol">
      <w:rPr>
        <w:b/>
        <w:bCs/>
      </w:rPr>
    </w:tblStylePr>
    <w:tblStylePr w:type="lastCol">
      <w:rPr>
        <w:b/>
        <w:bCs/>
      </w:r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insideV w:val="single" w:sz="8" w:space="0" w:color="3FE8CB" w:themeColor="accent3" w:themeTint="BF"/>
      </w:tblBorders>
    </w:tblPr>
    <w:tcPr>
      <w:shd w:val="clear" w:color="auto" w:fill="BFF7ED" w:themeFill="accent3" w:themeFillTint="3F"/>
    </w:tcPr>
    <w:tblStylePr w:type="firstRow">
      <w:rPr>
        <w:b/>
        <w:bCs/>
      </w:rPr>
    </w:tblStylePr>
    <w:tblStylePr w:type="lastRow">
      <w:rPr>
        <w:b/>
        <w:bCs/>
      </w:rPr>
      <w:tblPr/>
      <w:tcPr>
        <w:tcBorders>
          <w:top w:val="single" w:sz="18" w:space="0" w:color="3FE8CB" w:themeColor="accent3" w:themeTint="BF"/>
        </w:tcBorders>
      </w:tcPr>
    </w:tblStylePr>
    <w:tblStylePr w:type="firstCol">
      <w:rPr>
        <w:b/>
        <w:bCs/>
      </w:rPr>
    </w:tblStylePr>
    <w:tblStylePr w:type="lastCol">
      <w:rPr>
        <w:b/>
        <w:bCs/>
      </w:r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insideV w:val="single" w:sz="8" w:space="0" w:color="8F58E4" w:themeColor="accent4" w:themeTint="BF"/>
      </w:tblBorders>
    </w:tblPr>
    <w:tcPr>
      <w:shd w:val="clear" w:color="auto" w:fill="DAC7F6" w:themeFill="accent4" w:themeFillTint="3F"/>
    </w:tcPr>
    <w:tblStylePr w:type="firstRow">
      <w:rPr>
        <w:b/>
        <w:bCs/>
      </w:rPr>
    </w:tblStylePr>
    <w:tblStylePr w:type="lastRow">
      <w:rPr>
        <w:b/>
        <w:bCs/>
      </w:rPr>
      <w:tblPr/>
      <w:tcPr>
        <w:tcBorders>
          <w:top w:val="single" w:sz="18" w:space="0" w:color="8F58E4" w:themeColor="accent4" w:themeTint="BF"/>
        </w:tcBorders>
      </w:tcPr>
    </w:tblStylePr>
    <w:tblStylePr w:type="firstCol">
      <w:rPr>
        <w:b/>
        <w:bCs/>
      </w:rPr>
    </w:tblStylePr>
    <w:tblStylePr w:type="lastCol">
      <w:rPr>
        <w:b/>
        <w:bCs/>
      </w:r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insideV w:val="single" w:sz="8" w:space="0" w:color="712FE1" w:themeColor="accent5" w:themeTint="BF"/>
      </w:tblBorders>
    </w:tblPr>
    <w:tcPr>
      <w:shd w:val="clear" w:color="auto" w:fill="D0BAF5" w:themeFill="accent5" w:themeFillTint="3F"/>
    </w:tcPr>
    <w:tblStylePr w:type="firstRow">
      <w:rPr>
        <w:b/>
        <w:bCs/>
      </w:rPr>
    </w:tblStylePr>
    <w:tblStylePr w:type="lastRow">
      <w:rPr>
        <w:b/>
        <w:bCs/>
      </w:rPr>
      <w:tblPr/>
      <w:tcPr>
        <w:tcBorders>
          <w:top w:val="single" w:sz="18" w:space="0" w:color="712FE1" w:themeColor="accent5" w:themeTint="BF"/>
        </w:tcBorders>
      </w:tcPr>
    </w:tblStylePr>
    <w:tblStylePr w:type="firstCol">
      <w:rPr>
        <w:b/>
        <w:bCs/>
      </w:rPr>
    </w:tblStylePr>
    <w:tblStylePr w:type="lastCol">
      <w:rPr>
        <w:b/>
        <w:bCs/>
      </w:r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insideV w:val="single" w:sz="8" w:space="0" w:color="18AFF1" w:themeColor="accent6" w:themeTint="BF"/>
      </w:tblBorders>
    </w:tblPr>
    <w:tcPr>
      <w:shd w:val="clear" w:color="auto" w:fill="B2E4FA" w:themeFill="accent6" w:themeFillTint="3F"/>
    </w:tcPr>
    <w:tblStylePr w:type="firstRow">
      <w:rPr>
        <w:b/>
        <w:bCs/>
      </w:rPr>
    </w:tblStylePr>
    <w:tblStylePr w:type="lastRow">
      <w:rPr>
        <w:b/>
        <w:bCs/>
      </w:rPr>
      <w:tblPr/>
      <w:tcPr>
        <w:tcBorders>
          <w:top w:val="single" w:sz="18" w:space="0" w:color="18AFF1" w:themeColor="accent6" w:themeTint="BF"/>
        </w:tcBorders>
      </w:tcPr>
    </w:tblStylePr>
    <w:tblStylePr w:type="firstCol">
      <w:rPr>
        <w:b/>
        <w:bCs/>
      </w:rPr>
    </w:tblStylePr>
    <w:tblStylePr w:type="lastCol">
      <w:rPr>
        <w:b/>
        <w:bCs/>
      </w:r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cPr>
      <w:shd w:val="clear" w:color="auto" w:fill="FFC4E3" w:themeFill="accent1" w:themeFillTint="3F"/>
    </w:tcPr>
    <w:tblStylePr w:type="firstRow">
      <w:rPr>
        <w:b/>
        <w:bCs/>
        <w:color w:val="000000" w:themeColor="text1"/>
      </w:rPr>
      <w:tblPr/>
      <w:tcPr>
        <w:shd w:val="clear" w:color="auto" w:fill="FFE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FE8" w:themeFill="accent1" w:themeFillTint="33"/>
      </w:tcPr>
    </w:tblStylePr>
    <w:tblStylePr w:type="band1Vert">
      <w:tblPr/>
      <w:tcPr>
        <w:shd w:val="clear" w:color="auto" w:fill="FF89C7" w:themeFill="accent1" w:themeFillTint="7F"/>
      </w:tcPr>
    </w:tblStylePr>
    <w:tblStylePr w:type="band1Horz">
      <w:tblPr/>
      <w:tcPr>
        <w:tcBorders>
          <w:insideH w:val="single" w:sz="6" w:space="0" w:color="FF1390" w:themeColor="accent1"/>
          <w:insideV w:val="single" w:sz="6" w:space="0" w:color="FF1390" w:themeColor="accent1"/>
        </w:tcBorders>
        <w:shd w:val="clear" w:color="auto" w:fill="FF89C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cPr>
      <w:shd w:val="clear" w:color="auto" w:fill="FEE9C6" w:themeFill="accent2" w:themeFillTint="3F"/>
    </w:tcPr>
    <w:tblStylePr w:type="firstRow">
      <w:rPr>
        <w:b/>
        <w:bCs/>
        <w:color w:val="000000" w:themeColor="text1"/>
      </w:rPr>
      <w:tblPr/>
      <w:tcPr>
        <w:shd w:val="clear" w:color="auto" w:fill="FFF6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D1" w:themeFill="accent2" w:themeFillTint="33"/>
      </w:tcPr>
    </w:tblStylePr>
    <w:tblStylePr w:type="band1Vert">
      <w:tblPr/>
      <w:tcPr>
        <w:shd w:val="clear" w:color="auto" w:fill="FED48D" w:themeFill="accent2" w:themeFillTint="7F"/>
      </w:tcPr>
    </w:tblStylePr>
    <w:tblStylePr w:type="band1Horz">
      <w:tblPr/>
      <w:tcPr>
        <w:tcBorders>
          <w:insideH w:val="single" w:sz="6" w:space="0" w:color="FEAA1B" w:themeColor="accent2"/>
          <w:insideV w:val="single" w:sz="6" w:space="0" w:color="FEAA1B" w:themeColor="accent2"/>
        </w:tcBorders>
        <w:shd w:val="clear" w:color="auto" w:fill="FED48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cPr>
      <w:shd w:val="clear" w:color="auto" w:fill="BFF7ED" w:themeFill="accent3" w:themeFillTint="3F"/>
    </w:tcPr>
    <w:tblStylePr w:type="firstRow">
      <w:rPr>
        <w:b/>
        <w:bCs/>
        <w:color w:val="000000" w:themeColor="text1"/>
      </w:rPr>
      <w:tblPr/>
      <w:tcPr>
        <w:shd w:val="clear" w:color="auto" w:fill="E5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BF9F1" w:themeFill="accent3" w:themeFillTint="33"/>
      </w:tcPr>
    </w:tblStylePr>
    <w:tblStylePr w:type="band1Vert">
      <w:tblPr/>
      <w:tcPr>
        <w:shd w:val="clear" w:color="auto" w:fill="7FEFDC" w:themeFill="accent3" w:themeFillTint="7F"/>
      </w:tcPr>
    </w:tblStylePr>
    <w:tblStylePr w:type="band1Horz">
      <w:tblPr/>
      <w:tcPr>
        <w:tcBorders>
          <w:insideH w:val="single" w:sz="6" w:space="0" w:color="18C8AA" w:themeColor="accent3"/>
          <w:insideV w:val="single" w:sz="6" w:space="0" w:color="18C8AA" w:themeColor="accent3"/>
        </w:tcBorders>
        <w:shd w:val="clear" w:color="auto" w:fill="7FEF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cPr>
      <w:shd w:val="clear" w:color="auto" w:fill="DAC7F6" w:themeFill="accent4" w:themeFillTint="3F"/>
    </w:tcPr>
    <w:tblStylePr w:type="firstRow">
      <w:rPr>
        <w:b/>
        <w:bCs/>
        <w:color w:val="000000" w:themeColor="text1"/>
      </w:rPr>
      <w:tblPr/>
      <w:tcPr>
        <w:shd w:val="clear" w:color="auto" w:fill="F0E8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2F7" w:themeFill="accent4" w:themeFillTint="33"/>
      </w:tcPr>
    </w:tblStylePr>
    <w:tblStylePr w:type="band1Vert">
      <w:tblPr/>
      <w:tcPr>
        <w:shd w:val="clear" w:color="auto" w:fill="B490ED" w:themeFill="accent4" w:themeFillTint="7F"/>
      </w:tcPr>
    </w:tblStylePr>
    <w:tblStylePr w:type="band1Horz">
      <w:tblPr/>
      <w:tcPr>
        <w:tcBorders>
          <w:insideH w:val="single" w:sz="6" w:space="0" w:color="6B23D8" w:themeColor="accent4"/>
          <w:insideV w:val="single" w:sz="6" w:space="0" w:color="6B23D8" w:themeColor="accent4"/>
        </w:tcBorders>
        <w:shd w:val="clear" w:color="auto" w:fill="B490E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cPr>
      <w:shd w:val="clear" w:color="auto" w:fill="D0BAF5" w:themeFill="accent5" w:themeFillTint="3F"/>
    </w:tcPr>
    <w:tblStylePr w:type="firstRow">
      <w:rPr>
        <w:b/>
        <w:bCs/>
        <w:color w:val="000000" w:themeColor="text1"/>
      </w:rPr>
      <w:tblPr/>
      <w:tcPr>
        <w:shd w:val="clear" w:color="auto" w:fill="ECE3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C7F7" w:themeFill="accent5" w:themeFillTint="33"/>
      </w:tcPr>
    </w:tblStylePr>
    <w:tblStylePr w:type="band1Vert">
      <w:tblPr/>
      <w:tcPr>
        <w:shd w:val="clear" w:color="auto" w:fill="A074EB" w:themeFill="accent5" w:themeFillTint="7F"/>
      </w:tcPr>
    </w:tblStylePr>
    <w:tblStylePr w:type="band1Horz">
      <w:tblPr/>
      <w:tcPr>
        <w:tcBorders>
          <w:insideH w:val="single" w:sz="6" w:space="0" w:color="4E18AA" w:themeColor="accent5"/>
          <w:insideV w:val="single" w:sz="6" w:space="0" w:color="4E18AA" w:themeColor="accent5"/>
        </w:tcBorders>
        <w:shd w:val="clear" w:color="auto" w:fill="A074E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cPr>
      <w:shd w:val="clear" w:color="auto" w:fill="B2E4FA" w:themeFill="accent6" w:themeFillTint="3F"/>
    </w:tcPr>
    <w:tblStylePr w:type="firstRow">
      <w:rPr>
        <w:b/>
        <w:bCs/>
        <w:color w:val="000000" w:themeColor="text1"/>
      </w:rPr>
      <w:tblPr/>
      <w:tcPr>
        <w:shd w:val="clear" w:color="auto" w:fill="E0F4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9FB" w:themeFill="accent6" w:themeFillTint="33"/>
      </w:tcPr>
    </w:tblStylePr>
    <w:tblStylePr w:type="band1Vert">
      <w:tblPr/>
      <w:tcPr>
        <w:shd w:val="clear" w:color="auto" w:fill="65C9F6" w:themeFill="accent6" w:themeFillTint="7F"/>
      </w:tcPr>
    </w:tblStylePr>
    <w:tblStylePr w:type="band1Horz">
      <w:tblPr/>
      <w:tcPr>
        <w:tcBorders>
          <w:insideH w:val="single" w:sz="6" w:space="0" w:color="0A7CAE" w:themeColor="accent6"/>
          <w:insideV w:val="single" w:sz="6" w:space="0" w:color="0A7CAE" w:themeColor="accent6"/>
        </w:tcBorders>
        <w:shd w:val="clear" w:color="auto" w:fill="65C9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4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139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139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9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9C7"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9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AA1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AA1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48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48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F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C8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C8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E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FEF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C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23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23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90E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90ED"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BA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18A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18A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74E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74E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4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7C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7C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C9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C9F6"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FF139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00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D00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D006C" w:themeFill="accent1" w:themeFillShade="BF"/>
      </w:tcPr>
    </w:tblStylePr>
    <w:tblStylePr w:type="band1Vert">
      <w:tblPr/>
      <w:tcPr>
        <w:tcBorders>
          <w:top w:val="nil"/>
          <w:left w:val="nil"/>
          <w:bottom w:val="nil"/>
          <w:right w:val="nil"/>
          <w:insideH w:val="nil"/>
          <w:insideV w:val="nil"/>
        </w:tcBorders>
        <w:shd w:val="clear" w:color="auto" w:fill="CD006C" w:themeFill="accent1" w:themeFillShade="BF"/>
      </w:tcPr>
    </w:tblStylePr>
    <w:tblStylePr w:type="band1Horz">
      <w:tblPr/>
      <w:tcPr>
        <w:tcBorders>
          <w:top w:val="nil"/>
          <w:left w:val="nil"/>
          <w:bottom w:val="nil"/>
          <w:right w:val="nil"/>
          <w:insideH w:val="nil"/>
          <w:insideV w:val="nil"/>
        </w:tcBorders>
        <w:shd w:val="clear" w:color="auto" w:fill="CD006C"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FEAA1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57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183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18301" w:themeFill="accent2" w:themeFillShade="BF"/>
      </w:tcPr>
    </w:tblStylePr>
    <w:tblStylePr w:type="band1Vert">
      <w:tblPr/>
      <w:tcPr>
        <w:tcBorders>
          <w:top w:val="nil"/>
          <w:left w:val="nil"/>
          <w:bottom w:val="nil"/>
          <w:right w:val="nil"/>
          <w:insideH w:val="nil"/>
          <w:insideV w:val="nil"/>
        </w:tcBorders>
        <w:shd w:val="clear" w:color="auto" w:fill="D18301" w:themeFill="accent2" w:themeFillShade="BF"/>
      </w:tcPr>
    </w:tblStylePr>
    <w:tblStylePr w:type="band1Horz">
      <w:tblPr/>
      <w:tcPr>
        <w:tcBorders>
          <w:top w:val="nil"/>
          <w:left w:val="nil"/>
          <w:bottom w:val="nil"/>
          <w:right w:val="nil"/>
          <w:insideH w:val="nil"/>
          <w:insideV w:val="nil"/>
        </w:tcBorders>
        <w:shd w:val="clear" w:color="auto" w:fill="D1830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8C8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63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9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957E" w:themeFill="accent3" w:themeFillShade="BF"/>
      </w:tcPr>
    </w:tblStylePr>
    <w:tblStylePr w:type="band1Vert">
      <w:tblPr/>
      <w:tcPr>
        <w:tcBorders>
          <w:top w:val="nil"/>
          <w:left w:val="nil"/>
          <w:bottom w:val="nil"/>
          <w:right w:val="nil"/>
          <w:insideH w:val="nil"/>
          <w:insideV w:val="nil"/>
        </w:tcBorders>
        <w:shd w:val="clear" w:color="auto" w:fill="12957E" w:themeFill="accent3" w:themeFillShade="BF"/>
      </w:tcPr>
    </w:tblStylePr>
    <w:tblStylePr w:type="band1Horz">
      <w:tblPr/>
      <w:tcPr>
        <w:tcBorders>
          <w:top w:val="nil"/>
          <w:left w:val="nil"/>
          <w:bottom w:val="nil"/>
          <w:right w:val="nil"/>
          <w:insideH w:val="nil"/>
          <w:insideV w:val="nil"/>
        </w:tcBorders>
        <w:shd w:val="clear" w:color="auto" w:fill="12957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6B23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116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F1AA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F1AA1" w:themeFill="accent4" w:themeFillShade="BF"/>
      </w:tcPr>
    </w:tblStylePr>
    <w:tblStylePr w:type="band1Vert">
      <w:tblPr/>
      <w:tcPr>
        <w:tcBorders>
          <w:top w:val="nil"/>
          <w:left w:val="nil"/>
          <w:bottom w:val="nil"/>
          <w:right w:val="nil"/>
          <w:insideH w:val="nil"/>
          <w:insideV w:val="nil"/>
        </w:tcBorders>
        <w:shd w:val="clear" w:color="auto" w:fill="4F1AA1" w:themeFill="accent4" w:themeFillShade="BF"/>
      </w:tcPr>
    </w:tblStylePr>
    <w:tblStylePr w:type="band1Horz">
      <w:tblPr/>
      <w:tcPr>
        <w:tcBorders>
          <w:top w:val="nil"/>
          <w:left w:val="nil"/>
          <w:bottom w:val="nil"/>
          <w:right w:val="nil"/>
          <w:insideH w:val="nil"/>
          <w:insideV w:val="nil"/>
        </w:tcBorders>
        <w:shd w:val="clear" w:color="auto" w:fill="4F1AA1"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E18A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0C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A127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A127F" w:themeFill="accent5" w:themeFillShade="BF"/>
      </w:tcPr>
    </w:tblStylePr>
    <w:tblStylePr w:type="band1Vert">
      <w:tblPr/>
      <w:tcPr>
        <w:tcBorders>
          <w:top w:val="nil"/>
          <w:left w:val="nil"/>
          <w:bottom w:val="nil"/>
          <w:right w:val="nil"/>
          <w:insideH w:val="nil"/>
          <w:insideV w:val="nil"/>
        </w:tcBorders>
        <w:shd w:val="clear" w:color="auto" w:fill="3A127F" w:themeFill="accent5" w:themeFillShade="BF"/>
      </w:tcPr>
    </w:tblStylePr>
    <w:tblStylePr w:type="band1Horz">
      <w:tblPr/>
      <w:tcPr>
        <w:tcBorders>
          <w:top w:val="nil"/>
          <w:left w:val="nil"/>
          <w:bottom w:val="nil"/>
          <w:right w:val="nil"/>
          <w:insideH w:val="nil"/>
          <w:insideV w:val="nil"/>
        </w:tcBorders>
        <w:shd w:val="clear" w:color="auto" w:fill="3A127F"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A7C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3D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75C8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75C82" w:themeFill="accent6" w:themeFillShade="BF"/>
      </w:tcPr>
    </w:tblStylePr>
    <w:tblStylePr w:type="band1Vert">
      <w:tblPr/>
      <w:tcPr>
        <w:tcBorders>
          <w:top w:val="nil"/>
          <w:left w:val="nil"/>
          <w:bottom w:val="nil"/>
          <w:right w:val="nil"/>
          <w:insideH w:val="nil"/>
          <w:insideV w:val="nil"/>
        </w:tcBorders>
        <w:shd w:val="clear" w:color="auto" w:fill="075C82" w:themeFill="accent6" w:themeFillShade="BF"/>
      </w:tcPr>
    </w:tblStylePr>
    <w:tblStylePr w:type="band1Horz">
      <w:tblPr/>
      <w:tcPr>
        <w:tcBorders>
          <w:top w:val="nil"/>
          <w:left w:val="nil"/>
          <w:bottom w:val="nil"/>
          <w:right w:val="nil"/>
          <w:insideH w:val="nil"/>
          <w:insideV w:val="nil"/>
        </w:tcBorders>
        <w:shd w:val="clear" w:color="auto" w:fill="075C8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F1390" w:themeColor="accent1"/>
        <w:bottom w:val="single" w:sz="4" w:space="0" w:color="FF1390" w:themeColor="accent1"/>
        <w:right w:val="single" w:sz="4" w:space="0" w:color="FF1390" w:themeColor="accent1"/>
        <w:insideH w:val="single" w:sz="4" w:space="0" w:color="FFFFFF" w:themeColor="background1"/>
        <w:insideV w:val="single" w:sz="4" w:space="0" w:color="FFFFFF" w:themeColor="background1"/>
      </w:tblBorders>
    </w:tblPr>
    <w:tcPr>
      <w:shd w:val="clear" w:color="auto" w:fill="FFE7F4" w:themeFill="accen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0057" w:themeFill="accent1" w:themeFillShade="99"/>
      </w:tcPr>
    </w:tblStylePr>
    <w:tblStylePr w:type="firstCol">
      <w:rPr>
        <w:color w:val="FFFFFF" w:themeColor="background1"/>
      </w:rPr>
      <w:tblPr/>
      <w:tcPr>
        <w:tcBorders>
          <w:top w:val="nil"/>
          <w:left w:val="nil"/>
          <w:bottom w:val="nil"/>
          <w:right w:val="nil"/>
          <w:insideH w:val="single" w:sz="4" w:space="0" w:color="A40057" w:themeColor="accent1" w:themeShade="99"/>
          <w:insideV w:val="nil"/>
        </w:tcBorders>
        <w:shd w:val="clear" w:color="auto" w:fill="A400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40057" w:themeFill="accent1" w:themeFillShade="99"/>
      </w:tcPr>
    </w:tblStylePr>
    <w:tblStylePr w:type="band1Vert">
      <w:tblPr/>
      <w:tcPr>
        <w:shd w:val="clear" w:color="auto" w:fill="FFA0D2" w:themeFill="accent1" w:themeFillTint="66"/>
      </w:tcPr>
    </w:tblStylePr>
    <w:tblStylePr w:type="band1Horz">
      <w:tblPr/>
      <w:tcPr>
        <w:shd w:val="clear" w:color="auto" w:fill="FF89C7"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EAA1B" w:themeColor="accent2"/>
        <w:bottom w:val="single" w:sz="4" w:space="0" w:color="FEAA1B" w:themeColor="accent2"/>
        <w:right w:val="single" w:sz="4" w:space="0" w:color="FEAA1B" w:themeColor="accent2"/>
        <w:insideH w:val="single" w:sz="4" w:space="0" w:color="FFFFFF" w:themeColor="background1"/>
        <w:insideV w:val="single" w:sz="4" w:space="0" w:color="FFFFFF" w:themeColor="background1"/>
      </w:tblBorders>
    </w:tblPr>
    <w:tcPr>
      <w:shd w:val="clear" w:color="auto" w:fill="FFF6E8" w:themeFill="accent2"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6900" w:themeFill="accent2" w:themeFillShade="99"/>
      </w:tcPr>
    </w:tblStylePr>
    <w:tblStylePr w:type="firstCol">
      <w:rPr>
        <w:color w:val="FFFFFF" w:themeColor="background1"/>
      </w:rPr>
      <w:tblPr/>
      <w:tcPr>
        <w:tcBorders>
          <w:top w:val="nil"/>
          <w:left w:val="nil"/>
          <w:bottom w:val="nil"/>
          <w:right w:val="nil"/>
          <w:insideH w:val="single" w:sz="4" w:space="0" w:color="A76900" w:themeColor="accent2" w:themeShade="99"/>
          <w:insideV w:val="nil"/>
        </w:tcBorders>
        <w:shd w:val="clear" w:color="auto" w:fill="A769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76900" w:themeFill="accent2" w:themeFillShade="99"/>
      </w:tcPr>
    </w:tblStylePr>
    <w:tblStylePr w:type="band1Vert">
      <w:tblPr/>
      <w:tcPr>
        <w:shd w:val="clear" w:color="auto" w:fill="FEDCA3" w:themeFill="accent2" w:themeFillTint="66"/>
      </w:tcPr>
    </w:tblStylePr>
    <w:tblStylePr w:type="band1Horz">
      <w:tblPr/>
      <w:tcPr>
        <w:shd w:val="clear" w:color="auto" w:fill="FED48D"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6B23D8" w:themeColor="accent4"/>
        <w:left w:val="single" w:sz="4" w:space="0" w:color="18C8AA" w:themeColor="accent3"/>
        <w:bottom w:val="single" w:sz="4" w:space="0" w:color="18C8AA" w:themeColor="accent3"/>
        <w:right w:val="single" w:sz="4" w:space="0" w:color="18C8AA" w:themeColor="accent3"/>
        <w:insideH w:val="single" w:sz="4" w:space="0" w:color="FFFFFF" w:themeColor="background1"/>
        <w:insideV w:val="single" w:sz="4" w:space="0" w:color="FFFFFF" w:themeColor="background1"/>
      </w:tblBorders>
    </w:tblPr>
    <w:tcPr>
      <w:shd w:val="clear" w:color="auto" w:fill="E5FCF8" w:themeFill="accent3" w:themeFillTint="19"/>
    </w:tcPr>
    <w:tblStylePr w:type="firstRow">
      <w:rPr>
        <w:b/>
        <w:bCs/>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7765" w:themeFill="accent3" w:themeFillShade="99"/>
      </w:tcPr>
    </w:tblStylePr>
    <w:tblStylePr w:type="firstCol">
      <w:rPr>
        <w:color w:val="FFFFFF" w:themeColor="background1"/>
      </w:rPr>
      <w:tblPr/>
      <w:tcPr>
        <w:tcBorders>
          <w:top w:val="nil"/>
          <w:left w:val="nil"/>
          <w:bottom w:val="nil"/>
          <w:right w:val="nil"/>
          <w:insideH w:val="single" w:sz="4" w:space="0" w:color="0E7765" w:themeColor="accent3" w:themeShade="99"/>
          <w:insideV w:val="nil"/>
        </w:tcBorders>
        <w:shd w:val="clear" w:color="auto" w:fill="0E77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E7765" w:themeFill="accent3" w:themeFillShade="99"/>
      </w:tcPr>
    </w:tblStylePr>
    <w:tblStylePr w:type="band1Vert">
      <w:tblPr/>
      <w:tcPr>
        <w:shd w:val="clear" w:color="auto" w:fill="98F2E3" w:themeFill="accent3" w:themeFillTint="66"/>
      </w:tcPr>
    </w:tblStylePr>
    <w:tblStylePr w:type="band1Horz">
      <w:tblPr/>
      <w:tcPr>
        <w:shd w:val="clear" w:color="auto" w:fill="7FEF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8C8AA" w:themeColor="accent3"/>
        <w:left w:val="single" w:sz="4" w:space="0" w:color="6B23D8" w:themeColor="accent4"/>
        <w:bottom w:val="single" w:sz="4" w:space="0" w:color="6B23D8" w:themeColor="accent4"/>
        <w:right w:val="single" w:sz="4" w:space="0" w:color="6B23D8" w:themeColor="accent4"/>
        <w:insideH w:val="single" w:sz="4" w:space="0" w:color="FFFFFF" w:themeColor="background1"/>
        <w:insideV w:val="single" w:sz="4" w:space="0" w:color="FFFFFF" w:themeColor="background1"/>
      </w:tblBorders>
    </w:tblPr>
    <w:tcPr>
      <w:shd w:val="clear" w:color="auto" w:fill="F0E8FB" w:themeFill="accent4" w:themeFillTint="19"/>
    </w:tcPr>
    <w:tblStylePr w:type="firstRow">
      <w:rPr>
        <w:b/>
        <w:bCs/>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1581" w:themeFill="accent4" w:themeFillShade="99"/>
      </w:tcPr>
    </w:tblStylePr>
    <w:tblStylePr w:type="firstCol">
      <w:rPr>
        <w:color w:val="FFFFFF" w:themeColor="background1"/>
      </w:rPr>
      <w:tblPr/>
      <w:tcPr>
        <w:tcBorders>
          <w:top w:val="nil"/>
          <w:left w:val="nil"/>
          <w:bottom w:val="nil"/>
          <w:right w:val="nil"/>
          <w:insideH w:val="single" w:sz="4" w:space="0" w:color="3F1581" w:themeColor="accent4" w:themeShade="99"/>
          <w:insideV w:val="nil"/>
        </w:tcBorders>
        <w:shd w:val="clear" w:color="auto" w:fill="3F158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1581" w:themeFill="accent4" w:themeFillShade="99"/>
      </w:tcPr>
    </w:tblStylePr>
    <w:tblStylePr w:type="band1Vert">
      <w:tblPr/>
      <w:tcPr>
        <w:shd w:val="clear" w:color="auto" w:fill="C3A5F0" w:themeFill="accent4" w:themeFillTint="66"/>
      </w:tcPr>
    </w:tblStylePr>
    <w:tblStylePr w:type="band1Horz">
      <w:tblPr/>
      <w:tcPr>
        <w:shd w:val="clear" w:color="auto" w:fill="B490E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A7CAE" w:themeColor="accent6"/>
        <w:left w:val="single" w:sz="4" w:space="0" w:color="4E18AA" w:themeColor="accent5"/>
        <w:bottom w:val="single" w:sz="4" w:space="0" w:color="4E18AA" w:themeColor="accent5"/>
        <w:right w:val="single" w:sz="4" w:space="0" w:color="4E18AA" w:themeColor="accent5"/>
        <w:insideH w:val="single" w:sz="4" w:space="0" w:color="FFFFFF" w:themeColor="background1"/>
        <w:insideV w:val="single" w:sz="4" w:space="0" w:color="FFFFFF" w:themeColor="background1"/>
      </w:tblBorders>
    </w:tblPr>
    <w:tcPr>
      <w:shd w:val="clear" w:color="auto" w:fill="ECE3FB" w:themeFill="accent5" w:themeFillTint="19"/>
    </w:tcPr>
    <w:tblStylePr w:type="firstRow">
      <w:rPr>
        <w:b/>
        <w:bCs/>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0E65" w:themeFill="accent5" w:themeFillShade="99"/>
      </w:tcPr>
    </w:tblStylePr>
    <w:tblStylePr w:type="firstCol">
      <w:rPr>
        <w:color w:val="FFFFFF" w:themeColor="background1"/>
      </w:rPr>
      <w:tblPr/>
      <w:tcPr>
        <w:tcBorders>
          <w:top w:val="nil"/>
          <w:left w:val="nil"/>
          <w:bottom w:val="nil"/>
          <w:right w:val="nil"/>
          <w:insideH w:val="single" w:sz="4" w:space="0" w:color="2E0E65" w:themeColor="accent5" w:themeShade="99"/>
          <w:insideV w:val="nil"/>
        </w:tcBorders>
        <w:shd w:val="clear" w:color="auto" w:fill="2E0E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0E65" w:themeFill="accent5" w:themeFillShade="99"/>
      </w:tcPr>
    </w:tblStylePr>
    <w:tblStylePr w:type="band1Vert">
      <w:tblPr/>
      <w:tcPr>
        <w:shd w:val="clear" w:color="auto" w:fill="B390EF" w:themeFill="accent5" w:themeFillTint="66"/>
      </w:tcPr>
    </w:tblStylePr>
    <w:tblStylePr w:type="band1Horz">
      <w:tblPr/>
      <w:tcPr>
        <w:shd w:val="clear" w:color="auto" w:fill="A074EB"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E18AA" w:themeColor="accent5"/>
        <w:left w:val="single" w:sz="4" w:space="0" w:color="0A7CAE" w:themeColor="accent6"/>
        <w:bottom w:val="single" w:sz="4" w:space="0" w:color="0A7CAE" w:themeColor="accent6"/>
        <w:right w:val="single" w:sz="4" w:space="0" w:color="0A7CAE" w:themeColor="accent6"/>
        <w:insideH w:val="single" w:sz="4" w:space="0" w:color="FFFFFF" w:themeColor="background1"/>
        <w:insideV w:val="single" w:sz="4" w:space="0" w:color="FFFFFF" w:themeColor="background1"/>
      </w:tblBorders>
    </w:tblPr>
    <w:tcPr>
      <w:shd w:val="clear" w:color="auto" w:fill="E0F4FD" w:themeFill="accent6" w:themeFillTint="19"/>
    </w:tcPr>
    <w:tblStylePr w:type="firstRow">
      <w:rPr>
        <w:b/>
        <w:bCs/>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4A68" w:themeFill="accent6" w:themeFillShade="99"/>
      </w:tcPr>
    </w:tblStylePr>
    <w:tblStylePr w:type="firstCol">
      <w:rPr>
        <w:color w:val="FFFFFF" w:themeColor="background1"/>
      </w:rPr>
      <w:tblPr/>
      <w:tcPr>
        <w:tcBorders>
          <w:top w:val="nil"/>
          <w:left w:val="nil"/>
          <w:bottom w:val="nil"/>
          <w:right w:val="nil"/>
          <w:insideH w:val="single" w:sz="4" w:space="0" w:color="064A68" w:themeColor="accent6" w:themeShade="99"/>
          <w:insideV w:val="nil"/>
        </w:tcBorders>
        <w:shd w:val="clear" w:color="auto" w:fill="064A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64A68" w:themeFill="accent6" w:themeFillShade="99"/>
      </w:tcPr>
    </w:tblStylePr>
    <w:tblStylePr w:type="band1Vert">
      <w:tblPr/>
      <w:tcPr>
        <w:shd w:val="clear" w:color="auto" w:fill="83D4F8" w:themeFill="accent6" w:themeFillTint="66"/>
      </w:tcPr>
    </w:tblStylePr>
    <w:tblStylePr w:type="band1Horz">
      <w:tblPr/>
      <w:tcPr>
        <w:shd w:val="clear" w:color="auto" w:fill="65C9F6"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FE7F4" w:themeFill="accen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4E3" w:themeFill="accent1" w:themeFillTint="3F"/>
      </w:tcPr>
    </w:tblStylePr>
    <w:tblStylePr w:type="band1Horz">
      <w:tblPr/>
      <w:tcPr>
        <w:shd w:val="clear" w:color="auto" w:fill="FFCFE8"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FF6E8" w:themeFill="accent2"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9C6" w:themeFill="accent2" w:themeFillTint="3F"/>
      </w:tcPr>
    </w:tblStylePr>
    <w:tblStylePr w:type="band1Horz">
      <w:tblPr/>
      <w:tcPr>
        <w:shd w:val="clear" w:color="auto" w:fill="FEEDD1"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5FCF8" w:themeFill="accent3" w:themeFillTint="19"/>
    </w:tcPr>
    <w:tblStylePr w:type="firstRow">
      <w:rPr>
        <w:b/>
        <w:bCs/>
        <w:color w:val="FFFFFF" w:themeColor="background1"/>
      </w:rPr>
      <w:tblPr/>
      <w:tcPr>
        <w:tcBorders>
          <w:bottom w:val="single" w:sz="12" w:space="0" w:color="FFFFFF" w:themeColor="background1"/>
        </w:tcBorders>
        <w:shd w:val="clear" w:color="auto" w:fill="551CAC" w:themeFill="accent4" w:themeFillShade="CC"/>
      </w:tcPr>
    </w:tblStylePr>
    <w:tblStylePr w:type="lastRow">
      <w:rPr>
        <w:b/>
        <w:bCs/>
        <w:color w:val="551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F7ED" w:themeFill="accent3" w:themeFillTint="3F"/>
      </w:tcPr>
    </w:tblStylePr>
    <w:tblStylePr w:type="band1Horz">
      <w:tblPr/>
      <w:tcPr>
        <w:shd w:val="clear" w:color="auto" w:fill="CBF9F1"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0E8FB" w:themeFill="accent4" w:themeFillTint="19"/>
    </w:tcPr>
    <w:tblStylePr w:type="firstRow">
      <w:rPr>
        <w:b/>
        <w:bCs/>
        <w:color w:val="FFFFFF" w:themeColor="background1"/>
      </w:rPr>
      <w:tblPr/>
      <w:tcPr>
        <w:tcBorders>
          <w:bottom w:val="single" w:sz="12" w:space="0" w:color="FFFFFF" w:themeColor="background1"/>
        </w:tcBorders>
        <w:shd w:val="clear" w:color="auto" w:fill="139F87" w:themeFill="accent3" w:themeFillShade="CC"/>
      </w:tcPr>
    </w:tblStylePr>
    <w:tblStylePr w:type="lastRow">
      <w:rPr>
        <w:b/>
        <w:bCs/>
        <w:color w:val="139F8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C7F6" w:themeFill="accent4" w:themeFillTint="3F"/>
      </w:tcPr>
    </w:tblStylePr>
    <w:tblStylePr w:type="band1Horz">
      <w:tblPr/>
      <w:tcPr>
        <w:shd w:val="clear" w:color="auto" w:fill="E1D2F7"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CE3FB" w:themeFill="accent5" w:themeFillTint="19"/>
    </w:tcPr>
    <w:tblStylePr w:type="firstRow">
      <w:rPr>
        <w:b/>
        <w:bCs/>
        <w:color w:val="FFFFFF" w:themeColor="background1"/>
      </w:rPr>
      <w:tblPr/>
      <w:tcPr>
        <w:tcBorders>
          <w:bottom w:val="single" w:sz="12" w:space="0" w:color="FFFFFF" w:themeColor="background1"/>
        </w:tcBorders>
        <w:shd w:val="clear" w:color="auto" w:fill="08628A" w:themeFill="accent6" w:themeFillShade="CC"/>
      </w:tcPr>
    </w:tblStylePr>
    <w:tblStylePr w:type="lastRow">
      <w:rPr>
        <w:b/>
        <w:bCs/>
        <w:color w:val="0862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BAF5" w:themeFill="accent5" w:themeFillTint="3F"/>
      </w:tcPr>
    </w:tblStylePr>
    <w:tblStylePr w:type="band1Horz">
      <w:tblPr/>
      <w:tcPr>
        <w:shd w:val="clear" w:color="auto" w:fill="D9C7F7"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0F4FD" w:themeFill="accent6" w:themeFillTint="19"/>
    </w:tcPr>
    <w:tblStylePr w:type="firstRow">
      <w:rPr>
        <w:b/>
        <w:bCs/>
        <w:color w:val="FFFFFF" w:themeColor="background1"/>
      </w:rPr>
      <w:tblPr/>
      <w:tcPr>
        <w:tcBorders>
          <w:bottom w:val="single" w:sz="12" w:space="0" w:color="FFFFFF" w:themeColor="background1"/>
        </w:tcBorders>
        <w:shd w:val="clear" w:color="auto" w:fill="3E1387" w:themeFill="accent5" w:themeFillShade="CC"/>
      </w:tcPr>
    </w:tblStylePr>
    <w:tblStylePr w:type="lastRow">
      <w:rPr>
        <w:b/>
        <w:bCs/>
        <w:color w:val="3E13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4FA" w:themeFill="accent6" w:themeFillTint="3F"/>
      </w:tcPr>
    </w:tblStylePr>
    <w:tblStylePr w:type="band1Horz">
      <w:tblPr/>
      <w:tcPr>
        <w:shd w:val="clear" w:color="auto" w:fill="C1E9FB"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FE8" w:themeFill="accent1" w:themeFillTint="33"/>
    </w:tcPr>
    <w:tblStylePr w:type="firstRow">
      <w:rPr>
        <w:b/>
        <w:bCs/>
      </w:rPr>
      <w:tblPr/>
      <w:tcPr>
        <w:shd w:val="clear" w:color="auto" w:fill="FFA0D2" w:themeFill="accent1" w:themeFillTint="66"/>
      </w:tcPr>
    </w:tblStylePr>
    <w:tblStylePr w:type="lastRow">
      <w:rPr>
        <w:b/>
        <w:bCs/>
        <w:color w:val="000000" w:themeColor="text1"/>
      </w:rPr>
      <w:tblPr/>
      <w:tcPr>
        <w:shd w:val="clear" w:color="auto" w:fill="FFA0D2" w:themeFill="accent1" w:themeFillTint="66"/>
      </w:tcPr>
    </w:tblStylePr>
    <w:tblStylePr w:type="firstCol">
      <w:rPr>
        <w:color w:val="FFFFFF" w:themeColor="background1"/>
      </w:rPr>
      <w:tblPr/>
      <w:tcPr>
        <w:shd w:val="clear" w:color="auto" w:fill="CD006C" w:themeFill="accent1" w:themeFillShade="BF"/>
      </w:tcPr>
    </w:tblStylePr>
    <w:tblStylePr w:type="lastCol">
      <w:rPr>
        <w:color w:val="FFFFFF" w:themeColor="background1"/>
      </w:rPr>
      <w:tblPr/>
      <w:tcPr>
        <w:shd w:val="clear" w:color="auto" w:fill="CD006C" w:themeFill="accent1" w:themeFillShade="BF"/>
      </w:tc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DD1" w:themeFill="accent2" w:themeFillTint="33"/>
    </w:tcPr>
    <w:tblStylePr w:type="firstRow">
      <w:rPr>
        <w:b/>
        <w:bCs/>
      </w:rPr>
      <w:tblPr/>
      <w:tcPr>
        <w:shd w:val="clear" w:color="auto" w:fill="FEDCA3" w:themeFill="accent2" w:themeFillTint="66"/>
      </w:tcPr>
    </w:tblStylePr>
    <w:tblStylePr w:type="lastRow">
      <w:rPr>
        <w:b/>
        <w:bCs/>
        <w:color w:val="000000" w:themeColor="text1"/>
      </w:rPr>
      <w:tblPr/>
      <w:tcPr>
        <w:shd w:val="clear" w:color="auto" w:fill="FEDCA3" w:themeFill="accent2" w:themeFillTint="66"/>
      </w:tcPr>
    </w:tblStylePr>
    <w:tblStylePr w:type="firstCol">
      <w:rPr>
        <w:color w:val="FFFFFF" w:themeColor="background1"/>
      </w:rPr>
      <w:tblPr/>
      <w:tcPr>
        <w:shd w:val="clear" w:color="auto" w:fill="D18301" w:themeFill="accent2" w:themeFillShade="BF"/>
      </w:tcPr>
    </w:tblStylePr>
    <w:tblStylePr w:type="lastCol">
      <w:rPr>
        <w:color w:val="FFFFFF" w:themeColor="background1"/>
      </w:rPr>
      <w:tblPr/>
      <w:tcPr>
        <w:shd w:val="clear" w:color="auto" w:fill="D18301" w:themeFill="accent2" w:themeFillShade="BF"/>
      </w:tc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BF9F1" w:themeFill="accent3" w:themeFillTint="33"/>
    </w:tcPr>
    <w:tblStylePr w:type="firstRow">
      <w:rPr>
        <w:b/>
        <w:bCs/>
      </w:rPr>
      <w:tblPr/>
      <w:tcPr>
        <w:shd w:val="clear" w:color="auto" w:fill="98F2E3" w:themeFill="accent3" w:themeFillTint="66"/>
      </w:tcPr>
    </w:tblStylePr>
    <w:tblStylePr w:type="lastRow">
      <w:rPr>
        <w:b/>
        <w:bCs/>
        <w:color w:val="000000" w:themeColor="text1"/>
      </w:rPr>
      <w:tblPr/>
      <w:tcPr>
        <w:shd w:val="clear" w:color="auto" w:fill="98F2E3" w:themeFill="accent3" w:themeFillTint="66"/>
      </w:tcPr>
    </w:tblStylePr>
    <w:tblStylePr w:type="firstCol">
      <w:rPr>
        <w:color w:val="FFFFFF" w:themeColor="background1"/>
      </w:rPr>
      <w:tblPr/>
      <w:tcPr>
        <w:shd w:val="clear" w:color="auto" w:fill="12957E" w:themeFill="accent3" w:themeFillShade="BF"/>
      </w:tcPr>
    </w:tblStylePr>
    <w:tblStylePr w:type="lastCol">
      <w:rPr>
        <w:color w:val="FFFFFF" w:themeColor="background1"/>
      </w:rPr>
      <w:tblPr/>
      <w:tcPr>
        <w:shd w:val="clear" w:color="auto" w:fill="12957E" w:themeFill="accent3" w:themeFillShade="BF"/>
      </w:tc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2F7" w:themeFill="accent4" w:themeFillTint="33"/>
    </w:tcPr>
    <w:tblStylePr w:type="firstRow">
      <w:rPr>
        <w:b/>
        <w:bCs/>
      </w:rPr>
      <w:tblPr/>
      <w:tcPr>
        <w:shd w:val="clear" w:color="auto" w:fill="C3A5F0" w:themeFill="accent4" w:themeFillTint="66"/>
      </w:tcPr>
    </w:tblStylePr>
    <w:tblStylePr w:type="lastRow">
      <w:rPr>
        <w:b/>
        <w:bCs/>
        <w:color w:val="000000" w:themeColor="text1"/>
      </w:rPr>
      <w:tblPr/>
      <w:tcPr>
        <w:shd w:val="clear" w:color="auto" w:fill="C3A5F0" w:themeFill="accent4" w:themeFillTint="66"/>
      </w:tcPr>
    </w:tblStylePr>
    <w:tblStylePr w:type="firstCol">
      <w:rPr>
        <w:color w:val="FFFFFF" w:themeColor="background1"/>
      </w:rPr>
      <w:tblPr/>
      <w:tcPr>
        <w:shd w:val="clear" w:color="auto" w:fill="4F1AA1" w:themeFill="accent4" w:themeFillShade="BF"/>
      </w:tcPr>
    </w:tblStylePr>
    <w:tblStylePr w:type="lastCol">
      <w:rPr>
        <w:color w:val="FFFFFF" w:themeColor="background1"/>
      </w:rPr>
      <w:tblPr/>
      <w:tcPr>
        <w:shd w:val="clear" w:color="auto" w:fill="4F1AA1" w:themeFill="accent4" w:themeFillShade="BF"/>
      </w:tc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C7F7" w:themeFill="accent5" w:themeFillTint="33"/>
    </w:tcPr>
    <w:tblStylePr w:type="firstRow">
      <w:rPr>
        <w:b/>
        <w:bCs/>
      </w:rPr>
      <w:tblPr/>
      <w:tcPr>
        <w:shd w:val="clear" w:color="auto" w:fill="B390EF" w:themeFill="accent5" w:themeFillTint="66"/>
      </w:tcPr>
    </w:tblStylePr>
    <w:tblStylePr w:type="lastRow">
      <w:rPr>
        <w:b/>
        <w:bCs/>
        <w:color w:val="000000" w:themeColor="text1"/>
      </w:rPr>
      <w:tblPr/>
      <w:tcPr>
        <w:shd w:val="clear" w:color="auto" w:fill="B390EF" w:themeFill="accent5" w:themeFillTint="66"/>
      </w:tcPr>
    </w:tblStylePr>
    <w:tblStylePr w:type="firstCol">
      <w:rPr>
        <w:color w:val="FFFFFF" w:themeColor="background1"/>
      </w:rPr>
      <w:tblPr/>
      <w:tcPr>
        <w:shd w:val="clear" w:color="auto" w:fill="3A127F" w:themeFill="accent5" w:themeFillShade="BF"/>
      </w:tcPr>
    </w:tblStylePr>
    <w:tblStylePr w:type="lastCol">
      <w:rPr>
        <w:color w:val="FFFFFF" w:themeColor="background1"/>
      </w:rPr>
      <w:tblPr/>
      <w:tcPr>
        <w:shd w:val="clear" w:color="auto" w:fill="3A127F" w:themeFill="accent5" w:themeFillShade="BF"/>
      </w:tc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9FB" w:themeFill="accent6" w:themeFillTint="33"/>
    </w:tcPr>
    <w:tblStylePr w:type="firstRow">
      <w:rPr>
        <w:b/>
        <w:bCs/>
      </w:rPr>
      <w:tblPr/>
      <w:tcPr>
        <w:shd w:val="clear" w:color="auto" w:fill="83D4F8" w:themeFill="accent6" w:themeFillTint="66"/>
      </w:tcPr>
    </w:tblStylePr>
    <w:tblStylePr w:type="lastRow">
      <w:rPr>
        <w:b/>
        <w:bCs/>
        <w:color w:val="000000" w:themeColor="text1"/>
      </w:rPr>
      <w:tblPr/>
      <w:tcPr>
        <w:shd w:val="clear" w:color="auto" w:fill="83D4F8" w:themeFill="accent6" w:themeFillTint="66"/>
      </w:tcPr>
    </w:tblStylePr>
    <w:tblStylePr w:type="firstCol">
      <w:rPr>
        <w:color w:val="FFFFFF" w:themeColor="background1"/>
      </w:rPr>
      <w:tblPr/>
      <w:tcPr>
        <w:shd w:val="clear" w:color="auto" w:fill="075C82" w:themeFill="accent6" w:themeFillShade="BF"/>
      </w:tcPr>
    </w:tblStylePr>
    <w:tblStylePr w:type="lastCol">
      <w:rPr>
        <w:color w:val="FFFFFF" w:themeColor="background1"/>
      </w:rPr>
      <w:tblPr/>
      <w:tcPr>
        <w:shd w:val="clear" w:color="auto" w:fill="075C82" w:themeFill="accent6" w:themeFillShade="BF"/>
      </w:tc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paragraph" w:customStyle="1" w:styleId="TitleX">
    <w:name w:val="TitleX"/>
    <w:pPr>
      <w:keepNext/>
      <w:spacing w:after="140"/>
    </w:pPr>
    <w:rPr>
      <w:rFonts w:ascii="Aptos" w:hAnsi="Aptos"/>
      <w:b/>
      <w:color w:val="6B23D8"/>
      <w:sz w:val="44"/>
    </w:rPr>
  </w:style>
  <w:style w:type="paragraph" w:customStyle="1" w:styleId="SmallX">
    <w:name w:val="SmallX"/>
    <w:pPr>
      <w:keepNext/>
      <w:spacing w:after="60"/>
    </w:pPr>
    <w:rPr>
      <w:rFonts w:ascii="Aptos" w:hAnsi="Aptos"/>
      <w:color w:val="5D6872"/>
      <w:sz w:val="17"/>
    </w:rPr>
  </w:style>
  <w:style w:type="paragraph" w:customStyle="1" w:styleId="BulletX">
    <w:name w:val="BulletX"/>
    <w:pPr>
      <w:spacing w:after="50"/>
      <w:ind w:left="346" w:hanging="202"/>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FID">
  <a:themeElements>
    <a:clrScheme name="FDC Diagnostics">
      <a:dk1>
        <a:sysClr val="windowText" lastClr="000000"/>
      </a:dk1>
      <a:lt1>
        <a:sysClr val="window" lastClr="FFFFFF"/>
      </a:lt1>
      <a:dk2>
        <a:srgbClr val="0E2841"/>
      </a:dk2>
      <a:lt2>
        <a:srgbClr val="E8E8E8"/>
      </a:lt2>
      <a:accent1>
        <a:srgbClr val="FF1390"/>
      </a:accent1>
      <a:accent2>
        <a:srgbClr val="FEAA1B"/>
      </a:accent2>
      <a:accent3>
        <a:srgbClr val="18C8AA"/>
      </a:accent3>
      <a:accent4>
        <a:srgbClr val="6B23D8"/>
      </a:accent4>
      <a:accent5>
        <a:srgbClr val="4E18AA"/>
      </a:accent5>
      <a:accent6>
        <a:srgbClr val="0A7CAE"/>
      </a:accent6>
      <a:hlink>
        <a:srgbClr val="467886"/>
      </a:hlink>
      <a:folHlink>
        <a:srgbClr val="96607D"/>
      </a:folHlink>
    </a:clrScheme>
    <a:fontScheme name="FID">
      <a:majorFont>
        <a:latin typeface="Montserrat Extra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FID" id="{A0397BBA-A80E-4E16-A0D6-B51358A9FF97}" vid="{AF3F4B38-D3AC-43D4-AE9F-4D29F82C72B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2555</Characters>
  <Application>Microsoft Office Word</Application>
  <DocSecurity>4</DocSecurity>
  <Lines>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de Bakker</cp:lastModifiedBy>
  <cp:revision>2</cp:revision>
  <dcterms:created xsi:type="dcterms:W3CDTF">2026-08-11T05:01:00Z</dcterms:created>
  <dcterms:modified xsi:type="dcterms:W3CDTF">2026-08-11T05:01:00Z</dcterms:modified>
  <cp:category/>
</cp:coreProperties>
</file>