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2541"/>
        <w:gridCol w:w="2541"/>
        <w:gridCol w:w="2541"/>
        <w:gridCol w:w="2541"/>
      </w:tblGrid>
      <w:tr w:rsidR="00713526" w14:paraId="0D9F74B4" w14:textId="77777777">
        <w:trPr>
          <w:cantSplit/>
          <w:jc w:val="center"/>
        </w:trPr>
        <w:tc>
          <w:tcPr>
            <w:tcW w:w="2541" w:type="dxa"/>
            <w:shd w:val="clear" w:color="auto" w:fill="FF1390"/>
            <w:tcMar>
              <w:top w:w="0" w:type="dxa"/>
              <w:left w:w="0" w:type="dxa"/>
              <w:bottom w:w="0" w:type="dxa"/>
              <w:right w:w="0" w:type="dxa"/>
            </w:tcMar>
          </w:tcPr>
          <w:p w14:paraId="27A409B7" w14:textId="77777777" w:rsidR="00713526" w:rsidRDefault="00713526"/>
        </w:tc>
        <w:tc>
          <w:tcPr>
            <w:tcW w:w="2541" w:type="dxa"/>
            <w:shd w:val="clear" w:color="auto" w:fill="FEAA1B"/>
            <w:tcMar>
              <w:top w:w="0" w:type="dxa"/>
              <w:left w:w="0" w:type="dxa"/>
              <w:bottom w:w="0" w:type="dxa"/>
              <w:right w:w="0" w:type="dxa"/>
            </w:tcMar>
          </w:tcPr>
          <w:p w14:paraId="5B156807" w14:textId="77777777" w:rsidR="00713526" w:rsidRDefault="00713526"/>
        </w:tc>
        <w:tc>
          <w:tcPr>
            <w:tcW w:w="2541" w:type="dxa"/>
            <w:shd w:val="clear" w:color="auto" w:fill="18C8AA"/>
            <w:tcMar>
              <w:top w:w="0" w:type="dxa"/>
              <w:left w:w="0" w:type="dxa"/>
              <w:bottom w:w="0" w:type="dxa"/>
              <w:right w:w="0" w:type="dxa"/>
            </w:tcMar>
          </w:tcPr>
          <w:p w14:paraId="5F44B75F" w14:textId="77777777" w:rsidR="00713526" w:rsidRDefault="00713526"/>
        </w:tc>
        <w:tc>
          <w:tcPr>
            <w:tcW w:w="2541" w:type="dxa"/>
            <w:shd w:val="clear" w:color="auto" w:fill="6B23D8"/>
            <w:tcMar>
              <w:top w:w="0" w:type="dxa"/>
              <w:left w:w="0" w:type="dxa"/>
              <w:bottom w:w="0" w:type="dxa"/>
              <w:right w:w="0" w:type="dxa"/>
            </w:tcMar>
          </w:tcPr>
          <w:p w14:paraId="6A3BA7C1" w14:textId="77777777" w:rsidR="00713526" w:rsidRDefault="00713526"/>
        </w:tc>
      </w:tr>
    </w:tbl>
    <w:p w14:paraId="394CCBD9" w14:textId="77777777" w:rsidR="00713526" w:rsidRDefault="00713526">
      <w:pPr>
        <w:spacing w:after="240"/>
      </w:pPr>
    </w:p>
    <w:p w14:paraId="52350EFC" w14:textId="77777777" w:rsidR="00713526" w:rsidRDefault="00946B46">
      <w:pPr>
        <w:pStyle w:val="SmallX"/>
        <w:jc w:val="center"/>
      </w:pPr>
      <w:r>
        <w:rPr>
          <w:b/>
          <w:color w:val="18C8AA"/>
          <w:sz w:val="20"/>
        </w:rPr>
        <w:t>WORKPLACE ACTIVITY 5</w:t>
      </w:r>
    </w:p>
    <w:p w14:paraId="588CBA81" w14:textId="77777777" w:rsidR="00713526" w:rsidRPr="00F55B14" w:rsidRDefault="00946B46">
      <w:pPr>
        <w:pStyle w:val="TitleX"/>
        <w:jc w:val="center"/>
        <w:rPr>
          <w:rFonts w:asciiTheme="majorHAnsi" w:hAnsiTheme="majorHAnsi"/>
        </w:rPr>
      </w:pPr>
      <w:r w:rsidRPr="00F55B14">
        <w:rPr>
          <w:rFonts w:asciiTheme="majorHAnsi" w:hAnsiTheme="majorHAnsi"/>
        </w:rPr>
        <w:t>Support, Coach or Rescue?</w:t>
      </w:r>
    </w:p>
    <w:p w14:paraId="29DBC25A" w14:textId="77777777" w:rsidR="00713526" w:rsidRDefault="00946B46">
      <w:pPr>
        <w:jc w:val="center"/>
      </w:pPr>
      <w:r>
        <w:rPr>
          <w:b/>
          <w:color w:val="25313C"/>
          <w:sz w:val="23"/>
        </w:rPr>
        <w:t>Participant Activity Sheet</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ayout w:type="fixed"/>
        <w:tblLook w:val="04A0" w:firstRow="1" w:lastRow="0" w:firstColumn="1" w:lastColumn="0" w:noHBand="0" w:noVBand="1"/>
      </w:tblPr>
      <w:tblGrid>
        <w:gridCol w:w="5083"/>
        <w:gridCol w:w="5083"/>
      </w:tblGrid>
      <w:tr w:rsidR="00713526" w14:paraId="62EF83A6" w14:textId="77777777">
        <w:trPr>
          <w:cantSplit/>
          <w:jc w:val="center"/>
        </w:trPr>
        <w:tc>
          <w:tcPr>
            <w:tcW w:w="5083" w:type="dxa"/>
            <w:shd w:val="clear" w:color="auto" w:fill="18C8AA"/>
            <w:tcMar>
              <w:top w:w="80" w:type="dxa"/>
              <w:left w:w="90" w:type="dxa"/>
              <w:bottom w:w="80" w:type="dxa"/>
              <w:right w:w="90" w:type="dxa"/>
            </w:tcMar>
            <w:vAlign w:val="center"/>
          </w:tcPr>
          <w:p w14:paraId="6EBBC837" w14:textId="77777777" w:rsidR="00713526" w:rsidRDefault="00946B46">
            <w:pPr>
              <w:spacing w:after="0"/>
            </w:pPr>
            <w:r>
              <w:rPr>
                <w:rFonts w:ascii="Aptos" w:hAnsi="Aptos"/>
                <w:b/>
                <w:color w:val="FFFFFF"/>
                <w:sz w:val="18"/>
              </w:rPr>
              <w:t>Best for</w:t>
            </w:r>
          </w:p>
        </w:tc>
        <w:tc>
          <w:tcPr>
            <w:tcW w:w="5083" w:type="dxa"/>
            <w:shd w:val="clear" w:color="auto" w:fill="F5F7F9"/>
            <w:tcMar>
              <w:top w:w="80" w:type="dxa"/>
              <w:left w:w="90" w:type="dxa"/>
              <w:bottom w:w="80" w:type="dxa"/>
              <w:right w:w="90" w:type="dxa"/>
            </w:tcMar>
            <w:vAlign w:val="center"/>
          </w:tcPr>
          <w:p w14:paraId="34FCD7CC" w14:textId="77777777" w:rsidR="00713526" w:rsidRDefault="00946B46">
            <w:pPr>
              <w:spacing w:after="0"/>
            </w:pPr>
            <w:r>
              <w:rPr>
                <w:rFonts w:ascii="Aptos" w:hAnsi="Aptos"/>
                <w:color w:val="25313C"/>
                <w:sz w:val="18"/>
              </w:rPr>
              <w:t>Building educator capability while maintaining support and accountability</w:t>
            </w:r>
          </w:p>
        </w:tc>
      </w:tr>
      <w:tr w:rsidR="00713526" w14:paraId="7373ED6C" w14:textId="77777777">
        <w:trPr>
          <w:cantSplit/>
          <w:jc w:val="center"/>
        </w:trPr>
        <w:tc>
          <w:tcPr>
            <w:tcW w:w="5083" w:type="dxa"/>
            <w:shd w:val="clear" w:color="auto" w:fill="FEAA1B"/>
            <w:tcMar>
              <w:top w:w="80" w:type="dxa"/>
              <w:left w:w="90" w:type="dxa"/>
              <w:bottom w:w="80" w:type="dxa"/>
              <w:right w:w="90" w:type="dxa"/>
            </w:tcMar>
            <w:vAlign w:val="center"/>
          </w:tcPr>
          <w:p w14:paraId="199A6FA4" w14:textId="77777777" w:rsidR="00713526" w:rsidRDefault="00946B46">
            <w:pPr>
              <w:spacing w:after="0"/>
            </w:pPr>
            <w:r>
              <w:rPr>
                <w:rFonts w:ascii="Aptos" w:hAnsi="Aptos"/>
                <w:b/>
                <w:color w:val="FFFFFF"/>
                <w:sz w:val="18"/>
              </w:rPr>
              <w:t>Estimated time</w:t>
            </w:r>
          </w:p>
        </w:tc>
        <w:tc>
          <w:tcPr>
            <w:tcW w:w="5083" w:type="dxa"/>
            <w:shd w:val="clear" w:color="auto" w:fill="F5F7F9"/>
            <w:tcMar>
              <w:top w:w="80" w:type="dxa"/>
              <w:left w:w="90" w:type="dxa"/>
              <w:bottom w:w="80" w:type="dxa"/>
              <w:right w:w="90" w:type="dxa"/>
            </w:tcMar>
            <w:vAlign w:val="center"/>
          </w:tcPr>
          <w:p w14:paraId="54B9B57A" w14:textId="77777777" w:rsidR="00713526" w:rsidRDefault="00946B46">
            <w:pPr>
              <w:spacing w:after="0"/>
            </w:pPr>
            <w:r>
              <w:rPr>
                <w:rFonts w:ascii="Aptos" w:hAnsi="Aptos"/>
                <w:color w:val="25313C"/>
                <w:sz w:val="18"/>
              </w:rPr>
              <w:t>30–45 minutes</w:t>
            </w:r>
          </w:p>
        </w:tc>
      </w:tr>
    </w:tbl>
    <w:p w14:paraId="41683BD9" w14:textId="77777777" w:rsidR="00713526" w:rsidRDefault="00713526"/>
    <w:p w14:paraId="56CCD829" w14:textId="77777777" w:rsidR="00713526" w:rsidRDefault="00946B46">
      <w:pPr>
        <w:pStyle w:val="Heading1"/>
      </w:pPr>
      <w:r>
        <w:t>Purpose of this activity</w:t>
      </w:r>
    </w:p>
    <w:p w14:paraId="0B8D7F0E" w14:textId="77777777" w:rsidR="00713526" w:rsidRDefault="00946B46">
      <w:r>
        <w:t>Coordinators are often asked to solve problems. Sometimes direct help is necessary; at other times, solving the issue for an educator can unintentionally reduce opportunities for them to develop knowledge, judgement and confidence. This activity helps you examine whether your support is building future capability.</w:t>
      </w:r>
    </w:p>
    <w:tbl>
      <w:tblPr>
        <w:tblW w:w="0" w:type="auto"/>
        <w:jc w:val="center"/>
        <w:tblBorders>
          <w:top w:val="single" w:sz="0" w:space="0" w:color="F3EEFC"/>
          <w:left w:val="single" w:sz="0" w:space="0" w:color="F3EEFC"/>
          <w:bottom w:val="single" w:sz="0" w:space="0" w:color="F3EEFC"/>
          <w:right w:val="single" w:sz="0" w:space="0" w:color="F3EEFC"/>
          <w:insideH w:val="single" w:sz="0" w:space="0" w:color="F3EEFC"/>
          <w:insideV w:val="single" w:sz="0" w:space="0" w:color="F3EEFC"/>
        </w:tblBorders>
        <w:tblLayout w:type="fixed"/>
        <w:tblLook w:val="04A0" w:firstRow="1" w:lastRow="0" w:firstColumn="1" w:lastColumn="0" w:noHBand="0" w:noVBand="1"/>
      </w:tblPr>
      <w:tblGrid>
        <w:gridCol w:w="5083"/>
        <w:gridCol w:w="5083"/>
      </w:tblGrid>
      <w:tr w:rsidR="00713526" w14:paraId="2ED54438" w14:textId="77777777">
        <w:trPr>
          <w:cantSplit/>
          <w:jc w:val="center"/>
        </w:trPr>
        <w:tc>
          <w:tcPr>
            <w:tcW w:w="5083" w:type="dxa"/>
            <w:shd w:val="clear" w:color="auto" w:fill="6B23D8"/>
            <w:tcMar>
              <w:top w:w="0" w:type="dxa"/>
              <w:left w:w="0" w:type="dxa"/>
              <w:bottom w:w="0" w:type="dxa"/>
              <w:right w:w="0" w:type="dxa"/>
            </w:tcMar>
          </w:tcPr>
          <w:p w14:paraId="4E4FED9D" w14:textId="77777777" w:rsidR="00713526" w:rsidRDefault="00713526"/>
        </w:tc>
        <w:tc>
          <w:tcPr>
            <w:tcW w:w="5083" w:type="dxa"/>
            <w:shd w:val="clear" w:color="auto" w:fill="F3EEFC"/>
            <w:tcMar>
              <w:top w:w="100" w:type="dxa"/>
              <w:left w:w="130" w:type="dxa"/>
              <w:bottom w:w="100" w:type="dxa"/>
              <w:right w:w="130" w:type="dxa"/>
            </w:tcMar>
          </w:tcPr>
          <w:p w14:paraId="6B5B7C58" w14:textId="77777777" w:rsidR="00713526" w:rsidRDefault="00946B46">
            <w:pPr>
              <w:spacing w:after="40"/>
            </w:pPr>
            <w:r>
              <w:rPr>
                <w:b/>
                <w:color w:val="6B23D8"/>
                <w:sz w:val="20"/>
              </w:rPr>
              <w:t>Choose meaningful practice, not perfect practice</w:t>
            </w:r>
          </w:p>
          <w:p w14:paraId="2FBE33C8" w14:textId="77777777" w:rsidR="00713526" w:rsidRDefault="00946B46">
            <w:pPr>
              <w:spacing w:after="0"/>
            </w:pPr>
            <w:r>
              <w:rPr>
                <w:rFonts w:ascii="Aptos" w:hAnsi="Aptos"/>
                <w:sz w:val="20"/>
              </w:rPr>
              <w:t>The purpose of this workplace activity is to apply one idea from Module 1 to your real coordinator practice, notice what happens and critically reflect on what you learn. There is no expectation that the situation or outcome will be perfect.</w:t>
            </w:r>
          </w:p>
        </w:tc>
      </w:tr>
    </w:tbl>
    <w:p w14:paraId="46A6D389" w14:textId="77777777" w:rsidR="00713526" w:rsidRDefault="00713526">
      <w:pPr>
        <w:spacing w:after="0"/>
      </w:pPr>
    </w:p>
    <w:p w14:paraId="090E1BA5" w14:textId="77777777" w:rsidR="00713526" w:rsidRDefault="00946B46">
      <w:pPr>
        <w:pStyle w:val="Heading2"/>
      </w:pPr>
      <w:r>
        <w:t>Before you begin</w:t>
      </w:r>
    </w:p>
    <w:p w14:paraId="7D47397E" w14:textId="77777777" w:rsidR="00713526" w:rsidRDefault="00946B46">
      <w:pPr>
        <w:spacing w:after="60"/>
      </w:pPr>
      <w:r>
        <w:rPr>
          <w:color w:val="6B23D8"/>
          <w:sz w:val="22"/>
        </w:rPr>
        <w:t>☐</w:t>
      </w:r>
      <w:r>
        <w:rPr>
          <w:color w:val="6B23D8"/>
          <w:sz w:val="22"/>
        </w:rPr>
        <w:t xml:space="preserve"> </w:t>
      </w:r>
      <w:r>
        <w:t>Choose a real workplace situation that is appropriate for reflection and learning.</w:t>
      </w:r>
    </w:p>
    <w:p w14:paraId="30758B97" w14:textId="77777777" w:rsidR="00713526" w:rsidRDefault="00946B46">
      <w:pPr>
        <w:spacing w:after="60"/>
      </w:pPr>
      <w:r>
        <w:rPr>
          <w:color w:val="6B23D8"/>
          <w:sz w:val="22"/>
        </w:rPr>
        <w:t>☐</w:t>
      </w:r>
      <w:r>
        <w:rPr>
          <w:color w:val="6B23D8"/>
          <w:sz w:val="22"/>
        </w:rPr>
        <w:t xml:space="preserve"> </w:t>
      </w:r>
      <w:r>
        <w:t>Protect the privacy and confidentiality of children, educators, families and colleagues.</w:t>
      </w:r>
    </w:p>
    <w:p w14:paraId="2878DA3A" w14:textId="77777777" w:rsidR="00713526" w:rsidRDefault="00946B46">
      <w:pPr>
        <w:spacing w:after="60"/>
      </w:pPr>
      <w:r>
        <w:rPr>
          <w:color w:val="6B23D8"/>
          <w:sz w:val="22"/>
        </w:rPr>
        <w:t>☐</w:t>
      </w:r>
      <w:r>
        <w:rPr>
          <w:color w:val="6B23D8"/>
          <w:sz w:val="22"/>
        </w:rPr>
        <w:t xml:space="preserve"> </w:t>
      </w:r>
      <w:r>
        <w:t>Do not include identifying information in this activity sheet.</w:t>
      </w:r>
    </w:p>
    <w:p w14:paraId="3F58A9A7" w14:textId="77777777" w:rsidR="00713526" w:rsidRDefault="00946B46">
      <w:pPr>
        <w:spacing w:after="60"/>
      </w:pPr>
      <w:r>
        <w:rPr>
          <w:color w:val="6B23D8"/>
          <w:sz w:val="22"/>
        </w:rPr>
        <w:t>☐</w:t>
      </w:r>
      <w:r>
        <w:rPr>
          <w:color w:val="6B23D8"/>
          <w:sz w:val="22"/>
        </w:rPr>
        <w:t xml:space="preserve"> </w:t>
      </w:r>
      <w:r>
        <w:t>Focus on your own leadership practice, decisions and learning rather than assessing another person.</w:t>
      </w:r>
    </w:p>
    <w:p w14:paraId="453C4AE5" w14:textId="77777777" w:rsidR="003C301C" w:rsidRDefault="003C301C">
      <w:pPr>
        <w:spacing w:after="200" w:line="276" w:lineRule="auto"/>
        <w:rPr>
          <w:rFonts w:asciiTheme="majorHAnsi" w:eastAsiaTheme="majorEastAsia" w:hAnsiTheme="majorHAnsi" w:cstheme="majorBidi"/>
          <w:b/>
          <w:bCs/>
          <w:color w:val="6B23D8"/>
          <w:sz w:val="34"/>
          <w:szCs w:val="28"/>
        </w:rPr>
      </w:pPr>
      <w:r>
        <w:br w:type="page"/>
      </w:r>
    </w:p>
    <w:p w14:paraId="4771498E" w14:textId="2E77CE91" w:rsidR="00713526" w:rsidRDefault="00946B46">
      <w:pPr>
        <w:pStyle w:val="Heading1"/>
      </w:pPr>
      <w:r>
        <w:lastRenderedPageBreak/>
        <w:t>Step 1: Review three recent support situations</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2541"/>
        <w:gridCol w:w="2541"/>
        <w:gridCol w:w="2541"/>
        <w:gridCol w:w="2541"/>
      </w:tblGrid>
      <w:tr w:rsidR="00713526" w14:paraId="3632E34E" w14:textId="77777777">
        <w:trPr>
          <w:cantSplit/>
          <w:jc w:val="center"/>
        </w:trPr>
        <w:tc>
          <w:tcPr>
            <w:tcW w:w="2541" w:type="dxa"/>
            <w:shd w:val="clear" w:color="auto" w:fill="18C8AA"/>
            <w:tcMar>
              <w:top w:w="80" w:type="dxa"/>
              <w:left w:w="90" w:type="dxa"/>
              <w:bottom w:w="80" w:type="dxa"/>
              <w:right w:w="90" w:type="dxa"/>
            </w:tcMar>
            <w:vAlign w:val="center"/>
          </w:tcPr>
          <w:p w14:paraId="601F96EA" w14:textId="77777777" w:rsidR="00713526" w:rsidRDefault="00946B46">
            <w:pPr>
              <w:spacing w:after="0"/>
              <w:jc w:val="center"/>
            </w:pPr>
            <w:r>
              <w:rPr>
                <w:rFonts w:ascii="Aptos" w:hAnsi="Aptos"/>
                <w:b/>
                <w:color w:val="FFFFFF"/>
                <w:sz w:val="16"/>
              </w:rPr>
              <w:t>Question</w:t>
            </w:r>
          </w:p>
        </w:tc>
        <w:tc>
          <w:tcPr>
            <w:tcW w:w="2541" w:type="dxa"/>
            <w:shd w:val="clear" w:color="auto" w:fill="18C8AA"/>
            <w:tcMar>
              <w:top w:w="80" w:type="dxa"/>
              <w:left w:w="90" w:type="dxa"/>
              <w:bottom w:w="80" w:type="dxa"/>
              <w:right w:w="90" w:type="dxa"/>
            </w:tcMar>
            <w:vAlign w:val="center"/>
          </w:tcPr>
          <w:p w14:paraId="36ED700A" w14:textId="77777777" w:rsidR="00713526" w:rsidRDefault="00946B46">
            <w:pPr>
              <w:spacing w:after="0"/>
              <w:jc w:val="center"/>
            </w:pPr>
            <w:r>
              <w:rPr>
                <w:rFonts w:ascii="Aptos" w:hAnsi="Aptos"/>
                <w:b/>
                <w:color w:val="FFFFFF"/>
                <w:sz w:val="16"/>
              </w:rPr>
              <w:t>Situation 1</w:t>
            </w:r>
          </w:p>
        </w:tc>
        <w:tc>
          <w:tcPr>
            <w:tcW w:w="2541" w:type="dxa"/>
            <w:shd w:val="clear" w:color="auto" w:fill="18C8AA"/>
            <w:tcMar>
              <w:top w:w="80" w:type="dxa"/>
              <w:left w:w="90" w:type="dxa"/>
              <w:bottom w:w="80" w:type="dxa"/>
              <w:right w:w="90" w:type="dxa"/>
            </w:tcMar>
            <w:vAlign w:val="center"/>
          </w:tcPr>
          <w:p w14:paraId="4DF01217" w14:textId="77777777" w:rsidR="00713526" w:rsidRDefault="00946B46">
            <w:pPr>
              <w:spacing w:after="0"/>
              <w:jc w:val="center"/>
            </w:pPr>
            <w:r>
              <w:rPr>
                <w:rFonts w:ascii="Aptos" w:hAnsi="Aptos"/>
                <w:b/>
                <w:color w:val="FFFFFF"/>
                <w:sz w:val="16"/>
              </w:rPr>
              <w:t>Situation 2</w:t>
            </w:r>
          </w:p>
        </w:tc>
        <w:tc>
          <w:tcPr>
            <w:tcW w:w="2541" w:type="dxa"/>
            <w:shd w:val="clear" w:color="auto" w:fill="18C8AA"/>
            <w:tcMar>
              <w:top w:w="80" w:type="dxa"/>
              <w:left w:w="90" w:type="dxa"/>
              <w:bottom w:w="80" w:type="dxa"/>
              <w:right w:w="90" w:type="dxa"/>
            </w:tcMar>
            <w:vAlign w:val="center"/>
          </w:tcPr>
          <w:p w14:paraId="0DF2C9C3" w14:textId="77777777" w:rsidR="00713526" w:rsidRDefault="00946B46">
            <w:pPr>
              <w:spacing w:after="0"/>
              <w:jc w:val="center"/>
            </w:pPr>
            <w:r>
              <w:rPr>
                <w:rFonts w:ascii="Aptos" w:hAnsi="Aptos"/>
                <w:b/>
                <w:color w:val="FFFFFF"/>
                <w:sz w:val="16"/>
              </w:rPr>
              <w:t>Situation 3</w:t>
            </w:r>
          </w:p>
        </w:tc>
      </w:tr>
      <w:tr w:rsidR="00713526" w14:paraId="2717F97E" w14:textId="77777777">
        <w:trPr>
          <w:cantSplit/>
          <w:jc w:val="center"/>
        </w:trPr>
        <w:tc>
          <w:tcPr>
            <w:tcW w:w="2541" w:type="dxa"/>
            <w:shd w:val="clear" w:color="auto" w:fill="F5F7F9"/>
            <w:tcMar>
              <w:top w:w="80" w:type="dxa"/>
              <w:left w:w="90" w:type="dxa"/>
              <w:bottom w:w="80" w:type="dxa"/>
              <w:right w:w="90" w:type="dxa"/>
            </w:tcMar>
            <w:vAlign w:val="center"/>
          </w:tcPr>
          <w:p w14:paraId="5946FA48" w14:textId="77777777" w:rsidR="00713526" w:rsidRDefault="00946B46">
            <w:pPr>
              <w:spacing w:after="0"/>
            </w:pPr>
            <w:r>
              <w:rPr>
                <w:rFonts w:ascii="Aptos" w:hAnsi="Aptos"/>
                <w:b/>
                <w:color w:val="6B23D8"/>
                <w:sz w:val="15"/>
              </w:rPr>
              <w:t>What was the educator asking for?</w:t>
            </w:r>
          </w:p>
        </w:tc>
        <w:tc>
          <w:tcPr>
            <w:tcW w:w="2541" w:type="dxa"/>
            <w:shd w:val="clear" w:color="auto" w:fill="FFFFFF"/>
            <w:tcMar>
              <w:top w:w="80" w:type="dxa"/>
              <w:left w:w="90" w:type="dxa"/>
              <w:bottom w:w="80" w:type="dxa"/>
              <w:right w:w="90" w:type="dxa"/>
            </w:tcMar>
            <w:vAlign w:val="center"/>
          </w:tcPr>
          <w:p w14:paraId="12FC78EC"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c>
          <w:tcPr>
            <w:tcW w:w="2541" w:type="dxa"/>
            <w:shd w:val="clear" w:color="auto" w:fill="FFFFFF"/>
            <w:tcMar>
              <w:top w:w="80" w:type="dxa"/>
              <w:left w:w="90" w:type="dxa"/>
              <w:bottom w:w="80" w:type="dxa"/>
              <w:right w:w="90" w:type="dxa"/>
            </w:tcMar>
            <w:vAlign w:val="center"/>
          </w:tcPr>
          <w:p w14:paraId="7AB7A443"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c>
          <w:tcPr>
            <w:tcW w:w="2541" w:type="dxa"/>
            <w:shd w:val="clear" w:color="auto" w:fill="FFFFFF"/>
            <w:tcMar>
              <w:top w:w="80" w:type="dxa"/>
              <w:left w:w="90" w:type="dxa"/>
              <w:bottom w:w="80" w:type="dxa"/>
              <w:right w:w="90" w:type="dxa"/>
            </w:tcMar>
            <w:vAlign w:val="center"/>
          </w:tcPr>
          <w:p w14:paraId="722596D2"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r>
      <w:tr w:rsidR="00713526" w14:paraId="05CEFB49" w14:textId="77777777">
        <w:trPr>
          <w:cantSplit/>
          <w:jc w:val="center"/>
        </w:trPr>
        <w:tc>
          <w:tcPr>
            <w:tcW w:w="2541" w:type="dxa"/>
            <w:shd w:val="clear" w:color="auto" w:fill="F5F7F9"/>
            <w:tcMar>
              <w:top w:w="80" w:type="dxa"/>
              <w:left w:w="90" w:type="dxa"/>
              <w:bottom w:w="80" w:type="dxa"/>
              <w:right w:w="90" w:type="dxa"/>
            </w:tcMar>
            <w:vAlign w:val="center"/>
          </w:tcPr>
          <w:p w14:paraId="5DCB0C58" w14:textId="77777777" w:rsidR="00713526" w:rsidRDefault="00946B46">
            <w:pPr>
              <w:spacing w:after="0"/>
            </w:pPr>
            <w:r>
              <w:rPr>
                <w:rFonts w:ascii="Aptos" w:hAnsi="Aptos"/>
                <w:b/>
                <w:color w:val="6B23D8"/>
                <w:sz w:val="15"/>
              </w:rPr>
              <w:t>What did I do?</w:t>
            </w:r>
          </w:p>
        </w:tc>
        <w:tc>
          <w:tcPr>
            <w:tcW w:w="2541" w:type="dxa"/>
            <w:shd w:val="clear" w:color="auto" w:fill="FFFFFF"/>
            <w:tcMar>
              <w:top w:w="80" w:type="dxa"/>
              <w:left w:w="90" w:type="dxa"/>
              <w:bottom w:w="80" w:type="dxa"/>
              <w:right w:w="90" w:type="dxa"/>
            </w:tcMar>
            <w:vAlign w:val="center"/>
          </w:tcPr>
          <w:p w14:paraId="51A5874D"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c>
          <w:tcPr>
            <w:tcW w:w="2541" w:type="dxa"/>
            <w:shd w:val="clear" w:color="auto" w:fill="FFFFFF"/>
            <w:tcMar>
              <w:top w:w="80" w:type="dxa"/>
              <w:left w:w="90" w:type="dxa"/>
              <w:bottom w:w="80" w:type="dxa"/>
              <w:right w:w="90" w:type="dxa"/>
            </w:tcMar>
            <w:vAlign w:val="center"/>
          </w:tcPr>
          <w:p w14:paraId="56446E10"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c>
          <w:tcPr>
            <w:tcW w:w="2541" w:type="dxa"/>
            <w:shd w:val="clear" w:color="auto" w:fill="FFFFFF"/>
            <w:tcMar>
              <w:top w:w="80" w:type="dxa"/>
              <w:left w:w="90" w:type="dxa"/>
              <w:bottom w:w="80" w:type="dxa"/>
              <w:right w:w="90" w:type="dxa"/>
            </w:tcMar>
            <w:vAlign w:val="center"/>
          </w:tcPr>
          <w:p w14:paraId="1A3F3488"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r>
      <w:tr w:rsidR="00713526" w14:paraId="43691D21" w14:textId="77777777">
        <w:trPr>
          <w:cantSplit/>
          <w:jc w:val="center"/>
        </w:trPr>
        <w:tc>
          <w:tcPr>
            <w:tcW w:w="2541" w:type="dxa"/>
            <w:shd w:val="clear" w:color="auto" w:fill="F5F7F9"/>
            <w:tcMar>
              <w:top w:w="80" w:type="dxa"/>
              <w:left w:w="90" w:type="dxa"/>
              <w:bottom w:w="80" w:type="dxa"/>
              <w:right w:w="90" w:type="dxa"/>
            </w:tcMar>
            <w:vAlign w:val="center"/>
          </w:tcPr>
          <w:p w14:paraId="708AC3A2" w14:textId="77777777" w:rsidR="00713526" w:rsidRDefault="00946B46">
            <w:pPr>
              <w:spacing w:after="0"/>
            </w:pPr>
            <w:r>
              <w:rPr>
                <w:rFonts w:ascii="Aptos" w:hAnsi="Aptos"/>
                <w:b/>
                <w:color w:val="6B23D8"/>
                <w:sz w:val="15"/>
              </w:rPr>
              <w:t>Did I provide the answer or ask questions?</w:t>
            </w:r>
          </w:p>
        </w:tc>
        <w:tc>
          <w:tcPr>
            <w:tcW w:w="2541" w:type="dxa"/>
            <w:shd w:val="clear" w:color="auto" w:fill="FFFFFF"/>
            <w:tcMar>
              <w:top w:w="80" w:type="dxa"/>
              <w:left w:w="90" w:type="dxa"/>
              <w:bottom w:w="80" w:type="dxa"/>
              <w:right w:w="90" w:type="dxa"/>
            </w:tcMar>
            <w:vAlign w:val="center"/>
          </w:tcPr>
          <w:p w14:paraId="16800CD3"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c>
          <w:tcPr>
            <w:tcW w:w="2541" w:type="dxa"/>
            <w:shd w:val="clear" w:color="auto" w:fill="FFFFFF"/>
            <w:tcMar>
              <w:top w:w="80" w:type="dxa"/>
              <w:left w:w="90" w:type="dxa"/>
              <w:bottom w:w="80" w:type="dxa"/>
              <w:right w:w="90" w:type="dxa"/>
            </w:tcMar>
            <w:vAlign w:val="center"/>
          </w:tcPr>
          <w:p w14:paraId="4978AE94"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c>
          <w:tcPr>
            <w:tcW w:w="2541" w:type="dxa"/>
            <w:shd w:val="clear" w:color="auto" w:fill="FFFFFF"/>
            <w:tcMar>
              <w:top w:w="80" w:type="dxa"/>
              <w:left w:w="90" w:type="dxa"/>
              <w:bottom w:w="80" w:type="dxa"/>
              <w:right w:w="90" w:type="dxa"/>
            </w:tcMar>
            <w:vAlign w:val="center"/>
          </w:tcPr>
          <w:p w14:paraId="35CE38E3"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r>
      <w:tr w:rsidR="00713526" w14:paraId="3A70B2BA" w14:textId="77777777">
        <w:trPr>
          <w:cantSplit/>
          <w:jc w:val="center"/>
        </w:trPr>
        <w:tc>
          <w:tcPr>
            <w:tcW w:w="2541" w:type="dxa"/>
            <w:shd w:val="clear" w:color="auto" w:fill="F5F7F9"/>
            <w:tcMar>
              <w:top w:w="80" w:type="dxa"/>
              <w:left w:w="90" w:type="dxa"/>
              <w:bottom w:w="80" w:type="dxa"/>
              <w:right w:w="90" w:type="dxa"/>
            </w:tcMar>
            <w:vAlign w:val="center"/>
          </w:tcPr>
          <w:p w14:paraId="328F4B76" w14:textId="77777777" w:rsidR="00713526" w:rsidRDefault="00946B46">
            <w:pPr>
              <w:spacing w:after="0"/>
            </w:pPr>
            <w:r>
              <w:rPr>
                <w:rFonts w:ascii="Aptos" w:hAnsi="Aptos"/>
                <w:b/>
                <w:color w:val="6B23D8"/>
                <w:sz w:val="15"/>
              </w:rPr>
              <w:t>Who made the final decision?</w:t>
            </w:r>
          </w:p>
        </w:tc>
        <w:tc>
          <w:tcPr>
            <w:tcW w:w="2541" w:type="dxa"/>
            <w:shd w:val="clear" w:color="auto" w:fill="FFFFFF"/>
            <w:tcMar>
              <w:top w:w="80" w:type="dxa"/>
              <w:left w:w="90" w:type="dxa"/>
              <w:bottom w:w="80" w:type="dxa"/>
              <w:right w:w="90" w:type="dxa"/>
            </w:tcMar>
            <w:vAlign w:val="center"/>
          </w:tcPr>
          <w:p w14:paraId="3E4ECADB"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c>
          <w:tcPr>
            <w:tcW w:w="2541" w:type="dxa"/>
            <w:shd w:val="clear" w:color="auto" w:fill="FFFFFF"/>
            <w:tcMar>
              <w:top w:w="80" w:type="dxa"/>
              <w:left w:w="90" w:type="dxa"/>
              <w:bottom w:w="80" w:type="dxa"/>
              <w:right w:w="90" w:type="dxa"/>
            </w:tcMar>
            <w:vAlign w:val="center"/>
          </w:tcPr>
          <w:p w14:paraId="6FC8F6FE"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c>
          <w:tcPr>
            <w:tcW w:w="2541" w:type="dxa"/>
            <w:shd w:val="clear" w:color="auto" w:fill="FFFFFF"/>
            <w:tcMar>
              <w:top w:w="80" w:type="dxa"/>
              <w:left w:w="90" w:type="dxa"/>
              <w:bottom w:w="80" w:type="dxa"/>
              <w:right w:w="90" w:type="dxa"/>
            </w:tcMar>
            <w:vAlign w:val="center"/>
          </w:tcPr>
          <w:p w14:paraId="0BB85A66"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r>
      <w:tr w:rsidR="00713526" w14:paraId="36A80BBF" w14:textId="77777777">
        <w:trPr>
          <w:cantSplit/>
          <w:jc w:val="center"/>
        </w:trPr>
        <w:tc>
          <w:tcPr>
            <w:tcW w:w="2541" w:type="dxa"/>
            <w:shd w:val="clear" w:color="auto" w:fill="F5F7F9"/>
            <w:tcMar>
              <w:top w:w="80" w:type="dxa"/>
              <w:left w:w="90" w:type="dxa"/>
              <w:bottom w:w="80" w:type="dxa"/>
              <w:right w:w="90" w:type="dxa"/>
            </w:tcMar>
            <w:vAlign w:val="center"/>
          </w:tcPr>
          <w:p w14:paraId="108561D7" w14:textId="77777777" w:rsidR="00713526" w:rsidRDefault="00946B46">
            <w:pPr>
              <w:spacing w:after="0"/>
            </w:pPr>
            <w:r>
              <w:rPr>
                <w:rFonts w:ascii="Aptos" w:hAnsi="Aptos"/>
                <w:b/>
                <w:color w:val="6B23D8"/>
                <w:sz w:val="15"/>
              </w:rPr>
              <w:t>What did the educator learn?</w:t>
            </w:r>
          </w:p>
        </w:tc>
        <w:tc>
          <w:tcPr>
            <w:tcW w:w="2541" w:type="dxa"/>
            <w:shd w:val="clear" w:color="auto" w:fill="FFFFFF"/>
            <w:tcMar>
              <w:top w:w="80" w:type="dxa"/>
              <w:left w:w="90" w:type="dxa"/>
              <w:bottom w:w="80" w:type="dxa"/>
              <w:right w:w="90" w:type="dxa"/>
            </w:tcMar>
            <w:vAlign w:val="center"/>
          </w:tcPr>
          <w:p w14:paraId="68072788"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c>
          <w:tcPr>
            <w:tcW w:w="2541" w:type="dxa"/>
            <w:shd w:val="clear" w:color="auto" w:fill="FFFFFF"/>
            <w:tcMar>
              <w:top w:w="80" w:type="dxa"/>
              <w:left w:w="90" w:type="dxa"/>
              <w:bottom w:w="80" w:type="dxa"/>
              <w:right w:w="90" w:type="dxa"/>
            </w:tcMar>
            <w:vAlign w:val="center"/>
          </w:tcPr>
          <w:p w14:paraId="75846F9C"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c>
          <w:tcPr>
            <w:tcW w:w="2541" w:type="dxa"/>
            <w:shd w:val="clear" w:color="auto" w:fill="FFFFFF"/>
            <w:tcMar>
              <w:top w:w="80" w:type="dxa"/>
              <w:left w:w="90" w:type="dxa"/>
              <w:bottom w:w="80" w:type="dxa"/>
              <w:right w:w="90" w:type="dxa"/>
            </w:tcMar>
            <w:vAlign w:val="center"/>
          </w:tcPr>
          <w:p w14:paraId="74BAA064"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r>
      <w:tr w:rsidR="00713526" w14:paraId="05888B3E" w14:textId="77777777">
        <w:trPr>
          <w:cantSplit/>
          <w:jc w:val="center"/>
        </w:trPr>
        <w:tc>
          <w:tcPr>
            <w:tcW w:w="2541" w:type="dxa"/>
            <w:shd w:val="clear" w:color="auto" w:fill="F5F7F9"/>
            <w:tcMar>
              <w:top w:w="80" w:type="dxa"/>
              <w:left w:w="90" w:type="dxa"/>
              <w:bottom w:w="80" w:type="dxa"/>
              <w:right w:w="90" w:type="dxa"/>
            </w:tcMar>
            <w:vAlign w:val="center"/>
          </w:tcPr>
          <w:p w14:paraId="67D77C1F" w14:textId="77777777" w:rsidR="00713526" w:rsidRDefault="00946B46">
            <w:pPr>
              <w:spacing w:after="0"/>
            </w:pPr>
            <w:r>
              <w:rPr>
                <w:rFonts w:ascii="Aptos" w:hAnsi="Aptos"/>
                <w:b/>
                <w:color w:val="6B23D8"/>
                <w:sz w:val="15"/>
              </w:rPr>
              <w:t>What responsibility remained with the educator?</w:t>
            </w:r>
          </w:p>
        </w:tc>
        <w:tc>
          <w:tcPr>
            <w:tcW w:w="2541" w:type="dxa"/>
            <w:shd w:val="clear" w:color="auto" w:fill="FFFFFF"/>
            <w:tcMar>
              <w:top w:w="80" w:type="dxa"/>
              <w:left w:w="90" w:type="dxa"/>
              <w:bottom w:w="80" w:type="dxa"/>
              <w:right w:w="90" w:type="dxa"/>
            </w:tcMar>
            <w:vAlign w:val="center"/>
          </w:tcPr>
          <w:p w14:paraId="50C19404"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c>
          <w:tcPr>
            <w:tcW w:w="2541" w:type="dxa"/>
            <w:shd w:val="clear" w:color="auto" w:fill="FFFFFF"/>
            <w:tcMar>
              <w:top w:w="80" w:type="dxa"/>
              <w:left w:w="90" w:type="dxa"/>
              <w:bottom w:w="80" w:type="dxa"/>
              <w:right w:w="90" w:type="dxa"/>
            </w:tcMar>
            <w:vAlign w:val="center"/>
          </w:tcPr>
          <w:p w14:paraId="2D5846BB"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c>
          <w:tcPr>
            <w:tcW w:w="2541" w:type="dxa"/>
            <w:shd w:val="clear" w:color="auto" w:fill="FFFFFF"/>
            <w:tcMar>
              <w:top w:w="80" w:type="dxa"/>
              <w:left w:w="90" w:type="dxa"/>
              <w:bottom w:w="80" w:type="dxa"/>
              <w:right w:w="90" w:type="dxa"/>
            </w:tcMar>
            <w:vAlign w:val="center"/>
          </w:tcPr>
          <w:p w14:paraId="2E9E2F47"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r>
      <w:tr w:rsidR="00713526" w14:paraId="5A5A01B8" w14:textId="77777777">
        <w:trPr>
          <w:cantSplit/>
          <w:jc w:val="center"/>
        </w:trPr>
        <w:tc>
          <w:tcPr>
            <w:tcW w:w="2541" w:type="dxa"/>
            <w:shd w:val="clear" w:color="auto" w:fill="F5F7F9"/>
            <w:tcMar>
              <w:top w:w="80" w:type="dxa"/>
              <w:left w:w="90" w:type="dxa"/>
              <w:bottom w:w="80" w:type="dxa"/>
              <w:right w:w="90" w:type="dxa"/>
            </w:tcMar>
            <w:vAlign w:val="center"/>
          </w:tcPr>
          <w:p w14:paraId="625271D5" w14:textId="77777777" w:rsidR="00713526" w:rsidRDefault="00946B46">
            <w:pPr>
              <w:spacing w:after="0"/>
            </w:pPr>
            <w:r>
              <w:rPr>
                <w:rFonts w:ascii="Aptos" w:hAnsi="Aptos"/>
                <w:b/>
                <w:color w:val="6B23D8"/>
                <w:sz w:val="15"/>
              </w:rPr>
              <w:t>Would the educator be more capable next time?</w:t>
            </w:r>
          </w:p>
        </w:tc>
        <w:tc>
          <w:tcPr>
            <w:tcW w:w="2541" w:type="dxa"/>
            <w:shd w:val="clear" w:color="auto" w:fill="FFFFFF"/>
            <w:tcMar>
              <w:top w:w="80" w:type="dxa"/>
              <w:left w:w="90" w:type="dxa"/>
              <w:bottom w:w="80" w:type="dxa"/>
              <w:right w:w="90" w:type="dxa"/>
            </w:tcMar>
            <w:vAlign w:val="center"/>
          </w:tcPr>
          <w:p w14:paraId="0FE5EDF2"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c>
          <w:tcPr>
            <w:tcW w:w="2541" w:type="dxa"/>
            <w:shd w:val="clear" w:color="auto" w:fill="FFFFFF"/>
            <w:tcMar>
              <w:top w:w="80" w:type="dxa"/>
              <w:left w:w="90" w:type="dxa"/>
              <w:bottom w:w="80" w:type="dxa"/>
              <w:right w:w="90" w:type="dxa"/>
            </w:tcMar>
            <w:vAlign w:val="center"/>
          </w:tcPr>
          <w:p w14:paraId="02E6102B"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c>
          <w:tcPr>
            <w:tcW w:w="2541" w:type="dxa"/>
            <w:shd w:val="clear" w:color="auto" w:fill="FFFFFF"/>
            <w:tcMar>
              <w:top w:w="80" w:type="dxa"/>
              <w:left w:w="90" w:type="dxa"/>
              <w:bottom w:w="80" w:type="dxa"/>
              <w:right w:w="90" w:type="dxa"/>
            </w:tcMar>
            <w:vAlign w:val="center"/>
          </w:tcPr>
          <w:p w14:paraId="4F06FE63" w14:textId="77777777" w:rsidR="00713526" w:rsidRPr="00656973" w:rsidRDefault="00946B46" w:rsidP="00656973">
            <w:pPr>
              <w:spacing w:after="80"/>
              <w:rPr>
                <w:color w:val="D9E1E7"/>
                <w:sz w:val="20"/>
                <w:szCs w:val="20"/>
              </w:rPr>
            </w:pPr>
            <w:r w:rsidRPr="00656973">
              <w:rPr>
                <w:color w:val="D9E1E7"/>
                <w:sz w:val="20"/>
                <w:szCs w:val="20"/>
              </w:rPr>
              <w:br/>
            </w:r>
            <w:r w:rsidRPr="00656973">
              <w:rPr>
                <w:color w:val="D9E1E7"/>
                <w:sz w:val="20"/>
                <w:szCs w:val="20"/>
              </w:rPr>
              <w:br/>
            </w:r>
          </w:p>
        </w:tc>
      </w:tr>
    </w:tbl>
    <w:p w14:paraId="4A00D3F3" w14:textId="77777777" w:rsidR="00713526" w:rsidRDefault="00946B46">
      <w:pPr>
        <w:pStyle w:val="Heading1"/>
      </w:pPr>
      <w:r>
        <w:t>Step 2: Identify your pattern</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713526" w14:paraId="5D91A132" w14:textId="77777777">
        <w:trPr>
          <w:cantSplit/>
          <w:jc w:val="center"/>
        </w:trPr>
        <w:tc>
          <w:tcPr>
            <w:tcW w:w="10166" w:type="dxa"/>
            <w:shd w:val="clear" w:color="auto" w:fill="F5F7F9"/>
            <w:tcMar>
              <w:top w:w="90" w:type="dxa"/>
              <w:left w:w="110" w:type="dxa"/>
              <w:bottom w:w="90" w:type="dxa"/>
              <w:right w:w="110" w:type="dxa"/>
            </w:tcMar>
          </w:tcPr>
          <w:p w14:paraId="1CCFDE88" w14:textId="77777777" w:rsidR="00713526" w:rsidRDefault="00946B46">
            <w:pPr>
              <w:spacing w:after="80"/>
            </w:pPr>
            <w:r>
              <w:rPr>
                <w:b/>
                <w:color w:val="18C8AA"/>
                <w:sz w:val="19"/>
              </w:rPr>
              <w:t>Across the three situations, when was my support most effective at building capability?</w:t>
            </w:r>
          </w:p>
          <w:p w14:paraId="2C29DA56" w14:textId="77777777" w:rsidR="00713526" w:rsidRDefault="00713526">
            <w:pPr>
              <w:spacing w:after="80"/>
              <w:rPr>
                <w:color w:val="D9E1E7"/>
                <w:sz w:val="18"/>
              </w:rPr>
            </w:pPr>
          </w:p>
          <w:p w14:paraId="18D5CFCD" w14:textId="5D537B8C" w:rsidR="00603851" w:rsidRDefault="00603851">
            <w:pPr>
              <w:spacing w:after="80"/>
            </w:pPr>
          </w:p>
        </w:tc>
      </w:tr>
    </w:tbl>
    <w:p w14:paraId="36E1DE12" w14:textId="77777777" w:rsidR="00713526" w:rsidRDefault="00713526">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713526" w14:paraId="260C672A" w14:textId="77777777">
        <w:trPr>
          <w:cantSplit/>
          <w:jc w:val="center"/>
        </w:trPr>
        <w:tc>
          <w:tcPr>
            <w:tcW w:w="10166" w:type="dxa"/>
            <w:shd w:val="clear" w:color="auto" w:fill="F5F7F9"/>
            <w:tcMar>
              <w:top w:w="90" w:type="dxa"/>
              <w:left w:w="110" w:type="dxa"/>
              <w:bottom w:w="90" w:type="dxa"/>
              <w:right w:w="110" w:type="dxa"/>
            </w:tcMar>
          </w:tcPr>
          <w:p w14:paraId="12112964" w14:textId="77777777" w:rsidR="00713526" w:rsidRDefault="00946B46">
            <w:pPr>
              <w:spacing w:after="80"/>
            </w:pPr>
            <w:r>
              <w:rPr>
                <w:b/>
                <w:color w:val="FF1390"/>
                <w:sz w:val="19"/>
              </w:rPr>
              <w:t>Where may I have stepped in too quickly, taken over or reduced educator ownership?</w:t>
            </w:r>
          </w:p>
          <w:p w14:paraId="69ABDC72" w14:textId="77777777" w:rsidR="00713526" w:rsidRDefault="00713526">
            <w:pPr>
              <w:spacing w:after="80"/>
              <w:rPr>
                <w:color w:val="D9E1E7"/>
                <w:sz w:val="18"/>
              </w:rPr>
            </w:pPr>
          </w:p>
          <w:p w14:paraId="01E41529" w14:textId="181CE60A" w:rsidR="00603851" w:rsidRDefault="00603851">
            <w:pPr>
              <w:spacing w:after="80"/>
            </w:pPr>
          </w:p>
        </w:tc>
      </w:tr>
    </w:tbl>
    <w:p w14:paraId="44DE829D" w14:textId="77777777" w:rsidR="00713526" w:rsidRDefault="00713526">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713526" w14:paraId="190EC1F1" w14:textId="77777777">
        <w:trPr>
          <w:cantSplit/>
          <w:jc w:val="center"/>
        </w:trPr>
        <w:tc>
          <w:tcPr>
            <w:tcW w:w="10166" w:type="dxa"/>
            <w:shd w:val="clear" w:color="auto" w:fill="F5F7F9"/>
            <w:tcMar>
              <w:top w:w="90" w:type="dxa"/>
              <w:left w:w="110" w:type="dxa"/>
              <w:bottom w:w="90" w:type="dxa"/>
              <w:right w:w="110" w:type="dxa"/>
            </w:tcMar>
          </w:tcPr>
          <w:p w14:paraId="27458F0A" w14:textId="77777777" w:rsidR="00713526" w:rsidRDefault="00946B46">
            <w:pPr>
              <w:spacing w:after="80"/>
            </w:pPr>
            <w:r>
              <w:rPr>
                <w:b/>
                <w:color w:val="FEAA1B"/>
                <w:sz w:val="19"/>
              </w:rPr>
              <w:t>When was direct instruction appropriate because of risk, urgency or a non-negotiable requirement?</w:t>
            </w:r>
          </w:p>
          <w:p w14:paraId="771AF571" w14:textId="77777777" w:rsidR="00713526" w:rsidRDefault="00713526">
            <w:pPr>
              <w:spacing w:after="80"/>
              <w:rPr>
                <w:color w:val="D9E1E7"/>
                <w:sz w:val="18"/>
              </w:rPr>
            </w:pPr>
          </w:p>
          <w:p w14:paraId="6C7D2C06" w14:textId="4001D51B" w:rsidR="00603851" w:rsidRDefault="00603851">
            <w:pPr>
              <w:spacing w:after="80"/>
            </w:pPr>
          </w:p>
        </w:tc>
      </w:tr>
    </w:tbl>
    <w:p w14:paraId="6632F36B" w14:textId="77777777" w:rsidR="00713526" w:rsidRDefault="00713526">
      <w:pPr>
        <w:spacing w:after="0"/>
      </w:pPr>
    </w:p>
    <w:p w14:paraId="4BB14AE7" w14:textId="77777777" w:rsidR="00713526" w:rsidRDefault="00946B46">
      <w:pPr>
        <w:pStyle w:val="Heading1"/>
      </w:pPr>
      <w:r>
        <w:lastRenderedPageBreak/>
        <w:t>Step 3: Prepare a capability-building response</w:t>
      </w:r>
    </w:p>
    <w:p w14:paraId="6B93637F" w14:textId="77777777" w:rsidR="00713526" w:rsidRDefault="00946B46">
      <w:r>
        <w:t>Choose one common type of request you receive from educators. Draft questions that would help an educator think through the issue while keeping requirements and boundaries clear.</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713526" w14:paraId="4DD446C0" w14:textId="77777777">
        <w:trPr>
          <w:cantSplit/>
          <w:jc w:val="center"/>
        </w:trPr>
        <w:tc>
          <w:tcPr>
            <w:tcW w:w="10166" w:type="dxa"/>
            <w:shd w:val="clear" w:color="auto" w:fill="F5F7F9"/>
            <w:tcMar>
              <w:top w:w="90" w:type="dxa"/>
              <w:left w:w="110" w:type="dxa"/>
              <w:bottom w:w="90" w:type="dxa"/>
              <w:right w:w="110" w:type="dxa"/>
            </w:tcMar>
          </w:tcPr>
          <w:p w14:paraId="105CE857" w14:textId="77777777" w:rsidR="00713526" w:rsidRDefault="00946B46">
            <w:pPr>
              <w:spacing w:after="80"/>
            </w:pPr>
            <w:r>
              <w:rPr>
                <w:b/>
                <w:color w:val="6B23D8"/>
                <w:sz w:val="19"/>
              </w:rPr>
              <w:t>A question I could ask first:</w:t>
            </w:r>
          </w:p>
          <w:p w14:paraId="311AFED7" w14:textId="77777777" w:rsidR="00713526" w:rsidRDefault="00713526">
            <w:pPr>
              <w:spacing w:after="80"/>
              <w:rPr>
                <w:color w:val="D9E1E7"/>
                <w:sz w:val="18"/>
              </w:rPr>
            </w:pPr>
          </w:p>
          <w:p w14:paraId="574A05FB" w14:textId="6046E95C" w:rsidR="00603851" w:rsidRDefault="00603851">
            <w:pPr>
              <w:spacing w:after="80"/>
            </w:pPr>
          </w:p>
        </w:tc>
      </w:tr>
    </w:tbl>
    <w:p w14:paraId="63AB020C" w14:textId="77777777" w:rsidR="00713526" w:rsidRDefault="00713526">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713526" w14:paraId="36AF3853" w14:textId="77777777">
        <w:trPr>
          <w:cantSplit/>
          <w:jc w:val="center"/>
        </w:trPr>
        <w:tc>
          <w:tcPr>
            <w:tcW w:w="10166" w:type="dxa"/>
            <w:shd w:val="clear" w:color="auto" w:fill="F5F7F9"/>
            <w:tcMar>
              <w:top w:w="90" w:type="dxa"/>
              <w:left w:w="110" w:type="dxa"/>
              <w:bottom w:w="90" w:type="dxa"/>
              <w:right w:w="110" w:type="dxa"/>
            </w:tcMar>
          </w:tcPr>
          <w:p w14:paraId="327A7F72" w14:textId="77777777" w:rsidR="00713526" w:rsidRDefault="00946B46">
            <w:pPr>
              <w:spacing w:after="80"/>
            </w:pPr>
            <w:r>
              <w:rPr>
                <w:b/>
                <w:color w:val="6B23D8"/>
                <w:sz w:val="19"/>
              </w:rPr>
              <w:t>A question that helps the educator consider evidence or requirements:</w:t>
            </w:r>
          </w:p>
          <w:p w14:paraId="6686E928" w14:textId="77777777" w:rsidR="00713526" w:rsidRDefault="00713526">
            <w:pPr>
              <w:spacing w:after="80"/>
              <w:rPr>
                <w:color w:val="D9E1E7"/>
                <w:sz w:val="18"/>
              </w:rPr>
            </w:pPr>
          </w:p>
          <w:p w14:paraId="20780046" w14:textId="73AF4C1A" w:rsidR="00603851" w:rsidRDefault="00603851">
            <w:pPr>
              <w:spacing w:after="80"/>
            </w:pPr>
          </w:p>
        </w:tc>
      </w:tr>
    </w:tbl>
    <w:p w14:paraId="7B109926" w14:textId="77777777" w:rsidR="00713526" w:rsidRDefault="00713526">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713526" w14:paraId="233BDDA3" w14:textId="77777777">
        <w:trPr>
          <w:cantSplit/>
          <w:jc w:val="center"/>
        </w:trPr>
        <w:tc>
          <w:tcPr>
            <w:tcW w:w="10166" w:type="dxa"/>
            <w:shd w:val="clear" w:color="auto" w:fill="F5F7F9"/>
            <w:tcMar>
              <w:top w:w="90" w:type="dxa"/>
              <w:left w:w="110" w:type="dxa"/>
              <w:bottom w:w="90" w:type="dxa"/>
              <w:right w:w="110" w:type="dxa"/>
            </w:tcMar>
          </w:tcPr>
          <w:p w14:paraId="46D02E35" w14:textId="77777777" w:rsidR="00713526" w:rsidRDefault="00946B46">
            <w:pPr>
              <w:spacing w:after="80"/>
            </w:pPr>
            <w:r>
              <w:rPr>
                <w:b/>
                <w:color w:val="6B23D8"/>
                <w:sz w:val="19"/>
              </w:rPr>
              <w:t>A question that supports options and decision-making:</w:t>
            </w:r>
          </w:p>
          <w:p w14:paraId="44A4CCD3" w14:textId="77777777" w:rsidR="00713526" w:rsidRDefault="00713526">
            <w:pPr>
              <w:spacing w:after="80"/>
              <w:rPr>
                <w:color w:val="D9E1E7"/>
                <w:sz w:val="18"/>
              </w:rPr>
            </w:pPr>
          </w:p>
          <w:p w14:paraId="3B897435" w14:textId="60AB834A" w:rsidR="00603851" w:rsidRDefault="00603851">
            <w:pPr>
              <w:spacing w:after="80"/>
            </w:pPr>
          </w:p>
        </w:tc>
      </w:tr>
    </w:tbl>
    <w:p w14:paraId="4AB27B86" w14:textId="77777777" w:rsidR="00713526" w:rsidRDefault="00713526">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713526" w14:paraId="28112451" w14:textId="77777777">
        <w:trPr>
          <w:cantSplit/>
          <w:jc w:val="center"/>
        </w:trPr>
        <w:tc>
          <w:tcPr>
            <w:tcW w:w="10166" w:type="dxa"/>
            <w:shd w:val="clear" w:color="auto" w:fill="F5F7F9"/>
            <w:tcMar>
              <w:top w:w="90" w:type="dxa"/>
              <w:left w:w="110" w:type="dxa"/>
              <w:bottom w:w="90" w:type="dxa"/>
              <w:right w:w="110" w:type="dxa"/>
            </w:tcMar>
          </w:tcPr>
          <w:p w14:paraId="3C399E32" w14:textId="77777777" w:rsidR="00713526" w:rsidRDefault="00946B46">
            <w:pPr>
              <w:spacing w:after="80"/>
            </w:pPr>
            <w:r>
              <w:rPr>
                <w:b/>
                <w:color w:val="6B23D8"/>
                <w:sz w:val="19"/>
              </w:rPr>
              <w:t>How I would clarify any non-negotiable expectation:</w:t>
            </w:r>
          </w:p>
          <w:p w14:paraId="79516F90" w14:textId="77777777" w:rsidR="00713526" w:rsidRDefault="00713526">
            <w:pPr>
              <w:spacing w:after="80"/>
              <w:rPr>
                <w:color w:val="D9E1E7"/>
                <w:sz w:val="18"/>
              </w:rPr>
            </w:pPr>
          </w:p>
          <w:p w14:paraId="0976A7D4" w14:textId="0152A67A" w:rsidR="00603851" w:rsidRDefault="00603851">
            <w:pPr>
              <w:spacing w:after="80"/>
            </w:pPr>
          </w:p>
        </w:tc>
      </w:tr>
    </w:tbl>
    <w:p w14:paraId="34AB0906" w14:textId="77777777" w:rsidR="00713526" w:rsidRDefault="00713526">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713526" w14:paraId="03433BA1" w14:textId="77777777">
        <w:trPr>
          <w:cantSplit/>
          <w:jc w:val="center"/>
        </w:trPr>
        <w:tc>
          <w:tcPr>
            <w:tcW w:w="10166" w:type="dxa"/>
            <w:shd w:val="clear" w:color="auto" w:fill="F5F7F9"/>
            <w:tcMar>
              <w:top w:w="90" w:type="dxa"/>
              <w:left w:w="110" w:type="dxa"/>
              <w:bottom w:w="90" w:type="dxa"/>
              <w:right w:w="110" w:type="dxa"/>
            </w:tcMar>
          </w:tcPr>
          <w:p w14:paraId="2085FD9A" w14:textId="77777777" w:rsidR="00713526" w:rsidRDefault="00946B46">
            <w:pPr>
              <w:spacing w:after="80"/>
            </w:pPr>
            <w:r>
              <w:rPr>
                <w:b/>
                <w:color w:val="6B23D8"/>
                <w:sz w:val="19"/>
              </w:rPr>
              <w:t>How I would agree on follow-up:</w:t>
            </w:r>
          </w:p>
          <w:p w14:paraId="6F76D857" w14:textId="77777777" w:rsidR="00713526" w:rsidRDefault="00713526" w:rsidP="00656973">
            <w:pPr>
              <w:spacing w:after="80"/>
            </w:pPr>
          </w:p>
          <w:p w14:paraId="4F5ECF4A" w14:textId="4431CE30" w:rsidR="00603851" w:rsidRDefault="00603851">
            <w:pPr>
              <w:spacing w:after="80"/>
            </w:pPr>
          </w:p>
        </w:tc>
      </w:tr>
    </w:tbl>
    <w:p w14:paraId="455338A0" w14:textId="77777777" w:rsidR="00713526" w:rsidRDefault="00713526">
      <w:pPr>
        <w:spacing w:after="0"/>
      </w:pPr>
    </w:p>
    <w:p w14:paraId="24B02141" w14:textId="77777777" w:rsidR="00713526" w:rsidRDefault="00946B46">
      <w:pPr>
        <w:pStyle w:val="Heading1"/>
      </w:pPr>
      <w:r>
        <w:t>Connect this activity to your Professional Development Plan</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713526" w14:paraId="58E474D5" w14:textId="77777777">
        <w:trPr>
          <w:cantSplit/>
          <w:jc w:val="center"/>
        </w:trPr>
        <w:tc>
          <w:tcPr>
            <w:tcW w:w="10166" w:type="dxa"/>
            <w:shd w:val="clear" w:color="auto" w:fill="F5F7F9"/>
            <w:tcMar>
              <w:top w:w="90" w:type="dxa"/>
              <w:left w:w="110" w:type="dxa"/>
              <w:bottom w:w="90" w:type="dxa"/>
              <w:right w:w="110" w:type="dxa"/>
            </w:tcMar>
          </w:tcPr>
          <w:p w14:paraId="13F87DE7" w14:textId="77777777" w:rsidR="00713526" w:rsidRDefault="00946B46">
            <w:pPr>
              <w:spacing w:after="80"/>
            </w:pPr>
            <w:r>
              <w:rPr>
                <w:b/>
                <w:color w:val="18C8AA"/>
                <w:sz w:val="19"/>
              </w:rPr>
              <w:t>What did this activity confirm about a current leadership strength?</w:t>
            </w:r>
          </w:p>
          <w:p w14:paraId="2228A7A9" w14:textId="77777777" w:rsidR="00713526" w:rsidRDefault="00713526">
            <w:pPr>
              <w:spacing w:after="80"/>
              <w:rPr>
                <w:color w:val="D9E1E7"/>
                <w:sz w:val="18"/>
              </w:rPr>
            </w:pPr>
          </w:p>
          <w:p w14:paraId="675C3EDC" w14:textId="74EB9B11" w:rsidR="00603851" w:rsidRDefault="00603851">
            <w:pPr>
              <w:spacing w:after="80"/>
            </w:pPr>
          </w:p>
        </w:tc>
      </w:tr>
    </w:tbl>
    <w:p w14:paraId="4F62F355" w14:textId="77777777" w:rsidR="00713526" w:rsidRDefault="00713526">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713526" w14:paraId="3DBBD04E" w14:textId="77777777">
        <w:trPr>
          <w:cantSplit/>
          <w:jc w:val="center"/>
        </w:trPr>
        <w:tc>
          <w:tcPr>
            <w:tcW w:w="10166" w:type="dxa"/>
            <w:shd w:val="clear" w:color="auto" w:fill="F5F7F9"/>
            <w:tcMar>
              <w:top w:w="90" w:type="dxa"/>
              <w:left w:w="110" w:type="dxa"/>
              <w:bottom w:w="90" w:type="dxa"/>
              <w:right w:w="110" w:type="dxa"/>
            </w:tcMar>
          </w:tcPr>
          <w:p w14:paraId="221DE98F" w14:textId="77777777" w:rsidR="00713526" w:rsidRDefault="00946B46">
            <w:pPr>
              <w:spacing w:after="80"/>
            </w:pPr>
            <w:r>
              <w:rPr>
                <w:b/>
                <w:color w:val="FF1390"/>
                <w:sz w:val="19"/>
              </w:rPr>
              <w:t>What capability or behaviour would I like to strengthen next?</w:t>
            </w:r>
          </w:p>
          <w:p w14:paraId="68D00A67" w14:textId="77777777" w:rsidR="00713526" w:rsidRDefault="00713526">
            <w:pPr>
              <w:spacing w:after="80"/>
              <w:rPr>
                <w:color w:val="D9E1E7"/>
                <w:sz w:val="18"/>
              </w:rPr>
            </w:pPr>
          </w:p>
          <w:p w14:paraId="3FB5D511" w14:textId="66AEE4BB" w:rsidR="00603851" w:rsidRDefault="00603851">
            <w:pPr>
              <w:spacing w:after="80"/>
            </w:pPr>
          </w:p>
        </w:tc>
      </w:tr>
    </w:tbl>
    <w:p w14:paraId="69332616" w14:textId="77777777" w:rsidR="00713526" w:rsidRDefault="00713526">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713526" w14:paraId="449A8C1B" w14:textId="77777777">
        <w:trPr>
          <w:cantSplit/>
          <w:jc w:val="center"/>
        </w:trPr>
        <w:tc>
          <w:tcPr>
            <w:tcW w:w="10166" w:type="dxa"/>
            <w:shd w:val="clear" w:color="auto" w:fill="F5F7F9"/>
            <w:tcMar>
              <w:top w:w="90" w:type="dxa"/>
              <w:left w:w="110" w:type="dxa"/>
              <w:bottom w:w="90" w:type="dxa"/>
              <w:right w:w="110" w:type="dxa"/>
            </w:tcMar>
          </w:tcPr>
          <w:p w14:paraId="6A490D74" w14:textId="77777777" w:rsidR="00713526" w:rsidRDefault="00946B46">
            <w:pPr>
              <w:spacing w:after="80"/>
            </w:pPr>
            <w:r>
              <w:rPr>
                <w:b/>
                <w:color w:val="FEAA1B"/>
                <w:sz w:val="19"/>
              </w:rPr>
              <w:t>What is one specific action I will take in the next two weeks?</w:t>
            </w:r>
          </w:p>
          <w:p w14:paraId="51AE3C16" w14:textId="77777777" w:rsidR="00713526" w:rsidRDefault="00713526">
            <w:pPr>
              <w:spacing w:after="80"/>
              <w:rPr>
                <w:color w:val="D9E1E7"/>
                <w:sz w:val="18"/>
              </w:rPr>
            </w:pPr>
          </w:p>
          <w:p w14:paraId="0C1CB6B9" w14:textId="488F5165" w:rsidR="00603851" w:rsidRDefault="00603851">
            <w:pPr>
              <w:spacing w:after="80"/>
            </w:pPr>
          </w:p>
        </w:tc>
      </w:tr>
    </w:tbl>
    <w:p w14:paraId="77FDCAC9" w14:textId="77777777" w:rsidR="00713526" w:rsidRDefault="00713526">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713526" w14:paraId="6FCFD43C" w14:textId="77777777">
        <w:trPr>
          <w:cantSplit/>
          <w:jc w:val="center"/>
        </w:trPr>
        <w:tc>
          <w:tcPr>
            <w:tcW w:w="10166" w:type="dxa"/>
            <w:shd w:val="clear" w:color="auto" w:fill="F5F7F9"/>
            <w:tcMar>
              <w:top w:w="90" w:type="dxa"/>
              <w:left w:w="110" w:type="dxa"/>
              <w:bottom w:w="90" w:type="dxa"/>
              <w:right w:w="110" w:type="dxa"/>
            </w:tcMar>
          </w:tcPr>
          <w:p w14:paraId="5E597F32" w14:textId="77777777" w:rsidR="00713526" w:rsidRDefault="00946B46">
            <w:pPr>
              <w:spacing w:after="80"/>
            </w:pPr>
            <w:r>
              <w:rPr>
                <w:b/>
                <w:color w:val="6B23D8"/>
                <w:sz w:val="19"/>
              </w:rPr>
              <w:t>What evidence will tell me whether the action made a difference?</w:t>
            </w:r>
          </w:p>
          <w:p w14:paraId="67A291BD" w14:textId="77777777" w:rsidR="00713526" w:rsidRPr="00656973" w:rsidRDefault="00713526">
            <w:pPr>
              <w:spacing w:after="80"/>
            </w:pPr>
          </w:p>
          <w:p w14:paraId="639BEC94" w14:textId="46781A4A" w:rsidR="00603851" w:rsidRDefault="00603851">
            <w:pPr>
              <w:spacing w:after="80"/>
            </w:pPr>
          </w:p>
        </w:tc>
      </w:tr>
    </w:tbl>
    <w:p w14:paraId="130E0646" w14:textId="77777777" w:rsidR="00713526" w:rsidRDefault="00713526">
      <w:pPr>
        <w:spacing w:after="0"/>
      </w:pPr>
    </w:p>
    <w:sectPr w:rsidR="00713526" w:rsidSect="00034616">
      <w:headerReference w:type="default" r:id="rId8"/>
      <w:footerReference w:type="default" r:id="rId9"/>
      <w:pgSz w:w="12240" w:h="15840"/>
      <w:pgMar w:top="979" w:right="1037" w:bottom="979"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55A8A" w14:textId="77777777" w:rsidR="00946B46" w:rsidRDefault="00946B46">
      <w:pPr>
        <w:spacing w:after="0" w:line="240" w:lineRule="auto"/>
      </w:pPr>
      <w:r>
        <w:separator/>
      </w:r>
    </w:p>
  </w:endnote>
  <w:endnote w:type="continuationSeparator" w:id="0">
    <w:p w14:paraId="2D23C490" w14:textId="77777777" w:rsidR="00946B46" w:rsidRDefault="00946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MS Mincho">
    <w:panose1 w:val="02020609040205080304"/>
    <w:charset w:val="80"/>
    <w:family w:val="modern"/>
    <w:pitch w:val="fixed"/>
    <w:sig w:usb0="E00002FF" w:usb1="6AC7FDFB" w:usb2="08000012" w:usb3="00000000" w:csb0="0002009F" w:csb1="00000000"/>
  </w:font>
  <w:font w:name="Montserrat ExtraBold">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21B9" w14:textId="77777777" w:rsidR="00713526" w:rsidRDefault="00946B46">
    <w:pPr>
      <w:pStyle w:val="Footer"/>
    </w:pPr>
    <w:r>
      <w:rPr>
        <w:rFonts w:ascii="Aptos" w:hAnsi="Aptos"/>
        <w:color w:val="5D6872"/>
        <w:sz w:val="16"/>
      </w:rPr>
      <w:t>Module 1 Workplace Activity 5  |  Support, Coach or Rescue?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D1D6A" w14:textId="77777777" w:rsidR="00946B46" w:rsidRDefault="00946B46">
      <w:pPr>
        <w:spacing w:after="0" w:line="240" w:lineRule="auto"/>
      </w:pPr>
      <w:r>
        <w:separator/>
      </w:r>
    </w:p>
  </w:footnote>
  <w:footnote w:type="continuationSeparator" w:id="0">
    <w:p w14:paraId="7D8CC2D4" w14:textId="77777777" w:rsidR="00946B46" w:rsidRDefault="00946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6EE2F" w14:textId="77777777" w:rsidR="00713526" w:rsidRDefault="00946B46">
    <w:pPr>
      <w:pStyle w:val="Header"/>
      <w:jc w:val="right"/>
    </w:pPr>
    <w:r>
      <w:rPr>
        <w:rFonts w:ascii="Aptos" w:hAnsi="Aptos"/>
        <w:b/>
        <w:color w:val="6B23D8"/>
        <w:sz w:val="16"/>
      </w:rPr>
      <w:t>FAMILY DAY CARE COORDINATOR DEVELOPMENT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40879696">
    <w:abstractNumId w:val="8"/>
  </w:num>
  <w:num w:numId="2" w16cid:durableId="325744167">
    <w:abstractNumId w:val="6"/>
  </w:num>
  <w:num w:numId="3" w16cid:durableId="695499307">
    <w:abstractNumId w:val="5"/>
  </w:num>
  <w:num w:numId="4" w16cid:durableId="267783419">
    <w:abstractNumId w:val="4"/>
  </w:num>
  <w:num w:numId="5" w16cid:durableId="977685990">
    <w:abstractNumId w:val="7"/>
  </w:num>
  <w:num w:numId="6" w16cid:durableId="1087651598">
    <w:abstractNumId w:val="3"/>
  </w:num>
  <w:num w:numId="7" w16cid:durableId="1862040919">
    <w:abstractNumId w:val="2"/>
  </w:num>
  <w:num w:numId="8" w16cid:durableId="332680801">
    <w:abstractNumId w:val="1"/>
  </w:num>
  <w:num w:numId="9" w16cid:durableId="878929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0B96"/>
    <w:rsid w:val="0029639D"/>
    <w:rsid w:val="00326F90"/>
    <w:rsid w:val="003C301C"/>
    <w:rsid w:val="00603851"/>
    <w:rsid w:val="00656973"/>
    <w:rsid w:val="00713526"/>
    <w:rsid w:val="00946B46"/>
    <w:rsid w:val="0096523B"/>
    <w:rsid w:val="00AA1D8D"/>
    <w:rsid w:val="00B47730"/>
    <w:rsid w:val="00CB0664"/>
    <w:rsid w:val="00F55B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8EF0C6"/>
  <w14:defaultImageDpi w14:val="300"/>
  <w15:docId w15:val="{15AD2BD1-FD78-4541-B6C8-3DDD43EE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B14"/>
    <w:pPr>
      <w:spacing w:after="100" w:line="252" w:lineRule="auto"/>
    </w:pPr>
    <w:rPr>
      <w:sz w:val="21"/>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6B23D8"/>
      <w:sz w:val="34"/>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18C8AA"/>
      <w:sz w:val="27"/>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FF139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FF1390"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880048"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880048"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FF1390"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CD006C"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FF139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FF1390" w:themeColor="accent1"/>
    </w:rPr>
  </w:style>
  <w:style w:type="paragraph" w:styleId="Title">
    <w:name w:val="Title"/>
    <w:basedOn w:val="Normal"/>
    <w:next w:val="Normal"/>
    <w:link w:val="TitleChar"/>
    <w:uiPriority w:val="10"/>
    <w:qFormat/>
    <w:rsid w:val="00FC693F"/>
    <w:pPr>
      <w:pBdr>
        <w:bottom w:val="single" w:sz="8" w:space="4" w:color="FF1390"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FF1390"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FF139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FF139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880048"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880048"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FF139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FF1390"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FF1390" w:themeColor="accent1"/>
      </w:pBdr>
      <w:spacing w:before="200" w:after="280"/>
      <w:ind w:left="936" w:right="936"/>
    </w:pPr>
    <w:rPr>
      <w:b/>
      <w:bCs/>
      <w:i/>
      <w:iCs/>
      <w:color w:val="FF1390" w:themeColor="accent1"/>
    </w:rPr>
  </w:style>
  <w:style w:type="character" w:customStyle="1" w:styleId="IntenseQuoteChar">
    <w:name w:val="Intense Quote Char"/>
    <w:basedOn w:val="DefaultParagraphFont"/>
    <w:link w:val="IntenseQuote"/>
    <w:uiPriority w:val="30"/>
    <w:rsid w:val="00FC693F"/>
    <w:rPr>
      <w:b/>
      <w:bCs/>
      <w:i/>
      <w:iCs/>
      <w:color w:val="FF1390"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FF1390" w:themeColor="accent1"/>
    </w:rPr>
  </w:style>
  <w:style w:type="character" w:styleId="SubtleReference">
    <w:name w:val="Subtle Reference"/>
    <w:basedOn w:val="DefaultParagraphFont"/>
    <w:uiPriority w:val="31"/>
    <w:qFormat/>
    <w:rsid w:val="00FC693F"/>
    <w:rPr>
      <w:smallCaps/>
      <w:color w:val="FEAA1B" w:themeColor="accent2"/>
      <w:u w:val="single"/>
    </w:rPr>
  </w:style>
  <w:style w:type="character" w:styleId="IntenseReference">
    <w:name w:val="Intense Reference"/>
    <w:basedOn w:val="DefaultParagraphFont"/>
    <w:uiPriority w:val="32"/>
    <w:qFormat/>
    <w:rsid w:val="00FC693F"/>
    <w:rPr>
      <w:b/>
      <w:bCs/>
      <w:smallCaps/>
      <w:color w:val="FEAA1B"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CD006C" w:themeColor="accent1" w:themeShade="BF"/>
    </w:rPr>
    <w:tblPr>
      <w:tblStyleRowBandSize w:val="1"/>
      <w:tblStyleColBandSize w:val="1"/>
      <w:tblBorders>
        <w:top w:val="single" w:sz="8" w:space="0" w:color="FF1390" w:themeColor="accent1"/>
        <w:bottom w:val="single" w:sz="8" w:space="0" w:color="FF1390" w:themeColor="accent1"/>
      </w:tblBorders>
    </w:tblPr>
    <w:tblStylePr w:type="firstRow">
      <w:pPr>
        <w:spacing w:before="0" w:after="0" w:line="240" w:lineRule="auto"/>
      </w:pPr>
      <w:rPr>
        <w:b/>
        <w:bCs/>
      </w:rPr>
      <w:tblPr/>
      <w:tcPr>
        <w:tcBorders>
          <w:top w:val="single" w:sz="8" w:space="0" w:color="FF1390" w:themeColor="accent1"/>
          <w:left w:val="nil"/>
          <w:bottom w:val="single" w:sz="8" w:space="0" w:color="FF1390" w:themeColor="accent1"/>
          <w:right w:val="nil"/>
          <w:insideH w:val="nil"/>
          <w:insideV w:val="nil"/>
        </w:tcBorders>
      </w:tcPr>
    </w:tblStylePr>
    <w:tblStylePr w:type="lastRow">
      <w:pPr>
        <w:spacing w:before="0" w:after="0" w:line="240" w:lineRule="auto"/>
      </w:pPr>
      <w:rPr>
        <w:b/>
        <w:bCs/>
      </w:rPr>
      <w:tblPr/>
      <w:tcPr>
        <w:tcBorders>
          <w:top w:val="single" w:sz="8" w:space="0" w:color="FF1390" w:themeColor="accent1"/>
          <w:left w:val="nil"/>
          <w:bottom w:val="single" w:sz="8" w:space="0" w:color="FF139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4E3" w:themeFill="accent1" w:themeFillTint="3F"/>
      </w:tcPr>
    </w:tblStylePr>
    <w:tblStylePr w:type="band1Horz">
      <w:tblPr/>
      <w:tcPr>
        <w:tcBorders>
          <w:left w:val="nil"/>
          <w:right w:val="nil"/>
          <w:insideH w:val="nil"/>
          <w:insideV w:val="nil"/>
        </w:tcBorders>
        <w:shd w:val="clear" w:color="auto" w:fill="FFC4E3" w:themeFill="accent1" w:themeFillTint="3F"/>
      </w:tcPr>
    </w:tblStylePr>
  </w:style>
  <w:style w:type="table" w:styleId="LightShading-Accent2">
    <w:name w:val="Light Shading Accent 2"/>
    <w:basedOn w:val="TableNormal"/>
    <w:uiPriority w:val="60"/>
    <w:rsid w:val="00FC693F"/>
    <w:pPr>
      <w:spacing w:after="0" w:line="240" w:lineRule="auto"/>
    </w:pPr>
    <w:rPr>
      <w:color w:val="D18301" w:themeColor="accent2" w:themeShade="BF"/>
    </w:rPr>
    <w:tblPr>
      <w:tblStyleRowBandSize w:val="1"/>
      <w:tblStyleColBandSize w:val="1"/>
      <w:tblBorders>
        <w:top w:val="single" w:sz="8" w:space="0" w:color="FEAA1B" w:themeColor="accent2"/>
        <w:bottom w:val="single" w:sz="8" w:space="0" w:color="FEAA1B" w:themeColor="accent2"/>
      </w:tblBorders>
    </w:tblPr>
    <w:tblStylePr w:type="firstRow">
      <w:pPr>
        <w:spacing w:before="0" w:after="0" w:line="240" w:lineRule="auto"/>
      </w:pPr>
      <w:rPr>
        <w:b/>
        <w:bCs/>
      </w:rPr>
      <w:tblPr/>
      <w:tcPr>
        <w:tcBorders>
          <w:top w:val="single" w:sz="8" w:space="0" w:color="FEAA1B" w:themeColor="accent2"/>
          <w:left w:val="nil"/>
          <w:bottom w:val="single" w:sz="8" w:space="0" w:color="FEAA1B" w:themeColor="accent2"/>
          <w:right w:val="nil"/>
          <w:insideH w:val="nil"/>
          <w:insideV w:val="nil"/>
        </w:tcBorders>
      </w:tcPr>
    </w:tblStylePr>
    <w:tblStylePr w:type="lastRow">
      <w:pPr>
        <w:spacing w:before="0" w:after="0" w:line="240" w:lineRule="auto"/>
      </w:pPr>
      <w:rPr>
        <w:b/>
        <w:bCs/>
      </w:rPr>
      <w:tblPr/>
      <w:tcPr>
        <w:tcBorders>
          <w:top w:val="single" w:sz="8" w:space="0" w:color="FEAA1B" w:themeColor="accent2"/>
          <w:left w:val="nil"/>
          <w:bottom w:val="single" w:sz="8" w:space="0" w:color="FEAA1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9C6" w:themeFill="accent2" w:themeFillTint="3F"/>
      </w:tcPr>
    </w:tblStylePr>
    <w:tblStylePr w:type="band1Horz">
      <w:tblPr/>
      <w:tcPr>
        <w:tcBorders>
          <w:left w:val="nil"/>
          <w:right w:val="nil"/>
          <w:insideH w:val="nil"/>
          <w:insideV w:val="nil"/>
        </w:tcBorders>
        <w:shd w:val="clear" w:color="auto" w:fill="FEE9C6" w:themeFill="accent2" w:themeFillTint="3F"/>
      </w:tcPr>
    </w:tblStylePr>
  </w:style>
  <w:style w:type="table" w:styleId="LightShading-Accent3">
    <w:name w:val="Light Shading Accent 3"/>
    <w:basedOn w:val="TableNormal"/>
    <w:uiPriority w:val="60"/>
    <w:rsid w:val="00FC693F"/>
    <w:pPr>
      <w:spacing w:after="0" w:line="240" w:lineRule="auto"/>
    </w:pPr>
    <w:rPr>
      <w:color w:val="12957E" w:themeColor="accent3" w:themeShade="BF"/>
    </w:rPr>
    <w:tblPr>
      <w:tblStyleRowBandSize w:val="1"/>
      <w:tblStyleColBandSize w:val="1"/>
      <w:tblBorders>
        <w:top w:val="single" w:sz="8" w:space="0" w:color="18C8AA" w:themeColor="accent3"/>
        <w:bottom w:val="single" w:sz="8" w:space="0" w:color="18C8AA" w:themeColor="accent3"/>
      </w:tblBorders>
    </w:tblPr>
    <w:tblStylePr w:type="firstRow">
      <w:pPr>
        <w:spacing w:before="0" w:after="0" w:line="240" w:lineRule="auto"/>
      </w:pPr>
      <w:rPr>
        <w:b/>
        <w:bCs/>
      </w:rPr>
      <w:tblPr/>
      <w:tcPr>
        <w:tcBorders>
          <w:top w:val="single" w:sz="8" w:space="0" w:color="18C8AA" w:themeColor="accent3"/>
          <w:left w:val="nil"/>
          <w:bottom w:val="single" w:sz="8" w:space="0" w:color="18C8AA" w:themeColor="accent3"/>
          <w:right w:val="nil"/>
          <w:insideH w:val="nil"/>
          <w:insideV w:val="nil"/>
        </w:tcBorders>
      </w:tcPr>
    </w:tblStylePr>
    <w:tblStylePr w:type="lastRow">
      <w:pPr>
        <w:spacing w:before="0" w:after="0" w:line="240" w:lineRule="auto"/>
      </w:pPr>
      <w:rPr>
        <w:b/>
        <w:bCs/>
      </w:rPr>
      <w:tblPr/>
      <w:tcPr>
        <w:tcBorders>
          <w:top w:val="single" w:sz="8" w:space="0" w:color="18C8AA" w:themeColor="accent3"/>
          <w:left w:val="nil"/>
          <w:bottom w:val="single" w:sz="8" w:space="0" w:color="18C8A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F7ED" w:themeFill="accent3" w:themeFillTint="3F"/>
      </w:tcPr>
    </w:tblStylePr>
    <w:tblStylePr w:type="band1Horz">
      <w:tblPr/>
      <w:tcPr>
        <w:tcBorders>
          <w:left w:val="nil"/>
          <w:right w:val="nil"/>
          <w:insideH w:val="nil"/>
          <w:insideV w:val="nil"/>
        </w:tcBorders>
        <w:shd w:val="clear" w:color="auto" w:fill="BFF7ED" w:themeFill="accent3" w:themeFillTint="3F"/>
      </w:tcPr>
    </w:tblStylePr>
  </w:style>
  <w:style w:type="table" w:styleId="LightShading-Accent4">
    <w:name w:val="Light Shading Accent 4"/>
    <w:basedOn w:val="TableNormal"/>
    <w:uiPriority w:val="60"/>
    <w:rsid w:val="00FC693F"/>
    <w:pPr>
      <w:spacing w:after="0" w:line="240" w:lineRule="auto"/>
    </w:pPr>
    <w:rPr>
      <w:color w:val="4F1AA1" w:themeColor="accent4" w:themeShade="BF"/>
    </w:rPr>
    <w:tblPr>
      <w:tblStyleRowBandSize w:val="1"/>
      <w:tblStyleColBandSize w:val="1"/>
      <w:tblBorders>
        <w:top w:val="single" w:sz="8" w:space="0" w:color="6B23D8" w:themeColor="accent4"/>
        <w:bottom w:val="single" w:sz="8" w:space="0" w:color="6B23D8" w:themeColor="accent4"/>
      </w:tblBorders>
    </w:tblPr>
    <w:tblStylePr w:type="firstRow">
      <w:pPr>
        <w:spacing w:before="0" w:after="0" w:line="240" w:lineRule="auto"/>
      </w:pPr>
      <w:rPr>
        <w:b/>
        <w:bCs/>
      </w:rPr>
      <w:tblPr/>
      <w:tcPr>
        <w:tcBorders>
          <w:top w:val="single" w:sz="8" w:space="0" w:color="6B23D8" w:themeColor="accent4"/>
          <w:left w:val="nil"/>
          <w:bottom w:val="single" w:sz="8" w:space="0" w:color="6B23D8" w:themeColor="accent4"/>
          <w:right w:val="nil"/>
          <w:insideH w:val="nil"/>
          <w:insideV w:val="nil"/>
        </w:tcBorders>
      </w:tcPr>
    </w:tblStylePr>
    <w:tblStylePr w:type="lastRow">
      <w:pPr>
        <w:spacing w:before="0" w:after="0" w:line="240" w:lineRule="auto"/>
      </w:pPr>
      <w:rPr>
        <w:b/>
        <w:bCs/>
      </w:rPr>
      <w:tblPr/>
      <w:tcPr>
        <w:tcBorders>
          <w:top w:val="single" w:sz="8" w:space="0" w:color="6B23D8" w:themeColor="accent4"/>
          <w:left w:val="nil"/>
          <w:bottom w:val="single" w:sz="8" w:space="0" w:color="6B23D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C7F6" w:themeFill="accent4" w:themeFillTint="3F"/>
      </w:tcPr>
    </w:tblStylePr>
    <w:tblStylePr w:type="band1Horz">
      <w:tblPr/>
      <w:tcPr>
        <w:tcBorders>
          <w:left w:val="nil"/>
          <w:right w:val="nil"/>
          <w:insideH w:val="nil"/>
          <w:insideV w:val="nil"/>
        </w:tcBorders>
        <w:shd w:val="clear" w:color="auto" w:fill="DAC7F6" w:themeFill="accent4" w:themeFillTint="3F"/>
      </w:tcPr>
    </w:tblStylePr>
  </w:style>
  <w:style w:type="table" w:styleId="LightShading-Accent5">
    <w:name w:val="Light Shading Accent 5"/>
    <w:basedOn w:val="TableNormal"/>
    <w:uiPriority w:val="60"/>
    <w:rsid w:val="00FC693F"/>
    <w:pPr>
      <w:spacing w:after="0" w:line="240" w:lineRule="auto"/>
    </w:pPr>
    <w:rPr>
      <w:color w:val="3A127F" w:themeColor="accent5" w:themeShade="BF"/>
    </w:rPr>
    <w:tblPr>
      <w:tblStyleRowBandSize w:val="1"/>
      <w:tblStyleColBandSize w:val="1"/>
      <w:tblBorders>
        <w:top w:val="single" w:sz="8" w:space="0" w:color="4E18AA" w:themeColor="accent5"/>
        <w:bottom w:val="single" w:sz="8" w:space="0" w:color="4E18AA" w:themeColor="accent5"/>
      </w:tblBorders>
    </w:tblPr>
    <w:tblStylePr w:type="firstRow">
      <w:pPr>
        <w:spacing w:before="0" w:after="0" w:line="240" w:lineRule="auto"/>
      </w:pPr>
      <w:rPr>
        <w:b/>
        <w:bCs/>
      </w:rPr>
      <w:tblPr/>
      <w:tcPr>
        <w:tcBorders>
          <w:top w:val="single" w:sz="8" w:space="0" w:color="4E18AA" w:themeColor="accent5"/>
          <w:left w:val="nil"/>
          <w:bottom w:val="single" w:sz="8" w:space="0" w:color="4E18AA" w:themeColor="accent5"/>
          <w:right w:val="nil"/>
          <w:insideH w:val="nil"/>
          <w:insideV w:val="nil"/>
        </w:tcBorders>
      </w:tcPr>
    </w:tblStylePr>
    <w:tblStylePr w:type="lastRow">
      <w:pPr>
        <w:spacing w:before="0" w:after="0" w:line="240" w:lineRule="auto"/>
      </w:pPr>
      <w:rPr>
        <w:b/>
        <w:bCs/>
      </w:rPr>
      <w:tblPr/>
      <w:tcPr>
        <w:tcBorders>
          <w:top w:val="single" w:sz="8" w:space="0" w:color="4E18AA" w:themeColor="accent5"/>
          <w:left w:val="nil"/>
          <w:bottom w:val="single" w:sz="8" w:space="0" w:color="4E18A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BAF5" w:themeFill="accent5" w:themeFillTint="3F"/>
      </w:tcPr>
    </w:tblStylePr>
    <w:tblStylePr w:type="band1Horz">
      <w:tblPr/>
      <w:tcPr>
        <w:tcBorders>
          <w:left w:val="nil"/>
          <w:right w:val="nil"/>
          <w:insideH w:val="nil"/>
          <w:insideV w:val="nil"/>
        </w:tcBorders>
        <w:shd w:val="clear" w:color="auto" w:fill="D0BAF5" w:themeFill="accent5" w:themeFillTint="3F"/>
      </w:tcPr>
    </w:tblStylePr>
  </w:style>
  <w:style w:type="table" w:styleId="LightShading-Accent6">
    <w:name w:val="Light Shading Accent 6"/>
    <w:basedOn w:val="TableNormal"/>
    <w:uiPriority w:val="60"/>
    <w:rsid w:val="00FC693F"/>
    <w:pPr>
      <w:spacing w:after="0" w:line="240" w:lineRule="auto"/>
    </w:pPr>
    <w:rPr>
      <w:color w:val="075C82" w:themeColor="accent6" w:themeShade="BF"/>
    </w:rPr>
    <w:tblPr>
      <w:tblStyleRowBandSize w:val="1"/>
      <w:tblStyleColBandSize w:val="1"/>
      <w:tblBorders>
        <w:top w:val="single" w:sz="8" w:space="0" w:color="0A7CAE" w:themeColor="accent6"/>
        <w:bottom w:val="single" w:sz="8" w:space="0" w:color="0A7CAE" w:themeColor="accent6"/>
      </w:tblBorders>
    </w:tblPr>
    <w:tblStylePr w:type="firstRow">
      <w:pPr>
        <w:spacing w:before="0" w:after="0" w:line="240" w:lineRule="auto"/>
      </w:pPr>
      <w:rPr>
        <w:b/>
        <w:bCs/>
      </w:rPr>
      <w:tblPr/>
      <w:tcPr>
        <w:tcBorders>
          <w:top w:val="single" w:sz="8" w:space="0" w:color="0A7CAE" w:themeColor="accent6"/>
          <w:left w:val="nil"/>
          <w:bottom w:val="single" w:sz="8" w:space="0" w:color="0A7CAE" w:themeColor="accent6"/>
          <w:right w:val="nil"/>
          <w:insideH w:val="nil"/>
          <w:insideV w:val="nil"/>
        </w:tcBorders>
      </w:tcPr>
    </w:tblStylePr>
    <w:tblStylePr w:type="lastRow">
      <w:pPr>
        <w:spacing w:before="0" w:after="0" w:line="240" w:lineRule="auto"/>
      </w:pPr>
      <w:rPr>
        <w:b/>
        <w:bCs/>
      </w:rPr>
      <w:tblPr/>
      <w:tcPr>
        <w:tcBorders>
          <w:top w:val="single" w:sz="8" w:space="0" w:color="0A7CAE" w:themeColor="accent6"/>
          <w:left w:val="nil"/>
          <w:bottom w:val="single" w:sz="8" w:space="0" w:color="0A7CA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4FA" w:themeFill="accent6" w:themeFillTint="3F"/>
      </w:tcPr>
    </w:tblStylePr>
    <w:tblStylePr w:type="band1Horz">
      <w:tblPr/>
      <w:tcPr>
        <w:tcBorders>
          <w:left w:val="nil"/>
          <w:right w:val="nil"/>
          <w:insideH w:val="nil"/>
          <w:insideV w:val="nil"/>
        </w:tcBorders>
        <w:shd w:val="clear" w:color="auto" w:fill="B2E4FA"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tblBorders>
    </w:tblPr>
    <w:tblStylePr w:type="firstRow">
      <w:pPr>
        <w:spacing w:before="0" w:after="0" w:line="240" w:lineRule="auto"/>
      </w:pPr>
      <w:rPr>
        <w:b/>
        <w:bCs/>
        <w:color w:val="FFFFFF" w:themeColor="background1"/>
      </w:rPr>
      <w:tblPr/>
      <w:tcPr>
        <w:shd w:val="clear" w:color="auto" w:fill="FF1390" w:themeFill="accent1"/>
      </w:tcPr>
    </w:tblStylePr>
    <w:tblStylePr w:type="lastRow">
      <w:pPr>
        <w:spacing w:before="0" w:after="0" w:line="240" w:lineRule="auto"/>
      </w:pPr>
      <w:rPr>
        <w:b/>
        <w:bCs/>
      </w:rPr>
      <w:tblPr/>
      <w:tcPr>
        <w:tcBorders>
          <w:top w:val="double" w:sz="6" w:space="0" w:color="FF1390" w:themeColor="accent1"/>
          <w:left w:val="single" w:sz="8" w:space="0" w:color="FF1390" w:themeColor="accent1"/>
          <w:bottom w:val="single" w:sz="8" w:space="0" w:color="FF1390" w:themeColor="accent1"/>
          <w:right w:val="single" w:sz="8" w:space="0" w:color="FF1390" w:themeColor="accent1"/>
        </w:tcBorders>
      </w:tcPr>
    </w:tblStylePr>
    <w:tblStylePr w:type="firstCol">
      <w:rPr>
        <w:b/>
        <w:bCs/>
      </w:rPr>
    </w:tblStylePr>
    <w:tblStylePr w:type="lastCol">
      <w:rPr>
        <w:b/>
        <w:bCs/>
      </w:rPr>
    </w:tblStylePr>
    <w:tblStylePr w:type="band1Vert">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tcPr>
    </w:tblStylePr>
    <w:tblStylePr w:type="band1Horz">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tblBorders>
    </w:tblPr>
    <w:tblStylePr w:type="firstRow">
      <w:pPr>
        <w:spacing w:before="0" w:after="0" w:line="240" w:lineRule="auto"/>
      </w:pPr>
      <w:rPr>
        <w:b/>
        <w:bCs/>
        <w:color w:val="FFFFFF" w:themeColor="background1"/>
      </w:rPr>
      <w:tblPr/>
      <w:tcPr>
        <w:shd w:val="clear" w:color="auto" w:fill="FEAA1B" w:themeFill="accent2"/>
      </w:tcPr>
    </w:tblStylePr>
    <w:tblStylePr w:type="lastRow">
      <w:pPr>
        <w:spacing w:before="0" w:after="0" w:line="240" w:lineRule="auto"/>
      </w:pPr>
      <w:rPr>
        <w:b/>
        <w:bCs/>
      </w:rPr>
      <w:tblPr/>
      <w:tcPr>
        <w:tcBorders>
          <w:top w:val="double" w:sz="6" w:space="0" w:color="FEAA1B" w:themeColor="accent2"/>
          <w:left w:val="single" w:sz="8" w:space="0" w:color="FEAA1B" w:themeColor="accent2"/>
          <w:bottom w:val="single" w:sz="8" w:space="0" w:color="FEAA1B" w:themeColor="accent2"/>
          <w:right w:val="single" w:sz="8" w:space="0" w:color="FEAA1B" w:themeColor="accent2"/>
        </w:tcBorders>
      </w:tcPr>
    </w:tblStylePr>
    <w:tblStylePr w:type="firstCol">
      <w:rPr>
        <w:b/>
        <w:bCs/>
      </w:rPr>
    </w:tblStylePr>
    <w:tblStylePr w:type="lastCol">
      <w:rPr>
        <w:b/>
        <w:bCs/>
      </w:rPr>
    </w:tblStylePr>
    <w:tblStylePr w:type="band1Vert">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tcPr>
    </w:tblStylePr>
    <w:tblStylePr w:type="band1Horz">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tblBorders>
    </w:tblPr>
    <w:tblStylePr w:type="firstRow">
      <w:pPr>
        <w:spacing w:before="0" w:after="0" w:line="240" w:lineRule="auto"/>
      </w:pPr>
      <w:rPr>
        <w:b/>
        <w:bCs/>
        <w:color w:val="FFFFFF" w:themeColor="background1"/>
      </w:rPr>
      <w:tblPr/>
      <w:tcPr>
        <w:shd w:val="clear" w:color="auto" w:fill="18C8AA" w:themeFill="accent3"/>
      </w:tcPr>
    </w:tblStylePr>
    <w:tblStylePr w:type="lastRow">
      <w:pPr>
        <w:spacing w:before="0" w:after="0" w:line="240" w:lineRule="auto"/>
      </w:pPr>
      <w:rPr>
        <w:b/>
        <w:bCs/>
      </w:rPr>
      <w:tblPr/>
      <w:tcPr>
        <w:tcBorders>
          <w:top w:val="double" w:sz="6" w:space="0" w:color="18C8AA" w:themeColor="accent3"/>
          <w:left w:val="single" w:sz="8" w:space="0" w:color="18C8AA" w:themeColor="accent3"/>
          <w:bottom w:val="single" w:sz="8" w:space="0" w:color="18C8AA" w:themeColor="accent3"/>
          <w:right w:val="single" w:sz="8" w:space="0" w:color="18C8AA" w:themeColor="accent3"/>
        </w:tcBorders>
      </w:tcPr>
    </w:tblStylePr>
    <w:tblStylePr w:type="firstCol">
      <w:rPr>
        <w:b/>
        <w:bCs/>
      </w:rPr>
    </w:tblStylePr>
    <w:tblStylePr w:type="lastCol">
      <w:rPr>
        <w:b/>
        <w:bCs/>
      </w:rPr>
    </w:tblStylePr>
    <w:tblStylePr w:type="band1Vert">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tcPr>
    </w:tblStylePr>
    <w:tblStylePr w:type="band1Horz">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tblBorders>
    </w:tblPr>
    <w:tblStylePr w:type="firstRow">
      <w:pPr>
        <w:spacing w:before="0" w:after="0" w:line="240" w:lineRule="auto"/>
      </w:pPr>
      <w:rPr>
        <w:b/>
        <w:bCs/>
        <w:color w:val="FFFFFF" w:themeColor="background1"/>
      </w:rPr>
      <w:tblPr/>
      <w:tcPr>
        <w:shd w:val="clear" w:color="auto" w:fill="6B23D8" w:themeFill="accent4"/>
      </w:tcPr>
    </w:tblStylePr>
    <w:tblStylePr w:type="lastRow">
      <w:pPr>
        <w:spacing w:before="0" w:after="0" w:line="240" w:lineRule="auto"/>
      </w:pPr>
      <w:rPr>
        <w:b/>
        <w:bCs/>
      </w:rPr>
      <w:tblPr/>
      <w:tcPr>
        <w:tcBorders>
          <w:top w:val="double" w:sz="6" w:space="0" w:color="6B23D8" w:themeColor="accent4"/>
          <w:left w:val="single" w:sz="8" w:space="0" w:color="6B23D8" w:themeColor="accent4"/>
          <w:bottom w:val="single" w:sz="8" w:space="0" w:color="6B23D8" w:themeColor="accent4"/>
          <w:right w:val="single" w:sz="8" w:space="0" w:color="6B23D8" w:themeColor="accent4"/>
        </w:tcBorders>
      </w:tcPr>
    </w:tblStylePr>
    <w:tblStylePr w:type="firstCol">
      <w:rPr>
        <w:b/>
        <w:bCs/>
      </w:rPr>
    </w:tblStylePr>
    <w:tblStylePr w:type="lastCol">
      <w:rPr>
        <w:b/>
        <w:bCs/>
      </w:rPr>
    </w:tblStylePr>
    <w:tblStylePr w:type="band1Vert">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tcPr>
    </w:tblStylePr>
    <w:tblStylePr w:type="band1Horz">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tblBorders>
    </w:tblPr>
    <w:tblStylePr w:type="firstRow">
      <w:pPr>
        <w:spacing w:before="0" w:after="0" w:line="240" w:lineRule="auto"/>
      </w:pPr>
      <w:rPr>
        <w:b/>
        <w:bCs/>
        <w:color w:val="FFFFFF" w:themeColor="background1"/>
      </w:rPr>
      <w:tblPr/>
      <w:tcPr>
        <w:shd w:val="clear" w:color="auto" w:fill="4E18AA" w:themeFill="accent5"/>
      </w:tcPr>
    </w:tblStylePr>
    <w:tblStylePr w:type="lastRow">
      <w:pPr>
        <w:spacing w:before="0" w:after="0" w:line="240" w:lineRule="auto"/>
      </w:pPr>
      <w:rPr>
        <w:b/>
        <w:bCs/>
      </w:rPr>
      <w:tblPr/>
      <w:tcPr>
        <w:tcBorders>
          <w:top w:val="double" w:sz="6" w:space="0" w:color="4E18AA" w:themeColor="accent5"/>
          <w:left w:val="single" w:sz="8" w:space="0" w:color="4E18AA" w:themeColor="accent5"/>
          <w:bottom w:val="single" w:sz="8" w:space="0" w:color="4E18AA" w:themeColor="accent5"/>
          <w:right w:val="single" w:sz="8" w:space="0" w:color="4E18AA" w:themeColor="accent5"/>
        </w:tcBorders>
      </w:tcPr>
    </w:tblStylePr>
    <w:tblStylePr w:type="firstCol">
      <w:rPr>
        <w:b/>
        <w:bCs/>
      </w:rPr>
    </w:tblStylePr>
    <w:tblStylePr w:type="lastCol">
      <w:rPr>
        <w:b/>
        <w:bCs/>
      </w:rPr>
    </w:tblStylePr>
    <w:tblStylePr w:type="band1Vert">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tcPr>
    </w:tblStylePr>
    <w:tblStylePr w:type="band1Horz">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tblBorders>
    </w:tblPr>
    <w:tblStylePr w:type="firstRow">
      <w:pPr>
        <w:spacing w:before="0" w:after="0" w:line="240" w:lineRule="auto"/>
      </w:pPr>
      <w:rPr>
        <w:b/>
        <w:bCs/>
        <w:color w:val="FFFFFF" w:themeColor="background1"/>
      </w:rPr>
      <w:tblPr/>
      <w:tcPr>
        <w:shd w:val="clear" w:color="auto" w:fill="0A7CAE" w:themeFill="accent6"/>
      </w:tcPr>
    </w:tblStylePr>
    <w:tblStylePr w:type="lastRow">
      <w:pPr>
        <w:spacing w:before="0" w:after="0" w:line="240" w:lineRule="auto"/>
      </w:pPr>
      <w:rPr>
        <w:b/>
        <w:bCs/>
      </w:rPr>
      <w:tblPr/>
      <w:tcPr>
        <w:tcBorders>
          <w:top w:val="double" w:sz="6" w:space="0" w:color="0A7CAE" w:themeColor="accent6"/>
          <w:left w:val="single" w:sz="8" w:space="0" w:color="0A7CAE" w:themeColor="accent6"/>
          <w:bottom w:val="single" w:sz="8" w:space="0" w:color="0A7CAE" w:themeColor="accent6"/>
          <w:right w:val="single" w:sz="8" w:space="0" w:color="0A7CAE" w:themeColor="accent6"/>
        </w:tcBorders>
      </w:tcPr>
    </w:tblStylePr>
    <w:tblStylePr w:type="firstCol">
      <w:rPr>
        <w:b/>
        <w:bCs/>
      </w:rPr>
    </w:tblStylePr>
    <w:tblStylePr w:type="lastCol">
      <w:rPr>
        <w:b/>
        <w:bCs/>
      </w:rPr>
    </w:tblStylePr>
    <w:tblStylePr w:type="band1Vert">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tcPr>
    </w:tblStylePr>
    <w:tblStylePr w:type="band1Horz">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insideH w:val="single" w:sz="8" w:space="0" w:color="FF1390" w:themeColor="accent1"/>
        <w:insideV w:val="single" w:sz="8" w:space="0" w:color="FF139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1390" w:themeColor="accent1"/>
          <w:left w:val="single" w:sz="8" w:space="0" w:color="FF1390" w:themeColor="accent1"/>
          <w:bottom w:val="single" w:sz="18" w:space="0" w:color="FF1390" w:themeColor="accent1"/>
          <w:right w:val="single" w:sz="8" w:space="0" w:color="FF1390" w:themeColor="accent1"/>
          <w:insideH w:val="nil"/>
          <w:insideV w:val="single" w:sz="8" w:space="0" w:color="FF139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1390" w:themeColor="accent1"/>
          <w:left w:val="single" w:sz="8" w:space="0" w:color="FF1390" w:themeColor="accent1"/>
          <w:bottom w:val="single" w:sz="8" w:space="0" w:color="FF1390" w:themeColor="accent1"/>
          <w:right w:val="single" w:sz="8" w:space="0" w:color="FF1390" w:themeColor="accent1"/>
          <w:insideH w:val="nil"/>
          <w:insideV w:val="single" w:sz="8" w:space="0" w:color="FF139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tcPr>
    </w:tblStylePr>
    <w:tblStylePr w:type="band1Vert">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shd w:val="clear" w:color="auto" w:fill="FFC4E3" w:themeFill="accent1" w:themeFillTint="3F"/>
      </w:tcPr>
    </w:tblStylePr>
    <w:tblStylePr w:type="band1Horz">
      <w:tblPr/>
      <w:tcPr>
        <w:tcBorders>
          <w:top w:val="single" w:sz="8" w:space="0" w:color="FF1390" w:themeColor="accent1"/>
          <w:left w:val="single" w:sz="8" w:space="0" w:color="FF1390" w:themeColor="accent1"/>
          <w:bottom w:val="single" w:sz="8" w:space="0" w:color="FF1390" w:themeColor="accent1"/>
          <w:right w:val="single" w:sz="8" w:space="0" w:color="FF1390" w:themeColor="accent1"/>
          <w:insideV w:val="single" w:sz="8" w:space="0" w:color="FF1390" w:themeColor="accent1"/>
        </w:tcBorders>
        <w:shd w:val="clear" w:color="auto" w:fill="FFC4E3" w:themeFill="accent1" w:themeFillTint="3F"/>
      </w:tcPr>
    </w:tblStylePr>
    <w:tblStylePr w:type="band2Horz">
      <w:tblPr/>
      <w:tcPr>
        <w:tcBorders>
          <w:top w:val="single" w:sz="8" w:space="0" w:color="FF1390" w:themeColor="accent1"/>
          <w:left w:val="single" w:sz="8" w:space="0" w:color="FF1390" w:themeColor="accent1"/>
          <w:bottom w:val="single" w:sz="8" w:space="0" w:color="FF1390" w:themeColor="accent1"/>
          <w:right w:val="single" w:sz="8" w:space="0" w:color="FF1390" w:themeColor="accent1"/>
          <w:insideV w:val="single" w:sz="8" w:space="0" w:color="FF139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insideH w:val="single" w:sz="8" w:space="0" w:color="FEAA1B" w:themeColor="accent2"/>
        <w:insideV w:val="single" w:sz="8" w:space="0" w:color="FEAA1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AA1B" w:themeColor="accent2"/>
          <w:left w:val="single" w:sz="8" w:space="0" w:color="FEAA1B" w:themeColor="accent2"/>
          <w:bottom w:val="single" w:sz="18" w:space="0" w:color="FEAA1B" w:themeColor="accent2"/>
          <w:right w:val="single" w:sz="8" w:space="0" w:color="FEAA1B" w:themeColor="accent2"/>
          <w:insideH w:val="nil"/>
          <w:insideV w:val="single" w:sz="8" w:space="0" w:color="FEAA1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AA1B" w:themeColor="accent2"/>
          <w:left w:val="single" w:sz="8" w:space="0" w:color="FEAA1B" w:themeColor="accent2"/>
          <w:bottom w:val="single" w:sz="8" w:space="0" w:color="FEAA1B" w:themeColor="accent2"/>
          <w:right w:val="single" w:sz="8" w:space="0" w:color="FEAA1B" w:themeColor="accent2"/>
          <w:insideH w:val="nil"/>
          <w:insideV w:val="single" w:sz="8" w:space="0" w:color="FEAA1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tcPr>
    </w:tblStylePr>
    <w:tblStylePr w:type="band1Vert">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shd w:val="clear" w:color="auto" w:fill="FEE9C6" w:themeFill="accent2" w:themeFillTint="3F"/>
      </w:tcPr>
    </w:tblStylePr>
    <w:tblStylePr w:type="band1Horz">
      <w:tblPr/>
      <w:tcPr>
        <w:tcBorders>
          <w:top w:val="single" w:sz="8" w:space="0" w:color="FEAA1B" w:themeColor="accent2"/>
          <w:left w:val="single" w:sz="8" w:space="0" w:color="FEAA1B" w:themeColor="accent2"/>
          <w:bottom w:val="single" w:sz="8" w:space="0" w:color="FEAA1B" w:themeColor="accent2"/>
          <w:right w:val="single" w:sz="8" w:space="0" w:color="FEAA1B" w:themeColor="accent2"/>
          <w:insideV w:val="single" w:sz="8" w:space="0" w:color="FEAA1B" w:themeColor="accent2"/>
        </w:tcBorders>
        <w:shd w:val="clear" w:color="auto" w:fill="FEE9C6" w:themeFill="accent2" w:themeFillTint="3F"/>
      </w:tcPr>
    </w:tblStylePr>
    <w:tblStylePr w:type="band2Horz">
      <w:tblPr/>
      <w:tcPr>
        <w:tcBorders>
          <w:top w:val="single" w:sz="8" w:space="0" w:color="FEAA1B" w:themeColor="accent2"/>
          <w:left w:val="single" w:sz="8" w:space="0" w:color="FEAA1B" w:themeColor="accent2"/>
          <w:bottom w:val="single" w:sz="8" w:space="0" w:color="FEAA1B" w:themeColor="accent2"/>
          <w:right w:val="single" w:sz="8" w:space="0" w:color="FEAA1B" w:themeColor="accent2"/>
          <w:insideV w:val="single" w:sz="8" w:space="0" w:color="FEAA1B"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insideH w:val="single" w:sz="8" w:space="0" w:color="18C8AA" w:themeColor="accent3"/>
        <w:insideV w:val="single" w:sz="8" w:space="0" w:color="18C8A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C8AA" w:themeColor="accent3"/>
          <w:left w:val="single" w:sz="8" w:space="0" w:color="18C8AA" w:themeColor="accent3"/>
          <w:bottom w:val="single" w:sz="18" w:space="0" w:color="18C8AA" w:themeColor="accent3"/>
          <w:right w:val="single" w:sz="8" w:space="0" w:color="18C8AA" w:themeColor="accent3"/>
          <w:insideH w:val="nil"/>
          <w:insideV w:val="single" w:sz="8" w:space="0" w:color="18C8A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C8AA" w:themeColor="accent3"/>
          <w:left w:val="single" w:sz="8" w:space="0" w:color="18C8AA" w:themeColor="accent3"/>
          <w:bottom w:val="single" w:sz="8" w:space="0" w:color="18C8AA" w:themeColor="accent3"/>
          <w:right w:val="single" w:sz="8" w:space="0" w:color="18C8AA" w:themeColor="accent3"/>
          <w:insideH w:val="nil"/>
          <w:insideV w:val="single" w:sz="8" w:space="0" w:color="18C8A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tcPr>
    </w:tblStylePr>
    <w:tblStylePr w:type="band1Vert">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shd w:val="clear" w:color="auto" w:fill="BFF7ED" w:themeFill="accent3" w:themeFillTint="3F"/>
      </w:tcPr>
    </w:tblStylePr>
    <w:tblStylePr w:type="band1Horz">
      <w:tblPr/>
      <w:tcPr>
        <w:tcBorders>
          <w:top w:val="single" w:sz="8" w:space="0" w:color="18C8AA" w:themeColor="accent3"/>
          <w:left w:val="single" w:sz="8" w:space="0" w:color="18C8AA" w:themeColor="accent3"/>
          <w:bottom w:val="single" w:sz="8" w:space="0" w:color="18C8AA" w:themeColor="accent3"/>
          <w:right w:val="single" w:sz="8" w:space="0" w:color="18C8AA" w:themeColor="accent3"/>
          <w:insideV w:val="single" w:sz="8" w:space="0" w:color="18C8AA" w:themeColor="accent3"/>
        </w:tcBorders>
        <w:shd w:val="clear" w:color="auto" w:fill="BFF7ED" w:themeFill="accent3" w:themeFillTint="3F"/>
      </w:tcPr>
    </w:tblStylePr>
    <w:tblStylePr w:type="band2Horz">
      <w:tblPr/>
      <w:tcPr>
        <w:tcBorders>
          <w:top w:val="single" w:sz="8" w:space="0" w:color="18C8AA" w:themeColor="accent3"/>
          <w:left w:val="single" w:sz="8" w:space="0" w:color="18C8AA" w:themeColor="accent3"/>
          <w:bottom w:val="single" w:sz="8" w:space="0" w:color="18C8AA" w:themeColor="accent3"/>
          <w:right w:val="single" w:sz="8" w:space="0" w:color="18C8AA" w:themeColor="accent3"/>
          <w:insideV w:val="single" w:sz="8" w:space="0" w:color="18C8AA"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insideH w:val="single" w:sz="8" w:space="0" w:color="6B23D8" w:themeColor="accent4"/>
        <w:insideV w:val="single" w:sz="8" w:space="0" w:color="6B23D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B23D8" w:themeColor="accent4"/>
          <w:left w:val="single" w:sz="8" w:space="0" w:color="6B23D8" w:themeColor="accent4"/>
          <w:bottom w:val="single" w:sz="18" w:space="0" w:color="6B23D8" w:themeColor="accent4"/>
          <w:right w:val="single" w:sz="8" w:space="0" w:color="6B23D8" w:themeColor="accent4"/>
          <w:insideH w:val="nil"/>
          <w:insideV w:val="single" w:sz="8" w:space="0" w:color="6B23D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B23D8" w:themeColor="accent4"/>
          <w:left w:val="single" w:sz="8" w:space="0" w:color="6B23D8" w:themeColor="accent4"/>
          <w:bottom w:val="single" w:sz="8" w:space="0" w:color="6B23D8" w:themeColor="accent4"/>
          <w:right w:val="single" w:sz="8" w:space="0" w:color="6B23D8" w:themeColor="accent4"/>
          <w:insideH w:val="nil"/>
          <w:insideV w:val="single" w:sz="8" w:space="0" w:color="6B23D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tcPr>
    </w:tblStylePr>
    <w:tblStylePr w:type="band1Vert">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shd w:val="clear" w:color="auto" w:fill="DAC7F6" w:themeFill="accent4" w:themeFillTint="3F"/>
      </w:tcPr>
    </w:tblStylePr>
    <w:tblStylePr w:type="band1Horz">
      <w:tblPr/>
      <w:tcPr>
        <w:tcBorders>
          <w:top w:val="single" w:sz="8" w:space="0" w:color="6B23D8" w:themeColor="accent4"/>
          <w:left w:val="single" w:sz="8" w:space="0" w:color="6B23D8" w:themeColor="accent4"/>
          <w:bottom w:val="single" w:sz="8" w:space="0" w:color="6B23D8" w:themeColor="accent4"/>
          <w:right w:val="single" w:sz="8" w:space="0" w:color="6B23D8" w:themeColor="accent4"/>
          <w:insideV w:val="single" w:sz="8" w:space="0" w:color="6B23D8" w:themeColor="accent4"/>
        </w:tcBorders>
        <w:shd w:val="clear" w:color="auto" w:fill="DAC7F6" w:themeFill="accent4" w:themeFillTint="3F"/>
      </w:tcPr>
    </w:tblStylePr>
    <w:tblStylePr w:type="band2Horz">
      <w:tblPr/>
      <w:tcPr>
        <w:tcBorders>
          <w:top w:val="single" w:sz="8" w:space="0" w:color="6B23D8" w:themeColor="accent4"/>
          <w:left w:val="single" w:sz="8" w:space="0" w:color="6B23D8" w:themeColor="accent4"/>
          <w:bottom w:val="single" w:sz="8" w:space="0" w:color="6B23D8" w:themeColor="accent4"/>
          <w:right w:val="single" w:sz="8" w:space="0" w:color="6B23D8" w:themeColor="accent4"/>
          <w:insideV w:val="single" w:sz="8" w:space="0" w:color="6B23D8"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insideH w:val="single" w:sz="8" w:space="0" w:color="4E18AA" w:themeColor="accent5"/>
        <w:insideV w:val="single" w:sz="8" w:space="0" w:color="4E18A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18AA" w:themeColor="accent5"/>
          <w:left w:val="single" w:sz="8" w:space="0" w:color="4E18AA" w:themeColor="accent5"/>
          <w:bottom w:val="single" w:sz="18" w:space="0" w:color="4E18AA" w:themeColor="accent5"/>
          <w:right w:val="single" w:sz="8" w:space="0" w:color="4E18AA" w:themeColor="accent5"/>
          <w:insideH w:val="nil"/>
          <w:insideV w:val="single" w:sz="8" w:space="0" w:color="4E18A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18AA" w:themeColor="accent5"/>
          <w:left w:val="single" w:sz="8" w:space="0" w:color="4E18AA" w:themeColor="accent5"/>
          <w:bottom w:val="single" w:sz="8" w:space="0" w:color="4E18AA" w:themeColor="accent5"/>
          <w:right w:val="single" w:sz="8" w:space="0" w:color="4E18AA" w:themeColor="accent5"/>
          <w:insideH w:val="nil"/>
          <w:insideV w:val="single" w:sz="8" w:space="0" w:color="4E18A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tcPr>
    </w:tblStylePr>
    <w:tblStylePr w:type="band1Vert">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shd w:val="clear" w:color="auto" w:fill="D0BAF5" w:themeFill="accent5" w:themeFillTint="3F"/>
      </w:tcPr>
    </w:tblStylePr>
    <w:tblStylePr w:type="band1Horz">
      <w:tblPr/>
      <w:tcPr>
        <w:tcBorders>
          <w:top w:val="single" w:sz="8" w:space="0" w:color="4E18AA" w:themeColor="accent5"/>
          <w:left w:val="single" w:sz="8" w:space="0" w:color="4E18AA" w:themeColor="accent5"/>
          <w:bottom w:val="single" w:sz="8" w:space="0" w:color="4E18AA" w:themeColor="accent5"/>
          <w:right w:val="single" w:sz="8" w:space="0" w:color="4E18AA" w:themeColor="accent5"/>
          <w:insideV w:val="single" w:sz="8" w:space="0" w:color="4E18AA" w:themeColor="accent5"/>
        </w:tcBorders>
        <w:shd w:val="clear" w:color="auto" w:fill="D0BAF5" w:themeFill="accent5" w:themeFillTint="3F"/>
      </w:tcPr>
    </w:tblStylePr>
    <w:tblStylePr w:type="band2Horz">
      <w:tblPr/>
      <w:tcPr>
        <w:tcBorders>
          <w:top w:val="single" w:sz="8" w:space="0" w:color="4E18AA" w:themeColor="accent5"/>
          <w:left w:val="single" w:sz="8" w:space="0" w:color="4E18AA" w:themeColor="accent5"/>
          <w:bottom w:val="single" w:sz="8" w:space="0" w:color="4E18AA" w:themeColor="accent5"/>
          <w:right w:val="single" w:sz="8" w:space="0" w:color="4E18AA" w:themeColor="accent5"/>
          <w:insideV w:val="single" w:sz="8" w:space="0" w:color="4E18AA"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insideH w:val="single" w:sz="8" w:space="0" w:color="0A7CAE" w:themeColor="accent6"/>
        <w:insideV w:val="single" w:sz="8" w:space="0" w:color="0A7CA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A7CAE" w:themeColor="accent6"/>
          <w:left w:val="single" w:sz="8" w:space="0" w:color="0A7CAE" w:themeColor="accent6"/>
          <w:bottom w:val="single" w:sz="18" w:space="0" w:color="0A7CAE" w:themeColor="accent6"/>
          <w:right w:val="single" w:sz="8" w:space="0" w:color="0A7CAE" w:themeColor="accent6"/>
          <w:insideH w:val="nil"/>
          <w:insideV w:val="single" w:sz="8" w:space="0" w:color="0A7CA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7CAE" w:themeColor="accent6"/>
          <w:left w:val="single" w:sz="8" w:space="0" w:color="0A7CAE" w:themeColor="accent6"/>
          <w:bottom w:val="single" w:sz="8" w:space="0" w:color="0A7CAE" w:themeColor="accent6"/>
          <w:right w:val="single" w:sz="8" w:space="0" w:color="0A7CAE" w:themeColor="accent6"/>
          <w:insideH w:val="nil"/>
          <w:insideV w:val="single" w:sz="8" w:space="0" w:color="0A7CA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tcPr>
    </w:tblStylePr>
    <w:tblStylePr w:type="band1Vert">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shd w:val="clear" w:color="auto" w:fill="B2E4FA" w:themeFill="accent6" w:themeFillTint="3F"/>
      </w:tcPr>
    </w:tblStylePr>
    <w:tblStylePr w:type="band1Horz">
      <w:tblPr/>
      <w:tcPr>
        <w:tcBorders>
          <w:top w:val="single" w:sz="8" w:space="0" w:color="0A7CAE" w:themeColor="accent6"/>
          <w:left w:val="single" w:sz="8" w:space="0" w:color="0A7CAE" w:themeColor="accent6"/>
          <w:bottom w:val="single" w:sz="8" w:space="0" w:color="0A7CAE" w:themeColor="accent6"/>
          <w:right w:val="single" w:sz="8" w:space="0" w:color="0A7CAE" w:themeColor="accent6"/>
          <w:insideV w:val="single" w:sz="8" w:space="0" w:color="0A7CAE" w:themeColor="accent6"/>
        </w:tcBorders>
        <w:shd w:val="clear" w:color="auto" w:fill="B2E4FA" w:themeFill="accent6" w:themeFillTint="3F"/>
      </w:tcPr>
    </w:tblStylePr>
    <w:tblStylePr w:type="band2Horz">
      <w:tblPr/>
      <w:tcPr>
        <w:tcBorders>
          <w:top w:val="single" w:sz="8" w:space="0" w:color="0A7CAE" w:themeColor="accent6"/>
          <w:left w:val="single" w:sz="8" w:space="0" w:color="0A7CAE" w:themeColor="accent6"/>
          <w:bottom w:val="single" w:sz="8" w:space="0" w:color="0A7CAE" w:themeColor="accent6"/>
          <w:right w:val="single" w:sz="8" w:space="0" w:color="0A7CAE" w:themeColor="accent6"/>
          <w:insideV w:val="single" w:sz="8" w:space="0" w:color="0A7CA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single" w:sz="8" w:space="0" w:color="FF4EAB" w:themeColor="accent1" w:themeTint="BF"/>
      </w:tblBorders>
    </w:tblPr>
    <w:tblStylePr w:type="firstRow">
      <w:pPr>
        <w:spacing w:before="0" w:after="0" w:line="240" w:lineRule="auto"/>
      </w:pPr>
      <w:rPr>
        <w:b/>
        <w:bCs/>
        <w:color w:val="FFFFFF" w:themeColor="background1"/>
      </w:rPr>
      <w:tblPr/>
      <w:tcPr>
        <w:tcBorders>
          <w:top w:val="single" w:sz="8"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nil"/>
          <w:insideV w:val="nil"/>
        </w:tcBorders>
        <w:shd w:val="clear" w:color="auto" w:fill="FF1390" w:themeFill="accent1"/>
      </w:tcPr>
    </w:tblStylePr>
    <w:tblStylePr w:type="lastRow">
      <w:pPr>
        <w:spacing w:before="0" w:after="0" w:line="240" w:lineRule="auto"/>
      </w:pPr>
      <w:rPr>
        <w:b/>
        <w:bCs/>
      </w:rPr>
      <w:tblPr/>
      <w:tcPr>
        <w:tcBorders>
          <w:top w:val="double" w:sz="6"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C4E3" w:themeFill="accent1" w:themeFillTint="3F"/>
      </w:tcPr>
    </w:tblStylePr>
    <w:tblStylePr w:type="band1Horz">
      <w:tblPr/>
      <w:tcPr>
        <w:tcBorders>
          <w:insideH w:val="nil"/>
          <w:insideV w:val="nil"/>
        </w:tcBorders>
        <w:shd w:val="clear" w:color="auto" w:fill="FFC4E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single" w:sz="8" w:space="0" w:color="FEBE54" w:themeColor="accent2" w:themeTint="BF"/>
      </w:tblBorders>
    </w:tblPr>
    <w:tblStylePr w:type="firstRow">
      <w:pPr>
        <w:spacing w:before="0" w:after="0" w:line="240" w:lineRule="auto"/>
      </w:pPr>
      <w:rPr>
        <w:b/>
        <w:bCs/>
        <w:color w:val="FFFFFF" w:themeColor="background1"/>
      </w:rPr>
      <w:tblPr/>
      <w:tcPr>
        <w:tcBorders>
          <w:top w:val="single" w:sz="8"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nil"/>
          <w:insideV w:val="nil"/>
        </w:tcBorders>
        <w:shd w:val="clear" w:color="auto" w:fill="FEAA1B" w:themeFill="accent2"/>
      </w:tcPr>
    </w:tblStylePr>
    <w:tblStylePr w:type="lastRow">
      <w:pPr>
        <w:spacing w:before="0" w:after="0" w:line="240" w:lineRule="auto"/>
      </w:pPr>
      <w:rPr>
        <w:b/>
        <w:bCs/>
      </w:rPr>
      <w:tblPr/>
      <w:tcPr>
        <w:tcBorders>
          <w:top w:val="double" w:sz="6"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E9C6" w:themeFill="accent2" w:themeFillTint="3F"/>
      </w:tcPr>
    </w:tblStylePr>
    <w:tblStylePr w:type="band1Horz">
      <w:tblPr/>
      <w:tcPr>
        <w:tcBorders>
          <w:insideH w:val="nil"/>
          <w:insideV w:val="nil"/>
        </w:tcBorders>
        <w:shd w:val="clear" w:color="auto" w:fill="FEE9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single" w:sz="8" w:space="0" w:color="3FE8CB" w:themeColor="accent3" w:themeTint="BF"/>
      </w:tblBorders>
    </w:tblPr>
    <w:tblStylePr w:type="firstRow">
      <w:pPr>
        <w:spacing w:before="0" w:after="0" w:line="240" w:lineRule="auto"/>
      </w:pPr>
      <w:rPr>
        <w:b/>
        <w:bCs/>
        <w:color w:val="FFFFFF" w:themeColor="background1"/>
      </w:rPr>
      <w:tblPr/>
      <w:tcPr>
        <w:tcBorders>
          <w:top w:val="single" w:sz="8"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nil"/>
          <w:insideV w:val="nil"/>
        </w:tcBorders>
        <w:shd w:val="clear" w:color="auto" w:fill="18C8AA" w:themeFill="accent3"/>
      </w:tcPr>
    </w:tblStylePr>
    <w:tblStylePr w:type="lastRow">
      <w:pPr>
        <w:spacing w:before="0" w:after="0" w:line="240" w:lineRule="auto"/>
      </w:pPr>
      <w:rPr>
        <w:b/>
        <w:bCs/>
      </w:rPr>
      <w:tblPr/>
      <w:tcPr>
        <w:tcBorders>
          <w:top w:val="double" w:sz="6"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nil"/>
          <w:insideV w:val="nil"/>
        </w:tcBorders>
      </w:tcPr>
    </w:tblStylePr>
    <w:tblStylePr w:type="firstCol">
      <w:rPr>
        <w:b/>
        <w:bCs/>
      </w:rPr>
    </w:tblStylePr>
    <w:tblStylePr w:type="lastCol">
      <w:rPr>
        <w:b/>
        <w:bCs/>
      </w:rPr>
    </w:tblStylePr>
    <w:tblStylePr w:type="band1Vert">
      <w:tblPr/>
      <w:tcPr>
        <w:shd w:val="clear" w:color="auto" w:fill="BFF7ED" w:themeFill="accent3" w:themeFillTint="3F"/>
      </w:tcPr>
    </w:tblStylePr>
    <w:tblStylePr w:type="band1Horz">
      <w:tblPr/>
      <w:tcPr>
        <w:tcBorders>
          <w:insideH w:val="nil"/>
          <w:insideV w:val="nil"/>
        </w:tcBorders>
        <w:shd w:val="clear" w:color="auto" w:fill="BFF7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single" w:sz="8" w:space="0" w:color="8F58E4" w:themeColor="accent4" w:themeTint="BF"/>
      </w:tblBorders>
    </w:tblPr>
    <w:tblStylePr w:type="firstRow">
      <w:pPr>
        <w:spacing w:before="0" w:after="0" w:line="240" w:lineRule="auto"/>
      </w:pPr>
      <w:rPr>
        <w:b/>
        <w:bCs/>
        <w:color w:val="FFFFFF" w:themeColor="background1"/>
      </w:rPr>
      <w:tblPr/>
      <w:tcPr>
        <w:tcBorders>
          <w:top w:val="single" w:sz="8"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nil"/>
          <w:insideV w:val="nil"/>
        </w:tcBorders>
        <w:shd w:val="clear" w:color="auto" w:fill="6B23D8" w:themeFill="accent4"/>
      </w:tcPr>
    </w:tblStylePr>
    <w:tblStylePr w:type="lastRow">
      <w:pPr>
        <w:spacing w:before="0" w:after="0" w:line="240" w:lineRule="auto"/>
      </w:pPr>
      <w:rPr>
        <w:b/>
        <w:bCs/>
      </w:rPr>
      <w:tblPr/>
      <w:tcPr>
        <w:tcBorders>
          <w:top w:val="double" w:sz="6"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nil"/>
          <w:insideV w:val="nil"/>
        </w:tcBorders>
      </w:tcPr>
    </w:tblStylePr>
    <w:tblStylePr w:type="firstCol">
      <w:rPr>
        <w:b/>
        <w:bCs/>
      </w:rPr>
    </w:tblStylePr>
    <w:tblStylePr w:type="lastCol">
      <w:rPr>
        <w:b/>
        <w:bCs/>
      </w:rPr>
    </w:tblStylePr>
    <w:tblStylePr w:type="band1Vert">
      <w:tblPr/>
      <w:tcPr>
        <w:shd w:val="clear" w:color="auto" w:fill="DAC7F6" w:themeFill="accent4" w:themeFillTint="3F"/>
      </w:tcPr>
    </w:tblStylePr>
    <w:tblStylePr w:type="band1Horz">
      <w:tblPr/>
      <w:tcPr>
        <w:tcBorders>
          <w:insideH w:val="nil"/>
          <w:insideV w:val="nil"/>
        </w:tcBorders>
        <w:shd w:val="clear" w:color="auto" w:fill="DAC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single" w:sz="8" w:space="0" w:color="712FE1" w:themeColor="accent5" w:themeTint="BF"/>
      </w:tblBorders>
    </w:tblPr>
    <w:tblStylePr w:type="firstRow">
      <w:pPr>
        <w:spacing w:before="0" w:after="0" w:line="240" w:lineRule="auto"/>
      </w:pPr>
      <w:rPr>
        <w:b/>
        <w:bCs/>
        <w:color w:val="FFFFFF" w:themeColor="background1"/>
      </w:rPr>
      <w:tblPr/>
      <w:tcPr>
        <w:tcBorders>
          <w:top w:val="single" w:sz="8"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nil"/>
          <w:insideV w:val="nil"/>
        </w:tcBorders>
        <w:shd w:val="clear" w:color="auto" w:fill="4E18AA" w:themeFill="accent5"/>
      </w:tcPr>
    </w:tblStylePr>
    <w:tblStylePr w:type="lastRow">
      <w:pPr>
        <w:spacing w:before="0" w:after="0" w:line="240" w:lineRule="auto"/>
      </w:pPr>
      <w:rPr>
        <w:b/>
        <w:bCs/>
      </w:rPr>
      <w:tblPr/>
      <w:tcPr>
        <w:tcBorders>
          <w:top w:val="double" w:sz="6"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BAF5" w:themeFill="accent5" w:themeFillTint="3F"/>
      </w:tcPr>
    </w:tblStylePr>
    <w:tblStylePr w:type="band1Horz">
      <w:tblPr/>
      <w:tcPr>
        <w:tcBorders>
          <w:insideH w:val="nil"/>
          <w:insideV w:val="nil"/>
        </w:tcBorders>
        <w:shd w:val="clear" w:color="auto" w:fill="D0BAF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single" w:sz="8" w:space="0" w:color="18AFF1" w:themeColor="accent6" w:themeTint="BF"/>
      </w:tblBorders>
    </w:tblPr>
    <w:tblStylePr w:type="firstRow">
      <w:pPr>
        <w:spacing w:before="0" w:after="0" w:line="240" w:lineRule="auto"/>
      </w:pPr>
      <w:rPr>
        <w:b/>
        <w:bCs/>
        <w:color w:val="FFFFFF" w:themeColor="background1"/>
      </w:rPr>
      <w:tblPr/>
      <w:tcPr>
        <w:tcBorders>
          <w:top w:val="single" w:sz="8"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nil"/>
          <w:insideV w:val="nil"/>
        </w:tcBorders>
        <w:shd w:val="clear" w:color="auto" w:fill="0A7CAE" w:themeFill="accent6"/>
      </w:tcPr>
    </w:tblStylePr>
    <w:tblStylePr w:type="lastRow">
      <w:pPr>
        <w:spacing w:before="0" w:after="0" w:line="240" w:lineRule="auto"/>
      </w:pPr>
      <w:rPr>
        <w:b/>
        <w:bCs/>
      </w:rPr>
      <w:tblPr/>
      <w:tcPr>
        <w:tcBorders>
          <w:top w:val="double" w:sz="6"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B2E4FA" w:themeFill="accent6" w:themeFillTint="3F"/>
      </w:tcPr>
    </w:tblStylePr>
    <w:tblStylePr w:type="band1Horz">
      <w:tblPr/>
      <w:tcPr>
        <w:tcBorders>
          <w:insideH w:val="nil"/>
          <w:insideV w:val="nil"/>
        </w:tcBorders>
        <w:shd w:val="clear" w:color="auto" w:fill="B2E4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139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1390" w:themeFill="accent1"/>
      </w:tcPr>
    </w:tblStylePr>
    <w:tblStylePr w:type="lastCol">
      <w:rPr>
        <w:b/>
        <w:bCs/>
        <w:color w:val="FFFFFF" w:themeColor="background1"/>
      </w:rPr>
      <w:tblPr/>
      <w:tcPr>
        <w:tcBorders>
          <w:left w:val="nil"/>
          <w:right w:val="nil"/>
          <w:insideH w:val="nil"/>
          <w:insideV w:val="nil"/>
        </w:tcBorders>
        <w:shd w:val="clear" w:color="auto" w:fill="FF139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AA1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EAA1B" w:themeFill="accent2"/>
      </w:tcPr>
    </w:tblStylePr>
    <w:tblStylePr w:type="lastCol">
      <w:rPr>
        <w:b/>
        <w:bCs/>
        <w:color w:val="FFFFFF" w:themeColor="background1"/>
      </w:rPr>
      <w:tblPr/>
      <w:tcPr>
        <w:tcBorders>
          <w:left w:val="nil"/>
          <w:right w:val="nil"/>
          <w:insideH w:val="nil"/>
          <w:insideV w:val="nil"/>
        </w:tcBorders>
        <w:shd w:val="clear" w:color="auto" w:fill="FEAA1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C8A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C8AA" w:themeFill="accent3"/>
      </w:tcPr>
    </w:tblStylePr>
    <w:tblStylePr w:type="lastCol">
      <w:rPr>
        <w:b/>
        <w:bCs/>
        <w:color w:val="FFFFFF" w:themeColor="background1"/>
      </w:rPr>
      <w:tblPr/>
      <w:tcPr>
        <w:tcBorders>
          <w:left w:val="nil"/>
          <w:right w:val="nil"/>
          <w:insideH w:val="nil"/>
          <w:insideV w:val="nil"/>
        </w:tcBorders>
        <w:shd w:val="clear" w:color="auto" w:fill="18C8A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B23D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B23D8" w:themeFill="accent4"/>
      </w:tcPr>
    </w:tblStylePr>
    <w:tblStylePr w:type="lastCol">
      <w:rPr>
        <w:b/>
        <w:bCs/>
        <w:color w:val="FFFFFF" w:themeColor="background1"/>
      </w:rPr>
      <w:tblPr/>
      <w:tcPr>
        <w:tcBorders>
          <w:left w:val="nil"/>
          <w:right w:val="nil"/>
          <w:insideH w:val="nil"/>
          <w:insideV w:val="nil"/>
        </w:tcBorders>
        <w:shd w:val="clear" w:color="auto" w:fill="6B23D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18A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18AA" w:themeFill="accent5"/>
      </w:tcPr>
    </w:tblStylePr>
    <w:tblStylePr w:type="lastCol">
      <w:rPr>
        <w:b/>
        <w:bCs/>
        <w:color w:val="FFFFFF" w:themeColor="background1"/>
      </w:rPr>
      <w:tblPr/>
      <w:tcPr>
        <w:tcBorders>
          <w:left w:val="nil"/>
          <w:right w:val="nil"/>
          <w:insideH w:val="nil"/>
          <w:insideV w:val="nil"/>
        </w:tcBorders>
        <w:shd w:val="clear" w:color="auto" w:fill="4E18A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7CA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7CAE" w:themeFill="accent6"/>
      </w:tcPr>
    </w:tblStylePr>
    <w:tblStylePr w:type="lastCol">
      <w:rPr>
        <w:b/>
        <w:bCs/>
        <w:color w:val="FFFFFF" w:themeColor="background1"/>
      </w:rPr>
      <w:tblPr/>
      <w:tcPr>
        <w:tcBorders>
          <w:left w:val="nil"/>
          <w:right w:val="nil"/>
          <w:insideH w:val="nil"/>
          <w:insideV w:val="nil"/>
        </w:tcBorders>
        <w:shd w:val="clear" w:color="auto" w:fill="0A7CA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FF1390" w:themeColor="accent1"/>
        <w:bottom w:val="single" w:sz="8" w:space="0" w:color="FF1390" w:themeColor="accent1"/>
      </w:tblBorders>
    </w:tblPr>
    <w:tblStylePr w:type="firstRow">
      <w:rPr>
        <w:rFonts w:asciiTheme="majorHAnsi" w:eastAsiaTheme="majorEastAsia" w:hAnsiTheme="majorHAnsi" w:cstheme="majorBidi"/>
      </w:rPr>
      <w:tblPr/>
      <w:tcPr>
        <w:tcBorders>
          <w:top w:val="nil"/>
          <w:bottom w:val="single" w:sz="8" w:space="0" w:color="FF1390" w:themeColor="accent1"/>
        </w:tcBorders>
      </w:tcPr>
    </w:tblStylePr>
    <w:tblStylePr w:type="lastRow">
      <w:rPr>
        <w:b/>
        <w:bCs/>
        <w:color w:val="0E2841" w:themeColor="text2"/>
      </w:rPr>
      <w:tblPr/>
      <w:tcPr>
        <w:tcBorders>
          <w:top w:val="single" w:sz="8" w:space="0" w:color="FF1390" w:themeColor="accent1"/>
          <w:bottom w:val="single" w:sz="8" w:space="0" w:color="FF1390" w:themeColor="accent1"/>
        </w:tcBorders>
      </w:tcPr>
    </w:tblStylePr>
    <w:tblStylePr w:type="firstCol">
      <w:rPr>
        <w:b/>
        <w:bCs/>
      </w:rPr>
    </w:tblStylePr>
    <w:tblStylePr w:type="lastCol">
      <w:rPr>
        <w:b/>
        <w:bCs/>
      </w:rPr>
      <w:tblPr/>
      <w:tcPr>
        <w:tcBorders>
          <w:top w:val="single" w:sz="8" w:space="0" w:color="FF1390" w:themeColor="accent1"/>
          <w:bottom w:val="single" w:sz="8" w:space="0" w:color="FF1390" w:themeColor="accent1"/>
        </w:tcBorders>
      </w:tcPr>
    </w:tblStylePr>
    <w:tblStylePr w:type="band1Vert">
      <w:tblPr/>
      <w:tcPr>
        <w:shd w:val="clear" w:color="auto" w:fill="FFC4E3" w:themeFill="accent1" w:themeFillTint="3F"/>
      </w:tcPr>
    </w:tblStylePr>
    <w:tblStylePr w:type="band1Horz">
      <w:tblPr/>
      <w:tcPr>
        <w:shd w:val="clear" w:color="auto" w:fill="FFC4E3"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FEAA1B" w:themeColor="accent2"/>
        <w:bottom w:val="single" w:sz="8" w:space="0" w:color="FEAA1B" w:themeColor="accent2"/>
      </w:tblBorders>
    </w:tblPr>
    <w:tblStylePr w:type="firstRow">
      <w:rPr>
        <w:rFonts w:asciiTheme="majorHAnsi" w:eastAsiaTheme="majorEastAsia" w:hAnsiTheme="majorHAnsi" w:cstheme="majorBidi"/>
      </w:rPr>
      <w:tblPr/>
      <w:tcPr>
        <w:tcBorders>
          <w:top w:val="nil"/>
          <w:bottom w:val="single" w:sz="8" w:space="0" w:color="FEAA1B" w:themeColor="accent2"/>
        </w:tcBorders>
      </w:tcPr>
    </w:tblStylePr>
    <w:tblStylePr w:type="lastRow">
      <w:rPr>
        <w:b/>
        <w:bCs/>
        <w:color w:val="0E2841" w:themeColor="text2"/>
      </w:rPr>
      <w:tblPr/>
      <w:tcPr>
        <w:tcBorders>
          <w:top w:val="single" w:sz="8" w:space="0" w:color="FEAA1B" w:themeColor="accent2"/>
          <w:bottom w:val="single" w:sz="8" w:space="0" w:color="FEAA1B" w:themeColor="accent2"/>
        </w:tcBorders>
      </w:tcPr>
    </w:tblStylePr>
    <w:tblStylePr w:type="firstCol">
      <w:rPr>
        <w:b/>
        <w:bCs/>
      </w:rPr>
    </w:tblStylePr>
    <w:tblStylePr w:type="lastCol">
      <w:rPr>
        <w:b/>
        <w:bCs/>
      </w:rPr>
      <w:tblPr/>
      <w:tcPr>
        <w:tcBorders>
          <w:top w:val="single" w:sz="8" w:space="0" w:color="FEAA1B" w:themeColor="accent2"/>
          <w:bottom w:val="single" w:sz="8" w:space="0" w:color="FEAA1B" w:themeColor="accent2"/>
        </w:tcBorders>
      </w:tcPr>
    </w:tblStylePr>
    <w:tblStylePr w:type="band1Vert">
      <w:tblPr/>
      <w:tcPr>
        <w:shd w:val="clear" w:color="auto" w:fill="FEE9C6" w:themeFill="accent2" w:themeFillTint="3F"/>
      </w:tcPr>
    </w:tblStylePr>
    <w:tblStylePr w:type="band1Horz">
      <w:tblPr/>
      <w:tcPr>
        <w:shd w:val="clear" w:color="auto" w:fill="FEE9C6"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8C8AA" w:themeColor="accent3"/>
        <w:bottom w:val="single" w:sz="8" w:space="0" w:color="18C8AA" w:themeColor="accent3"/>
      </w:tblBorders>
    </w:tblPr>
    <w:tblStylePr w:type="firstRow">
      <w:rPr>
        <w:rFonts w:asciiTheme="majorHAnsi" w:eastAsiaTheme="majorEastAsia" w:hAnsiTheme="majorHAnsi" w:cstheme="majorBidi"/>
      </w:rPr>
      <w:tblPr/>
      <w:tcPr>
        <w:tcBorders>
          <w:top w:val="nil"/>
          <w:bottom w:val="single" w:sz="8" w:space="0" w:color="18C8AA" w:themeColor="accent3"/>
        </w:tcBorders>
      </w:tcPr>
    </w:tblStylePr>
    <w:tblStylePr w:type="lastRow">
      <w:rPr>
        <w:b/>
        <w:bCs/>
        <w:color w:val="0E2841" w:themeColor="text2"/>
      </w:rPr>
      <w:tblPr/>
      <w:tcPr>
        <w:tcBorders>
          <w:top w:val="single" w:sz="8" w:space="0" w:color="18C8AA" w:themeColor="accent3"/>
          <w:bottom w:val="single" w:sz="8" w:space="0" w:color="18C8AA" w:themeColor="accent3"/>
        </w:tcBorders>
      </w:tcPr>
    </w:tblStylePr>
    <w:tblStylePr w:type="firstCol">
      <w:rPr>
        <w:b/>
        <w:bCs/>
      </w:rPr>
    </w:tblStylePr>
    <w:tblStylePr w:type="lastCol">
      <w:rPr>
        <w:b/>
        <w:bCs/>
      </w:rPr>
      <w:tblPr/>
      <w:tcPr>
        <w:tcBorders>
          <w:top w:val="single" w:sz="8" w:space="0" w:color="18C8AA" w:themeColor="accent3"/>
          <w:bottom w:val="single" w:sz="8" w:space="0" w:color="18C8AA" w:themeColor="accent3"/>
        </w:tcBorders>
      </w:tcPr>
    </w:tblStylePr>
    <w:tblStylePr w:type="band1Vert">
      <w:tblPr/>
      <w:tcPr>
        <w:shd w:val="clear" w:color="auto" w:fill="BFF7ED" w:themeFill="accent3" w:themeFillTint="3F"/>
      </w:tcPr>
    </w:tblStylePr>
    <w:tblStylePr w:type="band1Horz">
      <w:tblPr/>
      <w:tcPr>
        <w:shd w:val="clear" w:color="auto" w:fill="BFF7ED"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6B23D8" w:themeColor="accent4"/>
        <w:bottom w:val="single" w:sz="8" w:space="0" w:color="6B23D8" w:themeColor="accent4"/>
      </w:tblBorders>
    </w:tblPr>
    <w:tblStylePr w:type="firstRow">
      <w:rPr>
        <w:rFonts w:asciiTheme="majorHAnsi" w:eastAsiaTheme="majorEastAsia" w:hAnsiTheme="majorHAnsi" w:cstheme="majorBidi"/>
      </w:rPr>
      <w:tblPr/>
      <w:tcPr>
        <w:tcBorders>
          <w:top w:val="nil"/>
          <w:bottom w:val="single" w:sz="8" w:space="0" w:color="6B23D8" w:themeColor="accent4"/>
        </w:tcBorders>
      </w:tcPr>
    </w:tblStylePr>
    <w:tblStylePr w:type="lastRow">
      <w:rPr>
        <w:b/>
        <w:bCs/>
        <w:color w:val="0E2841" w:themeColor="text2"/>
      </w:rPr>
      <w:tblPr/>
      <w:tcPr>
        <w:tcBorders>
          <w:top w:val="single" w:sz="8" w:space="0" w:color="6B23D8" w:themeColor="accent4"/>
          <w:bottom w:val="single" w:sz="8" w:space="0" w:color="6B23D8" w:themeColor="accent4"/>
        </w:tcBorders>
      </w:tcPr>
    </w:tblStylePr>
    <w:tblStylePr w:type="firstCol">
      <w:rPr>
        <w:b/>
        <w:bCs/>
      </w:rPr>
    </w:tblStylePr>
    <w:tblStylePr w:type="lastCol">
      <w:rPr>
        <w:b/>
        <w:bCs/>
      </w:rPr>
      <w:tblPr/>
      <w:tcPr>
        <w:tcBorders>
          <w:top w:val="single" w:sz="8" w:space="0" w:color="6B23D8" w:themeColor="accent4"/>
          <w:bottom w:val="single" w:sz="8" w:space="0" w:color="6B23D8" w:themeColor="accent4"/>
        </w:tcBorders>
      </w:tcPr>
    </w:tblStylePr>
    <w:tblStylePr w:type="band1Vert">
      <w:tblPr/>
      <w:tcPr>
        <w:shd w:val="clear" w:color="auto" w:fill="DAC7F6" w:themeFill="accent4" w:themeFillTint="3F"/>
      </w:tcPr>
    </w:tblStylePr>
    <w:tblStylePr w:type="band1Horz">
      <w:tblPr/>
      <w:tcPr>
        <w:shd w:val="clear" w:color="auto" w:fill="DAC7F6"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E18AA" w:themeColor="accent5"/>
        <w:bottom w:val="single" w:sz="8" w:space="0" w:color="4E18AA" w:themeColor="accent5"/>
      </w:tblBorders>
    </w:tblPr>
    <w:tblStylePr w:type="firstRow">
      <w:rPr>
        <w:rFonts w:asciiTheme="majorHAnsi" w:eastAsiaTheme="majorEastAsia" w:hAnsiTheme="majorHAnsi" w:cstheme="majorBidi"/>
      </w:rPr>
      <w:tblPr/>
      <w:tcPr>
        <w:tcBorders>
          <w:top w:val="nil"/>
          <w:bottom w:val="single" w:sz="8" w:space="0" w:color="4E18AA" w:themeColor="accent5"/>
        </w:tcBorders>
      </w:tcPr>
    </w:tblStylePr>
    <w:tblStylePr w:type="lastRow">
      <w:rPr>
        <w:b/>
        <w:bCs/>
        <w:color w:val="0E2841" w:themeColor="text2"/>
      </w:rPr>
      <w:tblPr/>
      <w:tcPr>
        <w:tcBorders>
          <w:top w:val="single" w:sz="8" w:space="0" w:color="4E18AA" w:themeColor="accent5"/>
          <w:bottom w:val="single" w:sz="8" w:space="0" w:color="4E18AA" w:themeColor="accent5"/>
        </w:tcBorders>
      </w:tcPr>
    </w:tblStylePr>
    <w:tblStylePr w:type="firstCol">
      <w:rPr>
        <w:b/>
        <w:bCs/>
      </w:rPr>
    </w:tblStylePr>
    <w:tblStylePr w:type="lastCol">
      <w:rPr>
        <w:b/>
        <w:bCs/>
      </w:rPr>
      <w:tblPr/>
      <w:tcPr>
        <w:tcBorders>
          <w:top w:val="single" w:sz="8" w:space="0" w:color="4E18AA" w:themeColor="accent5"/>
          <w:bottom w:val="single" w:sz="8" w:space="0" w:color="4E18AA" w:themeColor="accent5"/>
        </w:tcBorders>
      </w:tcPr>
    </w:tblStylePr>
    <w:tblStylePr w:type="band1Vert">
      <w:tblPr/>
      <w:tcPr>
        <w:shd w:val="clear" w:color="auto" w:fill="D0BAF5" w:themeFill="accent5" w:themeFillTint="3F"/>
      </w:tcPr>
    </w:tblStylePr>
    <w:tblStylePr w:type="band1Horz">
      <w:tblPr/>
      <w:tcPr>
        <w:shd w:val="clear" w:color="auto" w:fill="D0BAF5"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0A7CAE" w:themeColor="accent6"/>
        <w:bottom w:val="single" w:sz="8" w:space="0" w:color="0A7CAE" w:themeColor="accent6"/>
      </w:tblBorders>
    </w:tblPr>
    <w:tblStylePr w:type="firstRow">
      <w:rPr>
        <w:rFonts w:asciiTheme="majorHAnsi" w:eastAsiaTheme="majorEastAsia" w:hAnsiTheme="majorHAnsi" w:cstheme="majorBidi"/>
      </w:rPr>
      <w:tblPr/>
      <w:tcPr>
        <w:tcBorders>
          <w:top w:val="nil"/>
          <w:bottom w:val="single" w:sz="8" w:space="0" w:color="0A7CAE" w:themeColor="accent6"/>
        </w:tcBorders>
      </w:tcPr>
    </w:tblStylePr>
    <w:tblStylePr w:type="lastRow">
      <w:rPr>
        <w:b/>
        <w:bCs/>
        <w:color w:val="0E2841" w:themeColor="text2"/>
      </w:rPr>
      <w:tblPr/>
      <w:tcPr>
        <w:tcBorders>
          <w:top w:val="single" w:sz="8" w:space="0" w:color="0A7CAE" w:themeColor="accent6"/>
          <w:bottom w:val="single" w:sz="8" w:space="0" w:color="0A7CAE" w:themeColor="accent6"/>
        </w:tcBorders>
      </w:tcPr>
    </w:tblStylePr>
    <w:tblStylePr w:type="firstCol">
      <w:rPr>
        <w:b/>
        <w:bCs/>
      </w:rPr>
    </w:tblStylePr>
    <w:tblStylePr w:type="lastCol">
      <w:rPr>
        <w:b/>
        <w:bCs/>
      </w:rPr>
      <w:tblPr/>
      <w:tcPr>
        <w:tcBorders>
          <w:top w:val="single" w:sz="8" w:space="0" w:color="0A7CAE" w:themeColor="accent6"/>
          <w:bottom w:val="single" w:sz="8" w:space="0" w:color="0A7CAE" w:themeColor="accent6"/>
        </w:tcBorders>
      </w:tcPr>
    </w:tblStylePr>
    <w:tblStylePr w:type="band1Vert">
      <w:tblPr/>
      <w:tcPr>
        <w:shd w:val="clear" w:color="auto" w:fill="B2E4FA" w:themeFill="accent6" w:themeFillTint="3F"/>
      </w:tcPr>
    </w:tblStylePr>
    <w:tblStylePr w:type="band1Horz">
      <w:tblPr/>
      <w:tcPr>
        <w:shd w:val="clear" w:color="auto" w:fill="B2E4FA"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tblBorders>
    </w:tblPr>
    <w:tblStylePr w:type="firstRow">
      <w:rPr>
        <w:sz w:val="24"/>
        <w:szCs w:val="24"/>
      </w:rPr>
      <w:tblPr/>
      <w:tcPr>
        <w:tcBorders>
          <w:top w:val="nil"/>
          <w:left w:val="nil"/>
          <w:bottom w:val="single" w:sz="24" w:space="0" w:color="FF1390" w:themeColor="accent1"/>
          <w:right w:val="nil"/>
          <w:insideH w:val="nil"/>
          <w:insideV w:val="nil"/>
        </w:tcBorders>
        <w:shd w:val="clear" w:color="auto" w:fill="FFFFFF" w:themeFill="background1"/>
      </w:tcPr>
    </w:tblStylePr>
    <w:tblStylePr w:type="lastRow">
      <w:tblPr/>
      <w:tcPr>
        <w:tcBorders>
          <w:top w:val="single" w:sz="8" w:space="0" w:color="FF139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1390" w:themeColor="accent1"/>
          <w:insideH w:val="nil"/>
          <w:insideV w:val="nil"/>
        </w:tcBorders>
        <w:shd w:val="clear" w:color="auto" w:fill="FFFFFF" w:themeFill="background1"/>
      </w:tcPr>
    </w:tblStylePr>
    <w:tblStylePr w:type="lastCol">
      <w:tblPr/>
      <w:tcPr>
        <w:tcBorders>
          <w:top w:val="nil"/>
          <w:left w:val="single" w:sz="8" w:space="0" w:color="FF139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4E3" w:themeFill="accent1" w:themeFillTint="3F"/>
      </w:tcPr>
    </w:tblStylePr>
    <w:tblStylePr w:type="band1Horz">
      <w:tblPr/>
      <w:tcPr>
        <w:tcBorders>
          <w:top w:val="nil"/>
          <w:bottom w:val="nil"/>
          <w:insideH w:val="nil"/>
          <w:insideV w:val="nil"/>
        </w:tcBorders>
        <w:shd w:val="clear" w:color="auto" w:fill="FFC4E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tblBorders>
    </w:tblPr>
    <w:tblStylePr w:type="firstRow">
      <w:rPr>
        <w:sz w:val="24"/>
        <w:szCs w:val="24"/>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tblPr/>
      <w:tcPr>
        <w:tcBorders>
          <w:top w:val="single" w:sz="8" w:space="0" w:color="FEAA1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AA1B" w:themeColor="accent2"/>
          <w:insideH w:val="nil"/>
          <w:insideV w:val="nil"/>
        </w:tcBorders>
        <w:shd w:val="clear" w:color="auto" w:fill="FFFFFF" w:themeFill="background1"/>
      </w:tcPr>
    </w:tblStylePr>
    <w:tblStylePr w:type="lastCol">
      <w:tblPr/>
      <w:tcPr>
        <w:tcBorders>
          <w:top w:val="nil"/>
          <w:left w:val="single" w:sz="8" w:space="0" w:color="FEAA1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9C6" w:themeFill="accent2" w:themeFillTint="3F"/>
      </w:tcPr>
    </w:tblStylePr>
    <w:tblStylePr w:type="band1Horz">
      <w:tblPr/>
      <w:tcPr>
        <w:tcBorders>
          <w:top w:val="nil"/>
          <w:bottom w:val="nil"/>
          <w:insideH w:val="nil"/>
          <w:insideV w:val="nil"/>
        </w:tcBorders>
        <w:shd w:val="clear" w:color="auto" w:fill="FEE9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tblBorders>
    </w:tblPr>
    <w:tblStylePr w:type="firstRow">
      <w:rPr>
        <w:sz w:val="24"/>
        <w:szCs w:val="24"/>
      </w:rPr>
      <w:tblPr/>
      <w:tcPr>
        <w:tcBorders>
          <w:top w:val="nil"/>
          <w:left w:val="nil"/>
          <w:bottom w:val="single" w:sz="24" w:space="0" w:color="18C8AA" w:themeColor="accent3"/>
          <w:right w:val="nil"/>
          <w:insideH w:val="nil"/>
          <w:insideV w:val="nil"/>
        </w:tcBorders>
        <w:shd w:val="clear" w:color="auto" w:fill="FFFFFF" w:themeFill="background1"/>
      </w:tcPr>
    </w:tblStylePr>
    <w:tblStylePr w:type="lastRow">
      <w:tblPr/>
      <w:tcPr>
        <w:tcBorders>
          <w:top w:val="single" w:sz="8" w:space="0" w:color="18C8A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C8AA" w:themeColor="accent3"/>
          <w:insideH w:val="nil"/>
          <w:insideV w:val="nil"/>
        </w:tcBorders>
        <w:shd w:val="clear" w:color="auto" w:fill="FFFFFF" w:themeFill="background1"/>
      </w:tcPr>
    </w:tblStylePr>
    <w:tblStylePr w:type="lastCol">
      <w:tblPr/>
      <w:tcPr>
        <w:tcBorders>
          <w:top w:val="nil"/>
          <w:left w:val="single" w:sz="8" w:space="0" w:color="18C8A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F7ED" w:themeFill="accent3" w:themeFillTint="3F"/>
      </w:tcPr>
    </w:tblStylePr>
    <w:tblStylePr w:type="band1Horz">
      <w:tblPr/>
      <w:tcPr>
        <w:tcBorders>
          <w:top w:val="nil"/>
          <w:bottom w:val="nil"/>
          <w:insideH w:val="nil"/>
          <w:insideV w:val="nil"/>
        </w:tcBorders>
        <w:shd w:val="clear" w:color="auto" w:fill="BFF7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tblBorders>
    </w:tblPr>
    <w:tblStylePr w:type="firstRow">
      <w:rPr>
        <w:sz w:val="24"/>
        <w:szCs w:val="24"/>
      </w:rPr>
      <w:tblPr/>
      <w:tcPr>
        <w:tcBorders>
          <w:top w:val="nil"/>
          <w:left w:val="nil"/>
          <w:bottom w:val="single" w:sz="24" w:space="0" w:color="6B23D8" w:themeColor="accent4"/>
          <w:right w:val="nil"/>
          <w:insideH w:val="nil"/>
          <w:insideV w:val="nil"/>
        </w:tcBorders>
        <w:shd w:val="clear" w:color="auto" w:fill="FFFFFF" w:themeFill="background1"/>
      </w:tcPr>
    </w:tblStylePr>
    <w:tblStylePr w:type="lastRow">
      <w:tblPr/>
      <w:tcPr>
        <w:tcBorders>
          <w:top w:val="single" w:sz="8" w:space="0" w:color="6B23D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B23D8" w:themeColor="accent4"/>
          <w:insideH w:val="nil"/>
          <w:insideV w:val="nil"/>
        </w:tcBorders>
        <w:shd w:val="clear" w:color="auto" w:fill="FFFFFF" w:themeFill="background1"/>
      </w:tcPr>
    </w:tblStylePr>
    <w:tblStylePr w:type="lastCol">
      <w:tblPr/>
      <w:tcPr>
        <w:tcBorders>
          <w:top w:val="nil"/>
          <w:left w:val="single" w:sz="8" w:space="0" w:color="6B23D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C7F6" w:themeFill="accent4" w:themeFillTint="3F"/>
      </w:tcPr>
    </w:tblStylePr>
    <w:tblStylePr w:type="band1Horz">
      <w:tblPr/>
      <w:tcPr>
        <w:tcBorders>
          <w:top w:val="nil"/>
          <w:bottom w:val="nil"/>
          <w:insideH w:val="nil"/>
          <w:insideV w:val="nil"/>
        </w:tcBorders>
        <w:shd w:val="clear" w:color="auto" w:fill="DAC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tblBorders>
    </w:tblPr>
    <w:tblStylePr w:type="firstRow">
      <w:rPr>
        <w:sz w:val="24"/>
        <w:szCs w:val="24"/>
      </w:rPr>
      <w:tblPr/>
      <w:tcPr>
        <w:tcBorders>
          <w:top w:val="nil"/>
          <w:left w:val="nil"/>
          <w:bottom w:val="single" w:sz="24" w:space="0" w:color="4E18AA" w:themeColor="accent5"/>
          <w:right w:val="nil"/>
          <w:insideH w:val="nil"/>
          <w:insideV w:val="nil"/>
        </w:tcBorders>
        <w:shd w:val="clear" w:color="auto" w:fill="FFFFFF" w:themeFill="background1"/>
      </w:tcPr>
    </w:tblStylePr>
    <w:tblStylePr w:type="lastRow">
      <w:tblPr/>
      <w:tcPr>
        <w:tcBorders>
          <w:top w:val="single" w:sz="8" w:space="0" w:color="4E18A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18AA" w:themeColor="accent5"/>
          <w:insideH w:val="nil"/>
          <w:insideV w:val="nil"/>
        </w:tcBorders>
        <w:shd w:val="clear" w:color="auto" w:fill="FFFFFF" w:themeFill="background1"/>
      </w:tcPr>
    </w:tblStylePr>
    <w:tblStylePr w:type="lastCol">
      <w:tblPr/>
      <w:tcPr>
        <w:tcBorders>
          <w:top w:val="nil"/>
          <w:left w:val="single" w:sz="8" w:space="0" w:color="4E18A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BAF5" w:themeFill="accent5" w:themeFillTint="3F"/>
      </w:tcPr>
    </w:tblStylePr>
    <w:tblStylePr w:type="band1Horz">
      <w:tblPr/>
      <w:tcPr>
        <w:tcBorders>
          <w:top w:val="nil"/>
          <w:bottom w:val="nil"/>
          <w:insideH w:val="nil"/>
          <w:insideV w:val="nil"/>
        </w:tcBorders>
        <w:shd w:val="clear" w:color="auto" w:fill="D0BAF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tblBorders>
    </w:tblPr>
    <w:tblStylePr w:type="firstRow">
      <w:rPr>
        <w:sz w:val="24"/>
        <w:szCs w:val="24"/>
      </w:rPr>
      <w:tblPr/>
      <w:tcPr>
        <w:tcBorders>
          <w:top w:val="nil"/>
          <w:left w:val="nil"/>
          <w:bottom w:val="single" w:sz="24" w:space="0" w:color="0A7CAE" w:themeColor="accent6"/>
          <w:right w:val="nil"/>
          <w:insideH w:val="nil"/>
          <w:insideV w:val="nil"/>
        </w:tcBorders>
        <w:shd w:val="clear" w:color="auto" w:fill="FFFFFF" w:themeFill="background1"/>
      </w:tcPr>
    </w:tblStylePr>
    <w:tblStylePr w:type="lastRow">
      <w:tblPr/>
      <w:tcPr>
        <w:tcBorders>
          <w:top w:val="single" w:sz="8" w:space="0" w:color="0A7CA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7CAE" w:themeColor="accent6"/>
          <w:insideH w:val="nil"/>
          <w:insideV w:val="nil"/>
        </w:tcBorders>
        <w:shd w:val="clear" w:color="auto" w:fill="FFFFFF" w:themeFill="background1"/>
      </w:tcPr>
    </w:tblStylePr>
    <w:tblStylePr w:type="lastCol">
      <w:tblPr/>
      <w:tcPr>
        <w:tcBorders>
          <w:top w:val="nil"/>
          <w:left w:val="single" w:sz="8" w:space="0" w:color="0A7CA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E4FA" w:themeFill="accent6" w:themeFillTint="3F"/>
      </w:tcPr>
    </w:tblStylePr>
    <w:tblStylePr w:type="band1Horz">
      <w:tblPr/>
      <w:tcPr>
        <w:tcBorders>
          <w:top w:val="nil"/>
          <w:bottom w:val="nil"/>
          <w:insideH w:val="nil"/>
          <w:insideV w:val="nil"/>
        </w:tcBorders>
        <w:shd w:val="clear" w:color="auto" w:fill="B2E4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single" w:sz="8" w:space="0" w:color="FF4EAB" w:themeColor="accent1" w:themeTint="BF"/>
        <w:insideV w:val="single" w:sz="8" w:space="0" w:color="FF4EAB" w:themeColor="accent1" w:themeTint="BF"/>
      </w:tblBorders>
    </w:tblPr>
    <w:tcPr>
      <w:shd w:val="clear" w:color="auto" w:fill="FFC4E3" w:themeFill="accent1" w:themeFillTint="3F"/>
    </w:tcPr>
    <w:tblStylePr w:type="firstRow">
      <w:rPr>
        <w:b/>
        <w:bCs/>
      </w:rPr>
    </w:tblStylePr>
    <w:tblStylePr w:type="lastRow">
      <w:rPr>
        <w:b/>
        <w:bCs/>
      </w:rPr>
      <w:tblPr/>
      <w:tcPr>
        <w:tcBorders>
          <w:top w:val="single" w:sz="18" w:space="0" w:color="FF4EAB" w:themeColor="accent1" w:themeTint="BF"/>
        </w:tcBorders>
      </w:tcPr>
    </w:tblStylePr>
    <w:tblStylePr w:type="firstCol">
      <w:rPr>
        <w:b/>
        <w:bCs/>
      </w:rPr>
    </w:tblStylePr>
    <w:tblStylePr w:type="lastCol">
      <w:rPr>
        <w:b/>
        <w:bCs/>
      </w:rPr>
    </w:tblStylePr>
    <w:tblStylePr w:type="band1Vert">
      <w:tblPr/>
      <w:tcPr>
        <w:shd w:val="clear" w:color="auto" w:fill="FF89C7" w:themeFill="accent1" w:themeFillTint="7F"/>
      </w:tcPr>
    </w:tblStylePr>
    <w:tblStylePr w:type="band1Horz">
      <w:tblPr/>
      <w:tcPr>
        <w:shd w:val="clear" w:color="auto" w:fill="FF89C7"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single" w:sz="8" w:space="0" w:color="FEBE54" w:themeColor="accent2" w:themeTint="BF"/>
        <w:insideV w:val="single" w:sz="8" w:space="0" w:color="FEBE54" w:themeColor="accent2" w:themeTint="BF"/>
      </w:tblBorders>
    </w:tblPr>
    <w:tcPr>
      <w:shd w:val="clear" w:color="auto" w:fill="FEE9C6" w:themeFill="accent2" w:themeFillTint="3F"/>
    </w:tcPr>
    <w:tblStylePr w:type="firstRow">
      <w:rPr>
        <w:b/>
        <w:bCs/>
      </w:rPr>
    </w:tblStylePr>
    <w:tblStylePr w:type="lastRow">
      <w:rPr>
        <w:b/>
        <w:bCs/>
      </w:rPr>
      <w:tblPr/>
      <w:tcPr>
        <w:tcBorders>
          <w:top w:val="single" w:sz="18" w:space="0" w:color="FEBE54" w:themeColor="accent2" w:themeTint="BF"/>
        </w:tcBorders>
      </w:tcPr>
    </w:tblStylePr>
    <w:tblStylePr w:type="firstCol">
      <w:rPr>
        <w:b/>
        <w:bCs/>
      </w:rPr>
    </w:tblStylePr>
    <w:tblStylePr w:type="lastCol">
      <w:rPr>
        <w:b/>
        <w:bCs/>
      </w:rPr>
    </w:tblStylePr>
    <w:tblStylePr w:type="band1Vert">
      <w:tblPr/>
      <w:tcPr>
        <w:shd w:val="clear" w:color="auto" w:fill="FED48D" w:themeFill="accent2" w:themeFillTint="7F"/>
      </w:tcPr>
    </w:tblStylePr>
    <w:tblStylePr w:type="band1Horz">
      <w:tblPr/>
      <w:tcPr>
        <w:shd w:val="clear" w:color="auto" w:fill="FED48D"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single" w:sz="8" w:space="0" w:color="3FE8CB" w:themeColor="accent3" w:themeTint="BF"/>
        <w:insideV w:val="single" w:sz="8" w:space="0" w:color="3FE8CB" w:themeColor="accent3" w:themeTint="BF"/>
      </w:tblBorders>
    </w:tblPr>
    <w:tcPr>
      <w:shd w:val="clear" w:color="auto" w:fill="BFF7ED" w:themeFill="accent3" w:themeFillTint="3F"/>
    </w:tcPr>
    <w:tblStylePr w:type="firstRow">
      <w:rPr>
        <w:b/>
        <w:bCs/>
      </w:rPr>
    </w:tblStylePr>
    <w:tblStylePr w:type="lastRow">
      <w:rPr>
        <w:b/>
        <w:bCs/>
      </w:rPr>
      <w:tblPr/>
      <w:tcPr>
        <w:tcBorders>
          <w:top w:val="single" w:sz="18" w:space="0" w:color="3FE8CB" w:themeColor="accent3" w:themeTint="BF"/>
        </w:tcBorders>
      </w:tcPr>
    </w:tblStylePr>
    <w:tblStylePr w:type="firstCol">
      <w:rPr>
        <w:b/>
        <w:bCs/>
      </w:rPr>
    </w:tblStylePr>
    <w:tblStylePr w:type="lastCol">
      <w:rPr>
        <w:b/>
        <w:bCs/>
      </w:rPr>
    </w:tblStylePr>
    <w:tblStylePr w:type="band1Vert">
      <w:tblPr/>
      <w:tcPr>
        <w:shd w:val="clear" w:color="auto" w:fill="7FEFDC" w:themeFill="accent3" w:themeFillTint="7F"/>
      </w:tcPr>
    </w:tblStylePr>
    <w:tblStylePr w:type="band1Horz">
      <w:tblPr/>
      <w:tcPr>
        <w:shd w:val="clear" w:color="auto" w:fill="7FEFD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single" w:sz="8" w:space="0" w:color="8F58E4" w:themeColor="accent4" w:themeTint="BF"/>
        <w:insideV w:val="single" w:sz="8" w:space="0" w:color="8F58E4" w:themeColor="accent4" w:themeTint="BF"/>
      </w:tblBorders>
    </w:tblPr>
    <w:tcPr>
      <w:shd w:val="clear" w:color="auto" w:fill="DAC7F6" w:themeFill="accent4" w:themeFillTint="3F"/>
    </w:tcPr>
    <w:tblStylePr w:type="firstRow">
      <w:rPr>
        <w:b/>
        <w:bCs/>
      </w:rPr>
    </w:tblStylePr>
    <w:tblStylePr w:type="lastRow">
      <w:rPr>
        <w:b/>
        <w:bCs/>
      </w:rPr>
      <w:tblPr/>
      <w:tcPr>
        <w:tcBorders>
          <w:top w:val="single" w:sz="18" w:space="0" w:color="8F58E4" w:themeColor="accent4" w:themeTint="BF"/>
        </w:tcBorders>
      </w:tcPr>
    </w:tblStylePr>
    <w:tblStylePr w:type="firstCol">
      <w:rPr>
        <w:b/>
        <w:bCs/>
      </w:rPr>
    </w:tblStylePr>
    <w:tblStylePr w:type="lastCol">
      <w:rPr>
        <w:b/>
        <w:bCs/>
      </w:rPr>
    </w:tblStylePr>
    <w:tblStylePr w:type="band1Vert">
      <w:tblPr/>
      <w:tcPr>
        <w:shd w:val="clear" w:color="auto" w:fill="B490ED" w:themeFill="accent4" w:themeFillTint="7F"/>
      </w:tcPr>
    </w:tblStylePr>
    <w:tblStylePr w:type="band1Horz">
      <w:tblPr/>
      <w:tcPr>
        <w:shd w:val="clear" w:color="auto" w:fill="B490ED"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single" w:sz="8" w:space="0" w:color="712FE1" w:themeColor="accent5" w:themeTint="BF"/>
        <w:insideV w:val="single" w:sz="8" w:space="0" w:color="712FE1" w:themeColor="accent5" w:themeTint="BF"/>
      </w:tblBorders>
    </w:tblPr>
    <w:tcPr>
      <w:shd w:val="clear" w:color="auto" w:fill="D0BAF5" w:themeFill="accent5" w:themeFillTint="3F"/>
    </w:tcPr>
    <w:tblStylePr w:type="firstRow">
      <w:rPr>
        <w:b/>
        <w:bCs/>
      </w:rPr>
    </w:tblStylePr>
    <w:tblStylePr w:type="lastRow">
      <w:rPr>
        <w:b/>
        <w:bCs/>
      </w:rPr>
      <w:tblPr/>
      <w:tcPr>
        <w:tcBorders>
          <w:top w:val="single" w:sz="18" w:space="0" w:color="712FE1" w:themeColor="accent5" w:themeTint="BF"/>
        </w:tcBorders>
      </w:tcPr>
    </w:tblStylePr>
    <w:tblStylePr w:type="firstCol">
      <w:rPr>
        <w:b/>
        <w:bCs/>
      </w:rPr>
    </w:tblStylePr>
    <w:tblStylePr w:type="lastCol">
      <w:rPr>
        <w:b/>
        <w:bCs/>
      </w:rPr>
    </w:tblStylePr>
    <w:tblStylePr w:type="band1Vert">
      <w:tblPr/>
      <w:tcPr>
        <w:shd w:val="clear" w:color="auto" w:fill="A074EB" w:themeFill="accent5" w:themeFillTint="7F"/>
      </w:tcPr>
    </w:tblStylePr>
    <w:tblStylePr w:type="band1Horz">
      <w:tblPr/>
      <w:tcPr>
        <w:shd w:val="clear" w:color="auto" w:fill="A074EB"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single" w:sz="8" w:space="0" w:color="18AFF1" w:themeColor="accent6" w:themeTint="BF"/>
        <w:insideV w:val="single" w:sz="8" w:space="0" w:color="18AFF1" w:themeColor="accent6" w:themeTint="BF"/>
      </w:tblBorders>
    </w:tblPr>
    <w:tcPr>
      <w:shd w:val="clear" w:color="auto" w:fill="B2E4FA" w:themeFill="accent6" w:themeFillTint="3F"/>
    </w:tcPr>
    <w:tblStylePr w:type="firstRow">
      <w:rPr>
        <w:b/>
        <w:bCs/>
      </w:rPr>
    </w:tblStylePr>
    <w:tblStylePr w:type="lastRow">
      <w:rPr>
        <w:b/>
        <w:bCs/>
      </w:rPr>
      <w:tblPr/>
      <w:tcPr>
        <w:tcBorders>
          <w:top w:val="single" w:sz="18" w:space="0" w:color="18AFF1" w:themeColor="accent6" w:themeTint="BF"/>
        </w:tcBorders>
      </w:tcPr>
    </w:tblStylePr>
    <w:tblStylePr w:type="firstCol">
      <w:rPr>
        <w:b/>
        <w:bCs/>
      </w:rPr>
    </w:tblStylePr>
    <w:tblStylePr w:type="lastCol">
      <w:rPr>
        <w:b/>
        <w:bCs/>
      </w:rPr>
    </w:tblStylePr>
    <w:tblStylePr w:type="band1Vert">
      <w:tblPr/>
      <w:tcPr>
        <w:shd w:val="clear" w:color="auto" w:fill="65C9F6" w:themeFill="accent6" w:themeFillTint="7F"/>
      </w:tcPr>
    </w:tblStylePr>
    <w:tblStylePr w:type="band1Horz">
      <w:tblPr/>
      <w:tcPr>
        <w:shd w:val="clear" w:color="auto" w:fill="65C9F6"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insideH w:val="single" w:sz="8" w:space="0" w:color="FF1390" w:themeColor="accent1"/>
        <w:insideV w:val="single" w:sz="8" w:space="0" w:color="FF1390" w:themeColor="accent1"/>
      </w:tblBorders>
    </w:tblPr>
    <w:tcPr>
      <w:shd w:val="clear" w:color="auto" w:fill="FFC4E3" w:themeFill="accent1" w:themeFillTint="3F"/>
    </w:tcPr>
    <w:tblStylePr w:type="firstRow">
      <w:rPr>
        <w:b/>
        <w:bCs/>
        <w:color w:val="000000" w:themeColor="text1"/>
      </w:rPr>
      <w:tblPr/>
      <w:tcPr>
        <w:shd w:val="clear" w:color="auto" w:fill="FFE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FE8" w:themeFill="accent1" w:themeFillTint="33"/>
      </w:tcPr>
    </w:tblStylePr>
    <w:tblStylePr w:type="band1Vert">
      <w:tblPr/>
      <w:tcPr>
        <w:shd w:val="clear" w:color="auto" w:fill="FF89C7" w:themeFill="accent1" w:themeFillTint="7F"/>
      </w:tcPr>
    </w:tblStylePr>
    <w:tblStylePr w:type="band1Horz">
      <w:tblPr/>
      <w:tcPr>
        <w:tcBorders>
          <w:insideH w:val="single" w:sz="6" w:space="0" w:color="FF1390" w:themeColor="accent1"/>
          <w:insideV w:val="single" w:sz="6" w:space="0" w:color="FF1390" w:themeColor="accent1"/>
        </w:tcBorders>
        <w:shd w:val="clear" w:color="auto" w:fill="FF89C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insideH w:val="single" w:sz="8" w:space="0" w:color="FEAA1B" w:themeColor="accent2"/>
        <w:insideV w:val="single" w:sz="8" w:space="0" w:color="FEAA1B" w:themeColor="accent2"/>
      </w:tblBorders>
    </w:tblPr>
    <w:tcPr>
      <w:shd w:val="clear" w:color="auto" w:fill="FEE9C6" w:themeFill="accent2" w:themeFillTint="3F"/>
    </w:tcPr>
    <w:tblStylePr w:type="firstRow">
      <w:rPr>
        <w:b/>
        <w:bCs/>
        <w:color w:val="000000" w:themeColor="text1"/>
      </w:rPr>
      <w:tblPr/>
      <w:tcPr>
        <w:shd w:val="clear" w:color="auto" w:fill="FFF6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DD1" w:themeFill="accent2" w:themeFillTint="33"/>
      </w:tcPr>
    </w:tblStylePr>
    <w:tblStylePr w:type="band1Vert">
      <w:tblPr/>
      <w:tcPr>
        <w:shd w:val="clear" w:color="auto" w:fill="FED48D" w:themeFill="accent2" w:themeFillTint="7F"/>
      </w:tcPr>
    </w:tblStylePr>
    <w:tblStylePr w:type="band1Horz">
      <w:tblPr/>
      <w:tcPr>
        <w:tcBorders>
          <w:insideH w:val="single" w:sz="6" w:space="0" w:color="FEAA1B" w:themeColor="accent2"/>
          <w:insideV w:val="single" w:sz="6" w:space="0" w:color="FEAA1B" w:themeColor="accent2"/>
        </w:tcBorders>
        <w:shd w:val="clear" w:color="auto" w:fill="FED48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insideH w:val="single" w:sz="8" w:space="0" w:color="18C8AA" w:themeColor="accent3"/>
        <w:insideV w:val="single" w:sz="8" w:space="0" w:color="18C8AA" w:themeColor="accent3"/>
      </w:tblBorders>
    </w:tblPr>
    <w:tcPr>
      <w:shd w:val="clear" w:color="auto" w:fill="BFF7ED" w:themeFill="accent3" w:themeFillTint="3F"/>
    </w:tcPr>
    <w:tblStylePr w:type="firstRow">
      <w:rPr>
        <w:b/>
        <w:bCs/>
        <w:color w:val="000000" w:themeColor="text1"/>
      </w:rPr>
      <w:tblPr/>
      <w:tcPr>
        <w:shd w:val="clear" w:color="auto" w:fill="E5FC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BF9F1" w:themeFill="accent3" w:themeFillTint="33"/>
      </w:tcPr>
    </w:tblStylePr>
    <w:tblStylePr w:type="band1Vert">
      <w:tblPr/>
      <w:tcPr>
        <w:shd w:val="clear" w:color="auto" w:fill="7FEFDC" w:themeFill="accent3" w:themeFillTint="7F"/>
      </w:tcPr>
    </w:tblStylePr>
    <w:tblStylePr w:type="band1Horz">
      <w:tblPr/>
      <w:tcPr>
        <w:tcBorders>
          <w:insideH w:val="single" w:sz="6" w:space="0" w:color="18C8AA" w:themeColor="accent3"/>
          <w:insideV w:val="single" w:sz="6" w:space="0" w:color="18C8AA" w:themeColor="accent3"/>
        </w:tcBorders>
        <w:shd w:val="clear" w:color="auto" w:fill="7FEF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insideH w:val="single" w:sz="8" w:space="0" w:color="6B23D8" w:themeColor="accent4"/>
        <w:insideV w:val="single" w:sz="8" w:space="0" w:color="6B23D8" w:themeColor="accent4"/>
      </w:tblBorders>
    </w:tblPr>
    <w:tcPr>
      <w:shd w:val="clear" w:color="auto" w:fill="DAC7F6" w:themeFill="accent4" w:themeFillTint="3F"/>
    </w:tcPr>
    <w:tblStylePr w:type="firstRow">
      <w:rPr>
        <w:b/>
        <w:bCs/>
        <w:color w:val="000000" w:themeColor="text1"/>
      </w:rPr>
      <w:tblPr/>
      <w:tcPr>
        <w:shd w:val="clear" w:color="auto" w:fill="F0E8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D2F7" w:themeFill="accent4" w:themeFillTint="33"/>
      </w:tcPr>
    </w:tblStylePr>
    <w:tblStylePr w:type="band1Vert">
      <w:tblPr/>
      <w:tcPr>
        <w:shd w:val="clear" w:color="auto" w:fill="B490ED" w:themeFill="accent4" w:themeFillTint="7F"/>
      </w:tcPr>
    </w:tblStylePr>
    <w:tblStylePr w:type="band1Horz">
      <w:tblPr/>
      <w:tcPr>
        <w:tcBorders>
          <w:insideH w:val="single" w:sz="6" w:space="0" w:color="6B23D8" w:themeColor="accent4"/>
          <w:insideV w:val="single" w:sz="6" w:space="0" w:color="6B23D8" w:themeColor="accent4"/>
        </w:tcBorders>
        <w:shd w:val="clear" w:color="auto" w:fill="B490E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insideH w:val="single" w:sz="8" w:space="0" w:color="4E18AA" w:themeColor="accent5"/>
        <w:insideV w:val="single" w:sz="8" w:space="0" w:color="4E18AA" w:themeColor="accent5"/>
      </w:tblBorders>
    </w:tblPr>
    <w:tcPr>
      <w:shd w:val="clear" w:color="auto" w:fill="D0BAF5" w:themeFill="accent5" w:themeFillTint="3F"/>
    </w:tcPr>
    <w:tblStylePr w:type="firstRow">
      <w:rPr>
        <w:b/>
        <w:bCs/>
        <w:color w:val="000000" w:themeColor="text1"/>
      </w:rPr>
      <w:tblPr/>
      <w:tcPr>
        <w:shd w:val="clear" w:color="auto" w:fill="ECE3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C7F7" w:themeFill="accent5" w:themeFillTint="33"/>
      </w:tcPr>
    </w:tblStylePr>
    <w:tblStylePr w:type="band1Vert">
      <w:tblPr/>
      <w:tcPr>
        <w:shd w:val="clear" w:color="auto" w:fill="A074EB" w:themeFill="accent5" w:themeFillTint="7F"/>
      </w:tcPr>
    </w:tblStylePr>
    <w:tblStylePr w:type="band1Horz">
      <w:tblPr/>
      <w:tcPr>
        <w:tcBorders>
          <w:insideH w:val="single" w:sz="6" w:space="0" w:color="4E18AA" w:themeColor="accent5"/>
          <w:insideV w:val="single" w:sz="6" w:space="0" w:color="4E18AA" w:themeColor="accent5"/>
        </w:tcBorders>
        <w:shd w:val="clear" w:color="auto" w:fill="A074E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insideH w:val="single" w:sz="8" w:space="0" w:color="0A7CAE" w:themeColor="accent6"/>
        <w:insideV w:val="single" w:sz="8" w:space="0" w:color="0A7CAE" w:themeColor="accent6"/>
      </w:tblBorders>
    </w:tblPr>
    <w:tcPr>
      <w:shd w:val="clear" w:color="auto" w:fill="B2E4FA" w:themeFill="accent6" w:themeFillTint="3F"/>
    </w:tcPr>
    <w:tblStylePr w:type="firstRow">
      <w:rPr>
        <w:b/>
        <w:bCs/>
        <w:color w:val="000000" w:themeColor="text1"/>
      </w:rPr>
      <w:tblPr/>
      <w:tcPr>
        <w:shd w:val="clear" w:color="auto" w:fill="E0F4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9FB" w:themeFill="accent6" w:themeFillTint="33"/>
      </w:tcPr>
    </w:tblStylePr>
    <w:tblStylePr w:type="band1Vert">
      <w:tblPr/>
      <w:tcPr>
        <w:shd w:val="clear" w:color="auto" w:fill="65C9F6" w:themeFill="accent6" w:themeFillTint="7F"/>
      </w:tcPr>
    </w:tblStylePr>
    <w:tblStylePr w:type="band1Horz">
      <w:tblPr/>
      <w:tcPr>
        <w:tcBorders>
          <w:insideH w:val="single" w:sz="6" w:space="0" w:color="0A7CAE" w:themeColor="accent6"/>
          <w:insideV w:val="single" w:sz="6" w:space="0" w:color="0A7CAE" w:themeColor="accent6"/>
        </w:tcBorders>
        <w:shd w:val="clear" w:color="auto" w:fill="65C9F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4E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139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139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139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139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9C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9C7"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9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AA1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AA1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AA1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AA1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48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48D"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FF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8C8A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8C8A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C8A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C8A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FEF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FEFD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C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B23D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B23D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B23D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B23D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90E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90ED"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BAF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18A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18A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18A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18A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74E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74EB"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E4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7CA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7CA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7CA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7CA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5C9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5C9F6"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FF139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00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D006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D006C" w:themeFill="accent1" w:themeFillShade="BF"/>
      </w:tcPr>
    </w:tblStylePr>
    <w:tblStylePr w:type="band1Vert">
      <w:tblPr/>
      <w:tcPr>
        <w:tcBorders>
          <w:top w:val="nil"/>
          <w:left w:val="nil"/>
          <w:bottom w:val="nil"/>
          <w:right w:val="nil"/>
          <w:insideH w:val="nil"/>
          <w:insideV w:val="nil"/>
        </w:tcBorders>
        <w:shd w:val="clear" w:color="auto" w:fill="CD006C" w:themeFill="accent1" w:themeFillShade="BF"/>
      </w:tcPr>
    </w:tblStylePr>
    <w:tblStylePr w:type="band1Horz">
      <w:tblPr/>
      <w:tcPr>
        <w:tcBorders>
          <w:top w:val="nil"/>
          <w:left w:val="nil"/>
          <w:bottom w:val="nil"/>
          <w:right w:val="nil"/>
          <w:insideH w:val="nil"/>
          <w:insideV w:val="nil"/>
        </w:tcBorders>
        <w:shd w:val="clear" w:color="auto" w:fill="CD006C"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FEAA1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B57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183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18301" w:themeFill="accent2" w:themeFillShade="BF"/>
      </w:tcPr>
    </w:tblStylePr>
    <w:tblStylePr w:type="band1Vert">
      <w:tblPr/>
      <w:tcPr>
        <w:tcBorders>
          <w:top w:val="nil"/>
          <w:left w:val="nil"/>
          <w:bottom w:val="nil"/>
          <w:right w:val="nil"/>
          <w:insideH w:val="nil"/>
          <w:insideV w:val="nil"/>
        </w:tcBorders>
        <w:shd w:val="clear" w:color="auto" w:fill="D18301" w:themeFill="accent2" w:themeFillShade="BF"/>
      </w:tcPr>
    </w:tblStylePr>
    <w:tblStylePr w:type="band1Horz">
      <w:tblPr/>
      <w:tcPr>
        <w:tcBorders>
          <w:top w:val="nil"/>
          <w:left w:val="nil"/>
          <w:bottom w:val="nil"/>
          <w:right w:val="nil"/>
          <w:insideH w:val="nil"/>
          <w:insideV w:val="nil"/>
        </w:tcBorders>
        <w:shd w:val="clear" w:color="auto" w:fill="D1830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8C8A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635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9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957E" w:themeFill="accent3" w:themeFillShade="BF"/>
      </w:tcPr>
    </w:tblStylePr>
    <w:tblStylePr w:type="band1Vert">
      <w:tblPr/>
      <w:tcPr>
        <w:tcBorders>
          <w:top w:val="nil"/>
          <w:left w:val="nil"/>
          <w:bottom w:val="nil"/>
          <w:right w:val="nil"/>
          <w:insideH w:val="nil"/>
          <w:insideV w:val="nil"/>
        </w:tcBorders>
        <w:shd w:val="clear" w:color="auto" w:fill="12957E" w:themeFill="accent3" w:themeFillShade="BF"/>
      </w:tcPr>
    </w:tblStylePr>
    <w:tblStylePr w:type="band1Horz">
      <w:tblPr/>
      <w:tcPr>
        <w:tcBorders>
          <w:top w:val="nil"/>
          <w:left w:val="nil"/>
          <w:bottom w:val="nil"/>
          <w:right w:val="nil"/>
          <w:insideH w:val="nil"/>
          <w:insideV w:val="nil"/>
        </w:tcBorders>
        <w:shd w:val="clear" w:color="auto" w:fill="12957E"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6B23D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5116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F1AA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F1AA1" w:themeFill="accent4" w:themeFillShade="BF"/>
      </w:tcPr>
    </w:tblStylePr>
    <w:tblStylePr w:type="band1Vert">
      <w:tblPr/>
      <w:tcPr>
        <w:tcBorders>
          <w:top w:val="nil"/>
          <w:left w:val="nil"/>
          <w:bottom w:val="nil"/>
          <w:right w:val="nil"/>
          <w:insideH w:val="nil"/>
          <w:insideV w:val="nil"/>
        </w:tcBorders>
        <w:shd w:val="clear" w:color="auto" w:fill="4F1AA1" w:themeFill="accent4" w:themeFillShade="BF"/>
      </w:tcPr>
    </w:tblStylePr>
    <w:tblStylePr w:type="band1Horz">
      <w:tblPr/>
      <w:tcPr>
        <w:tcBorders>
          <w:top w:val="nil"/>
          <w:left w:val="nil"/>
          <w:bottom w:val="nil"/>
          <w:right w:val="nil"/>
          <w:insideH w:val="nil"/>
          <w:insideV w:val="nil"/>
        </w:tcBorders>
        <w:shd w:val="clear" w:color="auto" w:fill="4F1AA1"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E18A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0C5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A127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A127F" w:themeFill="accent5" w:themeFillShade="BF"/>
      </w:tcPr>
    </w:tblStylePr>
    <w:tblStylePr w:type="band1Vert">
      <w:tblPr/>
      <w:tcPr>
        <w:tcBorders>
          <w:top w:val="nil"/>
          <w:left w:val="nil"/>
          <w:bottom w:val="nil"/>
          <w:right w:val="nil"/>
          <w:insideH w:val="nil"/>
          <w:insideV w:val="nil"/>
        </w:tcBorders>
        <w:shd w:val="clear" w:color="auto" w:fill="3A127F" w:themeFill="accent5" w:themeFillShade="BF"/>
      </w:tcPr>
    </w:tblStylePr>
    <w:tblStylePr w:type="band1Horz">
      <w:tblPr/>
      <w:tcPr>
        <w:tcBorders>
          <w:top w:val="nil"/>
          <w:left w:val="nil"/>
          <w:bottom w:val="nil"/>
          <w:right w:val="nil"/>
          <w:insideH w:val="nil"/>
          <w:insideV w:val="nil"/>
        </w:tcBorders>
        <w:shd w:val="clear" w:color="auto" w:fill="3A127F"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0A7CA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3D5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75C8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75C82" w:themeFill="accent6" w:themeFillShade="BF"/>
      </w:tcPr>
    </w:tblStylePr>
    <w:tblStylePr w:type="band1Vert">
      <w:tblPr/>
      <w:tcPr>
        <w:tcBorders>
          <w:top w:val="nil"/>
          <w:left w:val="nil"/>
          <w:bottom w:val="nil"/>
          <w:right w:val="nil"/>
          <w:insideH w:val="nil"/>
          <w:insideV w:val="nil"/>
        </w:tcBorders>
        <w:shd w:val="clear" w:color="auto" w:fill="075C82" w:themeFill="accent6" w:themeFillShade="BF"/>
      </w:tcPr>
    </w:tblStylePr>
    <w:tblStylePr w:type="band1Horz">
      <w:tblPr/>
      <w:tcPr>
        <w:tcBorders>
          <w:top w:val="nil"/>
          <w:left w:val="nil"/>
          <w:bottom w:val="nil"/>
          <w:right w:val="nil"/>
          <w:insideH w:val="nil"/>
          <w:insideV w:val="nil"/>
        </w:tcBorders>
        <w:shd w:val="clear" w:color="auto" w:fill="075C8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FEAA1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FEAA1B" w:themeColor="accent2"/>
        <w:left w:val="single" w:sz="4" w:space="0" w:color="FF1390" w:themeColor="accent1"/>
        <w:bottom w:val="single" w:sz="4" w:space="0" w:color="FF1390" w:themeColor="accent1"/>
        <w:right w:val="single" w:sz="4" w:space="0" w:color="FF1390" w:themeColor="accent1"/>
        <w:insideH w:val="single" w:sz="4" w:space="0" w:color="FFFFFF" w:themeColor="background1"/>
        <w:insideV w:val="single" w:sz="4" w:space="0" w:color="FFFFFF" w:themeColor="background1"/>
      </w:tblBorders>
    </w:tblPr>
    <w:tcPr>
      <w:shd w:val="clear" w:color="auto" w:fill="FFE7F4" w:themeFill="accent1" w:themeFillTint="19"/>
    </w:tcPr>
    <w:tblStylePr w:type="firstRow">
      <w:rPr>
        <w:b/>
        <w:bCs/>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0057" w:themeFill="accent1" w:themeFillShade="99"/>
      </w:tcPr>
    </w:tblStylePr>
    <w:tblStylePr w:type="firstCol">
      <w:rPr>
        <w:color w:val="FFFFFF" w:themeColor="background1"/>
      </w:rPr>
      <w:tblPr/>
      <w:tcPr>
        <w:tcBorders>
          <w:top w:val="nil"/>
          <w:left w:val="nil"/>
          <w:bottom w:val="nil"/>
          <w:right w:val="nil"/>
          <w:insideH w:val="single" w:sz="4" w:space="0" w:color="A40057" w:themeColor="accent1" w:themeShade="99"/>
          <w:insideV w:val="nil"/>
        </w:tcBorders>
        <w:shd w:val="clear" w:color="auto" w:fill="A400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40057" w:themeFill="accent1" w:themeFillShade="99"/>
      </w:tcPr>
    </w:tblStylePr>
    <w:tblStylePr w:type="band1Vert">
      <w:tblPr/>
      <w:tcPr>
        <w:shd w:val="clear" w:color="auto" w:fill="FFA0D2" w:themeFill="accent1" w:themeFillTint="66"/>
      </w:tcPr>
    </w:tblStylePr>
    <w:tblStylePr w:type="band1Horz">
      <w:tblPr/>
      <w:tcPr>
        <w:shd w:val="clear" w:color="auto" w:fill="FF89C7"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FEAA1B" w:themeColor="accent2"/>
        <w:left w:val="single" w:sz="4" w:space="0" w:color="FEAA1B" w:themeColor="accent2"/>
        <w:bottom w:val="single" w:sz="4" w:space="0" w:color="FEAA1B" w:themeColor="accent2"/>
        <w:right w:val="single" w:sz="4" w:space="0" w:color="FEAA1B" w:themeColor="accent2"/>
        <w:insideH w:val="single" w:sz="4" w:space="0" w:color="FFFFFF" w:themeColor="background1"/>
        <w:insideV w:val="single" w:sz="4" w:space="0" w:color="FFFFFF" w:themeColor="background1"/>
      </w:tblBorders>
    </w:tblPr>
    <w:tcPr>
      <w:shd w:val="clear" w:color="auto" w:fill="FFF6E8" w:themeFill="accent2" w:themeFillTint="19"/>
    </w:tcPr>
    <w:tblStylePr w:type="firstRow">
      <w:rPr>
        <w:b/>
        <w:bCs/>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76900" w:themeFill="accent2" w:themeFillShade="99"/>
      </w:tcPr>
    </w:tblStylePr>
    <w:tblStylePr w:type="firstCol">
      <w:rPr>
        <w:color w:val="FFFFFF" w:themeColor="background1"/>
      </w:rPr>
      <w:tblPr/>
      <w:tcPr>
        <w:tcBorders>
          <w:top w:val="nil"/>
          <w:left w:val="nil"/>
          <w:bottom w:val="nil"/>
          <w:right w:val="nil"/>
          <w:insideH w:val="single" w:sz="4" w:space="0" w:color="A76900" w:themeColor="accent2" w:themeShade="99"/>
          <w:insideV w:val="nil"/>
        </w:tcBorders>
        <w:shd w:val="clear" w:color="auto" w:fill="A769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76900" w:themeFill="accent2" w:themeFillShade="99"/>
      </w:tcPr>
    </w:tblStylePr>
    <w:tblStylePr w:type="band1Vert">
      <w:tblPr/>
      <w:tcPr>
        <w:shd w:val="clear" w:color="auto" w:fill="FEDCA3" w:themeFill="accent2" w:themeFillTint="66"/>
      </w:tcPr>
    </w:tblStylePr>
    <w:tblStylePr w:type="band1Horz">
      <w:tblPr/>
      <w:tcPr>
        <w:shd w:val="clear" w:color="auto" w:fill="FED48D"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6B23D8" w:themeColor="accent4"/>
        <w:left w:val="single" w:sz="4" w:space="0" w:color="18C8AA" w:themeColor="accent3"/>
        <w:bottom w:val="single" w:sz="4" w:space="0" w:color="18C8AA" w:themeColor="accent3"/>
        <w:right w:val="single" w:sz="4" w:space="0" w:color="18C8AA" w:themeColor="accent3"/>
        <w:insideH w:val="single" w:sz="4" w:space="0" w:color="FFFFFF" w:themeColor="background1"/>
        <w:insideV w:val="single" w:sz="4" w:space="0" w:color="FFFFFF" w:themeColor="background1"/>
      </w:tblBorders>
    </w:tblPr>
    <w:tcPr>
      <w:shd w:val="clear" w:color="auto" w:fill="E5FCF8" w:themeFill="accent3" w:themeFillTint="19"/>
    </w:tcPr>
    <w:tblStylePr w:type="firstRow">
      <w:rPr>
        <w:b/>
        <w:bCs/>
      </w:rPr>
      <w:tblPr/>
      <w:tcPr>
        <w:tcBorders>
          <w:top w:val="nil"/>
          <w:left w:val="nil"/>
          <w:bottom w:val="single" w:sz="24" w:space="0" w:color="6B23D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7765" w:themeFill="accent3" w:themeFillShade="99"/>
      </w:tcPr>
    </w:tblStylePr>
    <w:tblStylePr w:type="firstCol">
      <w:rPr>
        <w:color w:val="FFFFFF" w:themeColor="background1"/>
      </w:rPr>
      <w:tblPr/>
      <w:tcPr>
        <w:tcBorders>
          <w:top w:val="nil"/>
          <w:left w:val="nil"/>
          <w:bottom w:val="nil"/>
          <w:right w:val="nil"/>
          <w:insideH w:val="single" w:sz="4" w:space="0" w:color="0E7765" w:themeColor="accent3" w:themeShade="99"/>
          <w:insideV w:val="nil"/>
        </w:tcBorders>
        <w:shd w:val="clear" w:color="auto" w:fill="0E77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E7765" w:themeFill="accent3" w:themeFillShade="99"/>
      </w:tcPr>
    </w:tblStylePr>
    <w:tblStylePr w:type="band1Vert">
      <w:tblPr/>
      <w:tcPr>
        <w:shd w:val="clear" w:color="auto" w:fill="98F2E3" w:themeFill="accent3" w:themeFillTint="66"/>
      </w:tcPr>
    </w:tblStylePr>
    <w:tblStylePr w:type="band1Horz">
      <w:tblPr/>
      <w:tcPr>
        <w:shd w:val="clear" w:color="auto" w:fill="7FEFD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8C8AA" w:themeColor="accent3"/>
        <w:left w:val="single" w:sz="4" w:space="0" w:color="6B23D8" w:themeColor="accent4"/>
        <w:bottom w:val="single" w:sz="4" w:space="0" w:color="6B23D8" w:themeColor="accent4"/>
        <w:right w:val="single" w:sz="4" w:space="0" w:color="6B23D8" w:themeColor="accent4"/>
        <w:insideH w:val="single" w:sz="4" w:space="0" w:color="FFFFFF" w:themeColor="background1"/>
        <w:insideV w:val="single" w:sz="4" w:space="0" w:color="FFFFFF" w:themeColor="background1"/>
      </w:tblBorders>
    </w:tblPr>
    <w:tcPr>
      <w:shd w:val="clear" w:color="auto" w:fill="F0E8FB" w:themeFill="accent4" w:themeFillTint="19"/>
    </w:tcPr>
    <w:tblStylePr w:type="firstRow">
      <w:rPr>
        <w:b/>
        <w:bCs/>
      </w:rPr>
      <w:tblPr/>
      <w:tcPr>
        <w:tcBorders>
          <w:top w:val="nil"/>
          <w:left w:val="nil"/>
          <w:bottom w:val="single" w:sz="24" w:space="0" w:color="18C8A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1581" w:themeFill="accent4" w:themeFillShade="99"/>
      </w:tcPr>
    </w:tblStylePr>
    <w:tblStylePr w:type="firstCol">
      <w:rPr>
        <w:color w:val="FFFFFF" w:themeColor="background1"/>
      </w:rPr>
      <w:tblPr/>
      <w:tcPr>
        <w:tcBorders>
          <w:top w:val="nil"/>
          <w:left w:val="nil"/>
          <w:bottom w:val="nil"/>
          <w:right w:val="nil"/>
          <w:insideH w:val="single" w:sz="4" w:space="0" w:color="3F1581" w:themeColor="accent4" w:themeShade="99"/>
          <w:insideV w:val="nil"/>
        </w:tcBorders>
        <w:shd w:val="clear" w:color="auto" w:fill="3F158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F1581" w:themeFill="accent4" w:themeFillShade="99"/>
      </w:tcPr>
    </w:tblStylePr>
    <w:tblStylePr w:type="band1Vert">
      <w:tblPr/>
      <w:tcPr>
        <w:shd w:val="clear" w:color="auto" w:fill="C3A5F0" w:themeFill="accent4" w:themeFillTint="66"/>
      </w:tcPr>
    </w:tblStylePr>
    <w:tblStylePr w:type="band1Horz">
      <w:tblPr/>
      <w:tcPr>
        <w:shd w:val="clear" w:color="auto" w:fill="B490ED"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0A7CAE" w:themeColor="accent6"/>
        <w:left w:val="single" w:sz="4" w:space="0" w:color="4E18AA" w:themeColor="accent5"/>
        <w:bottom w:val="single" w:sz="4" w:space="0" w:color="4E18AA" w:themeColor="accent5"/>
        <w:right w:val="single" w:sz="4" w:space="0" w:color="4E18AA" w:themeColor="accent5"/>
        <w:insideH w:val="single" w:sz="4" w:space="0" w:color="FFFFFF" w:themeColor="background1"/>
        <w:insideV w:val="single" w:sz="4" w:space="0" w:color="FFFFFF" w:themeColor="background1"/>
      </w:tblBorders>
    </w:tblPr>
    <w:tcPr>
      <w:shd w:val="clear" w:color="auto" w:fill="ECE3FB" w:themeFill="accent5" w:themeFillTint="19"/>
    </w:tcPr>
    <w:tblStylePr w:type="firstRow">
      <w:rPr>
        <w:b/>
        <w:bCs/>
      </w:rPr>
      <w:tblPr/>
      <w:tcPr>
        <w:tcBorders>
          <w:top w:val="nil"/>
          <w:left w:val="nil"/>
          <w:bottom w:val="single" w:sz="24" w:space="0" w:color="0A7CA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0E65" w:themeFill="accent5" w:themeFillShade="99"/>
      </w:tcPr>
    </w:tblStylePr>
    <w:tblStylePr w:type="firstCol">
      <w:rPr>
        <w:color w:val="FFFFFF" w:themeColor="background1"/>
      </w:rPr>
      <w:tblPr/>
      <w:tcPr>
        <w:tcBorders>
          <w:top w:val="nil"/>
          <w:left w:val="nil"/>
          <w:bottom w:val="nil"/>
          <w:right w:val="nil"/>
          <w:insideH w:val="single" w:sz="4" w:space="0" w:color="2E0E65" w:themeColor="accent5" w:themeShade="99"/>
          <w:insideV w:val="nil"/>
        </w:tcBorders>
        <w:shd w:val="clear" w:color="auto" w:fill="2E0E6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0E65" w:themeFill="accent5" w:themeFillShade="99"/>
      </w:tcPr>
    </w:tblStylePr>
    <w:tblStylePr w:type="band1Vert">
      <w:tblPr/>
      <w:tcPr>
        <w:shd w:val="clear" w:color="auto" w:fill="B390EF" w:themeFill="accent5" w:themeFillTint="66"/>
      </w:tcPr>
    </w:tblStylePr>
    <w:tblStylePr w:type="band1Horz">
      <w:tblPr/>
      <w:tcPr>
        <w:shd w:val="clear" w:color="auto" w:fill="A074EB"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E18AA" w:themeColor="accent5"/>
        <w:left w:val="single" w:sz="4" w:space="0" w:color="0A7CAE" w:themeColor="accent6"/>
        <w:bottom w:val="single" w:sz="4" w:space="0" w:color="0A7CAE" w:themeColor="accent6"/>
        <w:right w:val="single" w:sz="4" w:space="0" w:color="0A7CAE" w:themeColor="accent6"/>
        <w:insideH w:val="single" w:sz="4" w:space="0" w:color="FFFFFF" w:themeColor="background1"/>
        <w:insideV w:val="single" w:sz="4" w:space="0" w:color="FFFFFF" w:themeColor="background1"/>
      </w:tblBorders>
    </w:tblPr>
    <w:tcPr>
      <w:shd w:val="clear" w:color="auto" w:fill="E0F4FD" w:themeFill="accent6" w:themeFillTint="19"/>
    </w:tcPr>
    <w:tblStylePr w:type="firstRow">
      <w:rPr>
        <w:b/>
        <w:bCs/>
      </w:rPr>
      <w:tblPr/>
      <w:tcPr>
        <w:tcBorders>
          <w:top w:val="nil"/>
          <w:left w:val="nil"/>
          <w:bottom w:val="single" w:sz="24" w:space="0" w:color="4E18A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4A68" w:themeFill="accent6" w:themeFillShade="99"/>
      </w:tcPr>
    </w:tblStylePr>
    <w:tblStylePr w:type="firstCol">
      <w:rPr>
        <w:color w:val="FFFFFF" w:themeColor="background1"/>
      </w:rPr>
      <w:tblPr/>
      <w:tcPr>
        <w:tcBorders>
          <w:top w:val="nil"/>
          <w:left w:val="nil"/>
          <w:bottom w:val="nil"/>
          <w:right w:val="nil"/>
          <w:insideH w:val="single" w:sz="4" w:space="0" w:color="064A68" w:themeColor="accent6" w:themeShade="99"/>
          <w:insideV w:val="nil"/>
        </w:tcBorders>
        <w:shd w:val="clear" w:color="auto" w:fill="064A6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64A68" w:themeFill="accent6" w:themeFillShade="99"/>
      </w:tcPr>
    </w:tblStylePr>
    <w:tblStylePr w:type="band1Vert">
      <w:tblPr/>
      <w:tcPr>
        <w:shd w:val="clear" w:color="auto" w:fill="83D4F8" w:themeFill="accent6" w:themeFillTint="66"/>
      </w:tcPr>
    </w:tblStylePr>
    <w:tblStylePr w:type="band1Horz">
      <w:tblPr/>
      <w:tcPr>
        <w:shd w:val="clear" w:color="auto" w:fill="65C9F6"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F8C01" w:themeFill="accent2" w:themeFillShade="CC"/>
      </w:tcPr>
    </w:tblStylePr>
    <w:tblStylePr w:type="lastRow">
      <w:rPr>
        <w:b/>
        <w:bCs/>
        <w:color w:val="DF8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FFE7F4" w:themeFill="accent1" w:themeFillTint="19"/>
    </w:tcPr>
    <w:tblStylePr w:type="firstRow">
      <w:rPr>
        <w:b/>
        <w:bCs/>
        <w:color w:val="FFFFFF" w:themeColor="background1"/>
      </w:rPr>
      <w:tblPr/>
      <w:tcPr>
        <w:tcBorders>
          <w:bottom w:val="single" w:sz="12" w:space="0" w:color="FFFFFF" w:themeColor="background1"/>
        </w:tcBorders>
        <w:shd w:val="clear" w:color="auto" w:fill="DF8C01" w:themeFill="accent2" w:themeFillShade="CC"/>
      </w:tcPr>
    </w:tblStylePr>
    <w:tblStylePr w:type="lastRow">
      <w:rPr>
        <w:b/>
        <w:bCs/>
        <w:color w:val="DF8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4E3" w:themeFill="accent1" w:themeFillTint="3F"/>
      </w:tcPr>
    </w:tblStylePr>
    <w:tblStylePr w:type="band1Horz">
      <w:tblPr/>
      <w:tcPr>
        <w:shd w:val="clear" w:color="auto" w:fill="FFCFE8"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FF6E8" w:themeFill="accent2" w:themeFillTint="19"/>
    </w:tcPr>
    <w:tblStylePr w:type="firstRow">
      <w:rPr>
        <w:b/>
        <w:bCs/>
        <w:color w:val="FFFFFF" w:themeColor="background1"/>
      </w:rPr>
      <w:tblPr/>
      <w:tcPr>
        <w:tcBorders>
          <w:bottom w:val="single" w:sz="12" w:space="0" w:color="FFFFFF" w:themeColor="background1"/>
        </w:tcBorders>
        <w:shd w:val="clear" w:color="auto" w:fill="DF8C01" w:themeFill="accent2" w:themeFillShade="CC"/>
      </w:tcPr>
    </w:tblStylePr>
    <w:tblStylePr w:type="lastRow">
      <w:rPr>
        <w:b/>
        <w:bCs/>
        <w:color w:val="DF8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9C6" w:themeFill="accent2" w:themeFillTint="3F"/>
      </w:tcPr>
    </w:tblStylePr>
    <w:tblStylePr w:type="band1Horz">
      <w:tblPr/>
      <w:tcPr>
        <w:shd w:val="clear" w:color="auto" w:fill="FEEDD1"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5FCF8" w:themeFill="accent3" w:themeFillTint="19"/>
    </w:tcPr>
    <w:tblStylePr w:type="firstRow">
      <w:rPr>
        <w:b/>
        <w:bCs/>
        <w:color w:val="FFFFFF" w:themeColor="background1"/>
      </w:rPr>
      <w:tblPr/>
      <w:tcPr>
        <w:tcBorders>
          <w:bottom w:val="single" w:sz="12" w:space="0" w:color="FFFFFF" w:themeColor="background1"/>
        </w:tcBorders>
        <w:shd w:val="clear" w:color="auto" w:fill="551CAC" w:themeFill="accent4" w:themeFillShade="CC"/>
      </w:tcPr>
    </w:tblStylePr>
    <w:tblStylePr w:type="lastRow">
      <w:rPr>
        <w:b/>
        <w:bCs/>
        <w:color w:val="551CA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F7ED" w:themeFill="accent3" w:themeFillTint="3F"/>
      </w:tcPr>
    </w:tblStylePr>
    <w:tblStylePr w:type="band1Horz">
      <w:tblPr/>
      <w:tcPr>
        <w:shd w:val="clear" w:color="auto" w:fill="CBF9F1"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0E8FB" w:themeFill="accent4" w:themeFillTint="19"/>
    </w:tcPr>
    <w:tblStylePr w:type="firstRow">
      <w:rPr>
        <w:b/>
        <w:bCs/>
        <w:color w:val="FFFFFF" w:themeColor="background1"/>
      </w:rPr>
      <w:tblPr/>
      <w:tcPr>
        <w:tcBorders>
          <w:bottom w:val="single" w:sz="12" w:space="0" w:color="FFFFFF" w:themeColor="background1"/>
        </w:tcBorders>
        <w:shd w:val="clear" w:color="auto" w:fill="139F87" w:themeFill="accent3" w:themeFillShade="CC"/>
      </w:tcPr>
    </w:tblStylePr>
    <w:tblStylePr w:type="lastRow">
      <w:rPr>
        <w:b/>
        <w:bCs/>
        <w:color w:val="139F8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C7F6" w:themeFill="accent4" w:themeFillTint="3F"/>
      </w:tcPr>
    </w:tblStylePr>
    <w:tblStylePr w:type="band1Horz">
      <w:tblPr/>
      <w:tcPr>
        <w:shd w:val="clear" w:color="auto" w:fill="E1D2F7"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CE3FB" w:themeFill="accent5" w:themeFillTint="19"/>
    </w:tcPr>
    <w:tblStylePr w:type="firstRow">
      <w:rPr>
        <w:b/>
        <w:bCs/>
        <w:color w:val="FFFFFF" w:themeColor="background1"/>
      </w:rPr>
      <w:tblPr/>
      <w:tcPr>
        <w:tcBorders>
          <w:bottom w:val="single" w:sz="12" w:space="0" w:color="FFFFFF" w:themeColor="background1"/>
        </w:tcBorders>
        <w:shd w:val="clear" w:color="auto" w:fill="08628A" w:themeFill="accent6" w:themeFillShade="CC"/>
      </w:tcPr>
    </w:tblStylePr>
    <w:tblStylePr w:type="lastRow">
      <w:rPr>
        <w:b/>
        <w:bCs/>
        <w:color w:val="08628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BAF5" w:themeFill="accent5" w:themeFillTint="3F"/>
      </w:tcPr>
    </w:tblStylePr>
    <w:tblStylePr w:type="band1Horz">
      <w:tblPr/>
      <w:tcPr>
        <w:shd w:val="clear" w:color="auto" w:fill="D9C7F7"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0F4FD" w:themeFill="accent6" w:themeFillTint="19"/>
    </w:tcPr>
    <w:tblStylePr w:type="firstRow">
      <w:rPr>
        <w:b/>
        <w:bCs/>
        <w:color w:val="FFFFFF" w:themeColor="background1"/>
      </w:rPr>
      <w:tblPr/>
      <w:tcPr>
        <w:tcBorders>
          <w:bottom w:val="single" w:sz="12" w:space="0" w:color="FFFFFF" w:themeColor="background1"/>
        </w:tcBorders>
        <w:shd w:val="clear" w:color="auto" w:fill="3E1387" w:themeFill="accent5" w:themeFillShade="CC"/>
      </w:tcPr>
    </w:tblStylePr>
    <w:tblStylePr w:type="lastRow">
      <w:rPr>
        <w:b/>
        <w:bCs/>
        <w:color w:val="3E138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E4FA" w:themeFill="accent6" w:themeFillTint="3F"/>
      </w:tcPr>
    </w:tblStylePr>
    <w:tblStylePr w:type="band1Horz">
      <w:tblPr/>
      <w:tcPr>
        <w:shd w:val="clear" w:color="auto" w:fill="C1E9FB"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CFE8" w:themeFill="accent1" w:themeFillTint="33"/>
    </w:tcPr>
    <w:tblStylePr w:type="firstRow">
      <w:rPr>
        <w:b/>
        <w:bCs/>
      </w:rPr>
      <w:tblPr/>
      <w:tcPr>
        <w:shd w:val="clear" w:color="auto" w:fill="FFA0D2" w:themeFill="accent1" w:themeFillTint="66"/>
      </w:tcPr>
    </w:tblStylePr>
    <w:tblStylePr w:type="lastRow">
      <w:rPr>
        <w:b/>
        <w:bCs/>
        <w:color w:val="000000" w:themeColor="text1"/>
      </w:rPr>
      <w:tblPr/>
      <w:tcPr>
        <w:shd w:val="clear" w:color="auto" w:fill="FFA0D2" w:themeFill="accent1" w:themeFillTint="66"/>
      </w:tcPr>
    </w:tblStylePr>
    <w:tblStylePr w:type="firstCol">
      <w:rPr>
        <w:color w:val="FFFFFF" w:themeColor="background1"/>
      </w:rPr>
      <w:tblPr/>
      <w:tcPr>
        <w:shd w:val="clear" w:color="auto" w:fill="CD006C" w:themeFill="accent1" w:themeFillShade="BF"/>
      </w:tcPr>
    </w:tblStylePr>
    <w:tblStylePr w:type="lastCol">
      <w:rPr>
        <w:color w:val="FFFFFF" w:themeColor="background1"/>
      </w:rPr>
      <w:tblPr/>
      <w:tcPr>
        <w:shd w:val="clear" w:color="auto" w:fill="CD006C" w:themeFill="accent1" w:themeFillShade="BF"/>
      </w:tcPr>
    </w:tblStylePr>
    <w:tblStylePr w:type="band1Vert">
      <w:tblPr/>
      <w:tcPr>
        <w:shd w:val="clear" w:color="auto" w:fill="FF89C7" w:themeFill="accent1" w:themeFillTint="7F"/>
      </w:tcPr>
    </w:tblStylePr>
    <w:tblStylePr w:type="band1Horz">
      <w:tblPr/>
      <w:tcPr>
        <w:shd w:val="clear" w:color="auto" w:fill="FF89C7"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EDD1" w:themeFill="accent2" w:themeFillTint="33"/>
    </w:tcPr>
    <w:tblStylePr w:type="firstRow">
      <w:rPr>
        <w:b/>
        <w:bCs/>
      </w:rPr>
      <w:tblPr/>
      <w:tcPr>
        <w:shd w:val="clear" w:color="auto" w:fill="FEDCA3" w:themeFill="accent2" w:themeFillTint="66"/>
      </w:tcPr>
    </w:tblStylePr>
    <w:tblStylePr w:type="lastRow">
      <w:rPr>
        <w:b/>
        <w:bCs/>
        <w:color w:val="000000" w:themeColor="text1"/>
      </w:rPr>
      <w:tblPr/>
      <w:tcPr>
        <w:shd w:val="clear" w:color="auto" w:fill="FEDCA3" w:themeFill="accent2" w:themeFillTint="66"/>
      </w:tcPr>
    </w:tblStylePr>
    <w:tblStylePr w:type="firstCol">
      <w:rPr>
        <w:color w:val="FFFFFF" w:themeColor="background1"/>
      </w:rPr>
      <w:tblPr/>
      <w:tcPr>
        <w:shd w:val="clear" w:color="auto" w:fill="D18301" w:themeFill="accent2" w:themeFillShade="BF"/>
      </w:tcPr>
    </w:tblStylePr>
    <w:tblStylePr w:type="lastCol">
      <w:rPr>
        <w:color w:val="FFFFFF" w:themeColor="background1"/>
      </w:rPr>
      <w:tblPr/>
      <w:tcPr>
        <w:shd w:val="clear" w:color="auto" w:fill="D18301" w:themeFill="accent2" w:themeFillShade="BF"/>
      </w:tcPr>
    </w:tblStylePr>
    <w:tblStylePr w:type="band1Vert">
      <w:tblPr/>
      <w:tcPr>
        <w:shd w:val="clear" w:color="auto" w:fill="FED48D" w:themeFill="accent2" w:themeFillTint="7F"/>
      </w:tcPr>
    </w:tblStylePr>
    <w:tblStylePr w:type="band1Horz">
      <w:tblPr/>
      <w:tcPr>
        <w:shd w:val="clear" w:color="auto" w:fill="FED48D"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BF9F1" w:themeFill="accent3" w:themeFillTint="33"/>
    </w:tcPr>
    <w:tblStylePr w:type="firstRow">
      <w:rPr>
        <w:b/>
        <w:bCs/>
      </w:rPr>
      <w:tblPr/>
      <w:tcPr>
        <w:shd w:val="clear" w:color="auto" w:fill="98F2E3" w:themeFill="accent3" w:themeFillTint="66"/>
      </w:tcPr>
    </w:tblStylePr>
    <w:tblStylePr w:type="lastRow">
      <w:rPr>
        <w:b/>
        <w:bCs/>
        <w:color w:val="000000" w:themeColor="text1"/>
      </w:rPr>
      <w:tblPr/>
      <w:tcPr>
        <w:shd w:val="clear" w:color="auto" w:fill="98F2E3" w:themeFill="accent3" w:themeFillTint="66"/>
      </w:tcPr>
    </w:tblStylePr>
    <w:tblStylePr w:type="firstCol">
      <w:rPr>
        <w:color w:val="FFFFFF" w:themeColor="background1"/>
      </w:rPr>
      <w:tblPr/>
      <w:tcPr>
        <w:shd w:val="clear" w:color="auto" w:fill="12957E" w:themeFill="accent3" w:themeFillShade="BF"/>
      </w:tcPr>
    </w:tblStylePr>
    <w:tblStylePr w:type="lastCol">
      <w:rPr>
        <w:color w:val="FFFFFF" w:themeColor="background1"/>
      </w:rPr>
      <w:tblPr/>
      <w:tcPr>
        <w:shd w:val="clear" w:color="auto" w:fill="12957E" w:themeFill="accent3" w:themeFillShade="BF"/>
      </w:tcPr>
    </w:tblStylePr>
    <w:tblStylePr w:type="band1Vert">
      <w:tblPr/>
      <w:tcPr>
        <w:shd w:val="clear" w:color="auto" w:fill="7FEFDC" w:themeFill="accent3" w:themeFillTint="7F"/>
      </w:tcPr>
    </w:tblStylePr>
    <w:tblStylePr w:type="band1Horz">
      <w:tblPr/>
      <w:tcPr>
        <w:shd w:val="clear" w:color="auto" w:fill="7FEFD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D2F7" w:themeFill="accent4" w:themeFillTint="33"/>
    </w:tcPr>
    <w:tblStylePr w:type="firstRow">
      <w:rPr>
        <w:b/>
        <w:bCs/>
      </w:rPr>
      <w:tblPr/>
      <w:tcPr>
        <w:shd w:val="clear" w:color="auto" w:fill="C3A5F0" w:themeFill="accent4" w:themeFillTint="66"/>
      </w:tcPr>
    </w:tblStylePr>
    <w:tblStylePr w:type="lastRow">
      <w:rPr>
        <w:b/>
        <w:bCs/>
        <w:color w:val="000000" w:themeColor="text1"/>
      </w:rPr>
      <w:tblPr/>
      <w:tcPr>
        <w:shd w:val="clear" w:color="auto" w:fill="C3A5F0" w:themeFill="accent4" w:themeFillTint="66"/>
      </w:tcPr>
    </w:tblStylePr>
    <w:tblStylePr w:type="firstCol">
      <w:rPr>
        <w:color w:val="FFFFFF" w:themeColor="background1"/>
      </w:rPr>
      <w:tblPr/>
      <w:tcPr>
        <w:shd w:val="clear" w:color="auto" w:fill="4F1AA1" w:themeFill="accent4" w:themeFillShade="BF"/>
      </w:tcPr>
    </w:tblStylePr>
    <w:tblStylePr w:type="lastCol">
      <w:rPr>
        <w:color w:val="FFFFFF" w:themeColor="background1"/>
      </w:rPr>
      <w:tblPr/>
      <w:tcPr>
        <w:shd w:val="clear" w:color="auto" w:fill="4F1AA1" w:themeFill="accent4" w:themeFillShade="BF"/>
      </w:tcPr>
    </w:tblStylePr>
    <w:tblStylePr w:type="band1Vert">
      <w:tblPr/>
      <w:tcPr>
        <w:shd w:val="clear" w:color="auto" w:fill="B490ED" w:themeFill="accent4" w:themeFillTint="7F"/>
      </w:tcPr>
    </w:tblStylePr>
    <w:tblStylePr w:type="band1Horz">
      <w:tblPr/>
      <w:tcPr>
        <w:shd w:val="clear" w:color="auto" w:fill="B490ED"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C7F7" w:themeFill="accent5" w:themeFillTint="33"/>
    </w:tcPr>
    <w:tblStylePr w:type="firstRow">
      <w:rPr>
        <w:b/>
        <w:bCs/>
      </w:rPr>
      <w:tblPr/>
      <w:tcPr>
        <w:shd w:val="clear" w:color="auto" w:fill="B390EF" w:themeFill="accent5" w:themeFillTint="66"/>
      </w:tcPr>
    </w:tblStylePr>
    <w:tblStylePr w:type="lastRow">
      <w:rPr>
        <w:b/>
        <w:bCs/>
        <w:color w:val="000000" w:themeColor="text1"/>
      </w:rPr>
      <w:tblPr/>
      <w:tcPr>
        <w:shd w:val="clear" w:color="auto" w:fill="B390EF" w:themeFill="accent5" w:themeFillTint="66"/>
      </w:tcPr>
    </w:tblStylePr>
    <w:tblStylePr w:type="firstCol">
      <w:rPr>
        <w:color w:val="FFFFFF" w:themeColor="background1"/>
      </w:rPr>
      <w:tblPr/>
      <w:tcPr>
        <w:shd w:val="clear" w:color="auto" w:fill="3A127F" w:themeFill="accent5" w:themeFillShade="BF"/>
      </w:tcPr>
    </w:tblStylePr>
    <w:tblStylePr w:type="lastCol">
      <w:rPr>
        <w:color w:val="FFFFFF" w:themeColor="background1"/>
      </w:rPr>
      <w:tblPr/>
      <w:tcPr>
        <w:shd w:val="clear" w:color="auto" w:fill="3A127F" w:themeFill="accent5" w:themeFillShade="BF"/>
      </w:tcPr>
    </w:tblStylePr>
    <w:tblStylePr w:type="band1Vert">
      <w:tblPr/>
      <w:tcPr>
        <w:shd w:val="clear" w:color="auto" w:fill="A074EB" w:themeFill="accent5" w:themeFillTint="7F"/>
      </w:tcPr>
    </w:tblStylePr>
    <w:tblStylePr w:type="band1Horz">
      <w:tblPr/>
      <w:tcPr>
        <w:shd w:val="clear" w:color="auto" w:fill="A074EB"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9FB" w:themeFill="accent6" w:themeFillTint="33"/>
    </w:tcPr>
    <w:tblStylePr w:type="firstRow">
      <w:rPr>
        <w:b/>
        <w:bCs/>
      </w:rPr>
      <w:tblPr/>
      <w:tcPr>
        <w:shd w:val="clear" w:color="auto" w:fill="83D4F8" w:themeFill="accent6" w:themeFillTint="66"/>
      </w:tcPr>
    </w:tblStylePr>
    <w:tblStylePr w:type="lastRow">
      <w:rPr>
        <w:b/>
        <w:bCs/>
        <w:color w:val="000000" w:themeColor="text1"/>
      </w:rPr>
      <w:tblPr/>
      <w:tcPr>
        <w:shd w:val="clear" w:color="auto" w:fill="83D4F8" w:themeFill="accent6" w:themeFillTint="66"/>
      </w:tcPr>
    </w:tblStylePr>
    <w:tblStylePr w:type="firstCol">
      <w:rPr>
        <w:color w:val="FFFFFF" w:themeColor="background1"/>
      </w:rPr>
      <w:tblPr/>
      <w:tcPr>
        <w:shd w:val="clear" w:color="auto" w:fill="075C82" w:themeFill="accent6" w:themeFillShade="BF"/>
      </w:tcPr>
    </w:tblStylePr>
    <w:tblStylePr w:type="lastCol">
      <w:rPr>
        <w:color w:val="FFFFFF" w:themeColor="background1"/>
      </w:rPr>
      <w:tblPr/>
      <w:tcPr>
        <w:shd w:val="clear" w:color="auto" w:fill="075C82" w:themeFill="accent6" w:themeFillShade="BF"/>
      </w:tcPr>
    </w:tblStylePr>
    <w:tblStylePr w:type="band1Vert">
      <w:tblPr/>
      <w:tcPr>
        <w:shd w:val="clear" w:color="auto" w:fill="65C9F6" w:themeFill="accent6" w:themeFillTint="7F"/>
      </w:tcPr>
    </w:tblStylePr>
    <w:tblStylePr w:type="band1Horz">
      <w:tblPr/>
      <w:tcPr>
        <w:shd w:val="clear" w:color="auto" w:fill="65C9F6" w:themeFill="accent6" w:themeFillTint="7F"/>
      </w:tcPr>
    </w:tblStylePr>
  </w:style>
  <w:style w:type="paragraph" w:customStyle="1" w:styleId="TitleX">
    <w:name w:val="TitleX"/>
    <w:pPr>
      <w:keepNext/>
      <w:spacing w:after="140"/>
    </w:pPr>
    <w:rPr>
      <w:rFonts w:ascii="Aptos" w:hAnsi="Aptos"/>
      <w:b/>
      <w:color w:val="6B23D8"/>
      <w:sz w:val="44"/>
    </w:rPr>
  </w:style>
  <w:style w:type="paragraph" w:customStyle="1" w:styleId="SmallX">
    <w:name w:val="SmallX"/>
    <w:pPr>
      <w:keepNext/>
      <w:spacing w:after="60"/>
    </w:pPr>
    <w:rPr>
      <w:rFonts w:ascii="Aptos" w:hAnsi="Aptos"/>
      <w:color w:val="5D6872"/>
      <w:sz w:val="17"/>
    </w:rPr>
  </w:style>
  <w:style w:type="paragraph" w:customStyle="1" w:styleId="BulletX">
    <w:name w:val="BulletX"/>
    <w:pPr>
      <w:spacing w:after="50"/>
      <w:ind w:left="346" w:hanging="202"/>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FID">
  <a:themeElements>
    <a:clrScheme name="FDC Diagnostics">
      <a:dk1>
        <a:sysClr val="windowText" lastClr="000000"/>
      </a:dk1>
      <a:lt1>
        <a:sysClr val="window" lastClr="FFFFFF"/>
      </a:lt1>
      <a:dk2>
        <a:srgbClr val="0E2841"/>
      </a:dk2>
      <a:lt2>
        <a:srgbClr val="E8E8E8"/>
      </a:lt2>
      <a:accent1>
        <a:srgbClr val="FF1390"/>
      </a:accent1>
      <a:accent2>
        <a:srgbClr val="FEAA1B"/>
      </a:accent2>
      <a:accent3>
        <a:srgbClr val="18C8AA"/>
      </a:accent3>
      <a:accent4>
        <a:srgbClr val="6B23D8"/>
      </a:accent4>
      <a:accent5>
        <a:srgbClr val="4E18AA"/>
      </a:accent5>
      <a:accent6>
        <a:srgbClr val="0A7CAE"/>
      </a:accent6>
      <a:hlink>
        <a:srgbClr val="467886"/>
      </a:hlink>
      <a:folHlink>
        <a:srgbClr val="96607D"/>
      </a:folHlink>
    </a:clrScheme>
    <a:fontScheme name="FID">
      <a:majorFont>
        <a:latin typeface="Montserrat Extra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FID" id="{A0397BBA-A80E-4E16-A0D6-B51358A9FF97}" vid="{AF3F4B38-D3AC-43D4-AE9F-4D29F82C72B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273</Words>
  <Characters>2455</Characters>
  <Application>Microsoft Office Word</Application>
  <DocSecurity>0</DocSecurity>
  <Lines>81</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Jason de Bakker</cp:lastModifiedBy>
  <cp:revision>6</cp:revision>
  <dcterms:created xsi:type="dcterms:W3CDTF">2026-08-11T03:59:00Z</dcterms:created>
  <dcterms:modified xsi:type="dcterms:W3CDTF">2026-08-11T05:02:00Z</dcterms:modified>
  <cp:category/>
</cp:coreProperties>
</file>